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E9946" w14:textId="77777777" w:rsidR="00EE7684" w:rsidRPr="006309E2" w:rsidRDefault="00931E81">
      <w:pPr>
        <w:jc w:val="right"/>
        <w:rPr>
          <w:rFonts w:cs="Times New Roman"/>
          <w:sz w:val="22"/>
          <w:lang w:val="ru-RU"/>
        </w:rPr>
      </w:pPr>
      <w:r w:rsidRPr="006309E2">
        <w:rPr>
          <w:rFonts w:cs="Times New Roman"/>
          <w:b/>
          <w:sz w:val="22"/>
          <w:lang w:val="ru-RU"/>
        </w:rPr>
        <w:t>Приложение № 1</w:t>
      </w:r>
      <w:r w:rsidRPr="006309E2">
        <w:rPr>
          <w:rFonts w:cs="Times New Roman"/>
          <w:b/>
          <w:sz w:val="22"/>
          <w:lang w:val="ru-RU"/>
        </w:rPr>
        <w:br/>
        <w:t>к Извещению о проведении ценового запроса</w:t>
      </w:r>
    </w:p>
    <w:p w14:paraId="081AEFB8" w14:textId="77777777" w:rsidR="00EE7684" w:rsidRPr="006309E2" w:rsidRDefault="00931E81">
      <w:pPr>
        <w:jc w:val="center"/>
        <w:rPr>
          <w:rFonts w:cs="Times New Roman"/>
          <w:sz w:val="22"/>
          <w:lang w:val="ru-RU"/>
        </w:rPr>
      </w:pPr>
      <w:r w:rsidRPr="006309E2">
        <w:rPr>
          <w:rFonts w:cs="Times New Roman"/>
          <w:b/>
          <w:sz w:val="22"/>
          <w:lang w:val="ru-RU"/>
        </w:rPr>
        <w:t>ТЕХНИЧЕСКОЕ ЗАДАНИЕ</w:t>
      </w:r>
      <w:r w:rsidRPr="006309E2">
        <w:rPr>
          <w:rFonts w:cs="Times New Roman"/>
          <w:b/>
          <w:sz w:val="22"/>
          <w:lang w:val="ru-RU"/>
        </w:rPr>
        <w:br/>
        <w:t>на поставку ограждающих конструкций и комплектующих материалов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7"/>
        <w:gridCol w:w="6921"/>
        <w:gridCol w:w="1361"/>
        <w:gridCol w:w="907"/>
        <w:gridCol w:w="737"/>
      </w:tblGrid>
      <w:tr w:rsidR="00EE7684" w:rsidRPr="006309E2" w14:paraId="2FFFB217" w14:textId="77777777" w:rsidTr="006309E2">
        <w:trPr>
          <w:tblHeader/>
          <w:jc w:val="center"/>
        </w:trPr>
        <w:tc>
          <w:tcPr>
            <w:tcW w:w="397" w:type="dxa"/>
            <w:vAlign w:val="center"/>
          </w:tcPr>
          <w:p w14:paraId="0C6B1ECB" w14:textId="77777777" w:rsidR="00EE7684" w:rsidRPr="006309E2" w:rsidRDefault="00931E81">
            <w:pPr>
              <w:rPr>
                <w:rFonts w:cs="Times New Roman"/>
                <w:sz w:val="22"/>
              </w:rPr>
            </w:pPr>
            <w:r w:rsidRPr="006309E2">
              <w:rPr>
                <w:rFonts w:cs="Times New Roman"/>
                <w:b/>
                <w:sz w:val="22"/>
              </w:rPr>
              <w:t>№</w:t>
            </w:r>
          </w:p>
        </w:tc>
        <w:tc>
          <w:tcPr>
            <w:tcW w:w="6921" w:type="dxa"/>
            <w:vAlign w:val="center"/>
          </w:tcPr>
          <w:p w14:paraId="04890706" w14:textId="77777777" w:rsidR="00EE7684" w:rsidRPr="006309E2" w:rsidRDefault="00931E81">
            <w:pPr>
              <w:rPr>
                <w:rFonts w:cs="Times New Roman"/>
                <w:sz w:val="22"/>
              </w:rPr>
            </w:pPr>
            <w:r w:rsidRPr="006309E2">
              <w:rPr>
                <w:rFonts w:cs="Times New Roman"/>
                <w:b/>
                <w:sz w:val="22"/>
              </w:rPr>
              <w:t>Наименование и технические характеристики</w:t>
            </w:r>
          </w:p>
        </w:tc>
        <w:tc>
          <w:tcPr>
            <w:tcW w:w="1361" w:type="dxa"/>
            <w:vAlign w:val="center"/>
          </w:tcPr>
          <w:p w14:paraId="17DF2A47" w14:textId="77777777" w:rsidR="00EE7684" w:rsidRPr="006309E2" w:rsidRDefault="00931E81">
            <w:pPr>
              <w:rPr>
                <w:rFonts w:cs="Times New Roman"/>
                <w:sz w:val="22"/>
              </w:rPr>
            </w:pPr>
            <w:r w:rsidRPr="006309E2">
              <w:rPr>
                <w:rFonts w:cs="Times New Roman"/>
                <w:b/>
                <w:sz w:val="22"/>
              </w:rPr>
              <w:t>ОКПД2</w:t>
            </w:r>
          </w:p>
        </w:tc>
        <w:tc>
          <w:tcPr>
            <w:tcW w:w="907" w:type="dxa"/>
            <w:vAlign w:val="center"/>
          </w:tcPr>
          <w:p w14:paraId="6765A900" w14:textId="77777777" w:rsidR="00EE7684" w:rsidRPr="006309E2" w:rsidRDefault="00931E81">
            <w:pPr>
              <w:rPr>
                <w:rFonts w:cs="Times New Roman"/>
                <w:sz w:val="22"/>
              </w:rPr>
            </w:pPr>
            <w:r w:rsidRPr="006309E2">
              <w:rPr>
                <w:rFonts w:cs="Times New Roman"/>
                <w:b/>
                <w:sz w:val="22"/>
              </w:rPr>
              <w:t>Кол-во</w:t>
            </w:r>
          </w:p>
        </w:tc>
        <w:tc>
          <w:tcPr>
            <w:tcW w:w="737" w:type="dxa"/>
            <w:vAlign w:val="center"/>
          </w:tcPr>
          <w:p w14:paraId="42116294" w14:textId="77777777" w:rsidR="00EE7684" w:rsidRPr="006309E2" w:rsidRDefault="00931E81">
            <w:pPr>
              <w:rPr>
                <w:rFonts w:cs="Times New Roman"/>
                <w:sz w:val="22"/>
              </w:rPr>
            </w:pPr>
            <w:r w:rsidRPr="006309E2">
              <w:rPr>
                <w:rFonts w:cs="Times New Roman"/>
                <w:b/>
                <w:sz w:val="22"/>
              </w:rPr>
              <w:t>Ед.</w:t>
            </w:r>
          </w:p>
        </w:tc>
      </w:tr>
      <w:tr w:rsidR="00EE7684" w:rsidRPr="006309E2" w14:paraId="51C03291" w14:textId="77777777" w:rsidTr="006309E2">
        <w:trPr>
          <w:trHeight w:val="2391"/>
          <w:jc w:val="center"/>
        </w:trPr>
        <w:tc>
          <w:tcPr>
            <w:tcW w:w="39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F5FEC86" w14:textId="77777777" w:rsidR="00EE7684" w:rsidRPr="006309E2" w:rsidRDefault="00931E81">
            <w:pPr>
              <w:jc w:val="center"/>
              <w:rPr>
                <w:rFonts w:cs="Times New Roman"/>
                <w:sz w:val="22"/>
              </w:rPr>
            </w:pPr>
            <w:r w:rsidRPr="006309E2">
              <w:rPr>
                <w:rFonts w:cs="Times New Roman"/>
                <w:sz w:val="22"/>
              </w:rPr>
              <w:t>1</w:t>
            </w:r>
          </w:p>
        </w:tc>
        <w:tc>
          <w:tcPr>
            <w:tcW w:w="692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E01DE85" w14:textId="77777777" w:rsidR="00EE7684" w:rsidRPr="006309E2" w:rsidRDefault="00931E81">
            <w:pPr>
              <w:rPr>
                <w:rFonts w:cs="Times New Roman"/>
                <w:sz w:val="22"/>
              </w:rPr>
            </w:pPr>
            <w:r w:rsidRPr="006309E2">
              <w:rPr>
                <w:rFonts w:cs="Times New Roman"/>
                <w:sz w:val="22"/>
                <w:lang w:val="ru-RU"/>
              </w:rPr>
              <w:t xml:space="preserve">Полотно откатных ворот из ламелей (жалюзи) на </w:t>
            </w:r>
            <w:r w:rsidRPr="006309E2">
              <w:rPr>
                <w:rFonts w:cs="Times New Roman"/>
                <w:sz w:val="22"/>
                <w:lang w:val="ru-RU"/>
              </w:rPr>
              <w:t>проем 6000 мм. Ширина ворот 6200 мм, высота 2420 + 80 мм зазор под воротами. Заполнение: ламель 60 мм, толщина 0,45 мм, двухсторонняя однотонная окраска. Основание полотна — балка 95 (</w:t>
            </w:r>
            <w:proofErr w:type="spellStart"/>
            <w:r w:rsidRPr="006309E2">
              <w:rPr>
                <w:rFonts w:cs="Times New Roman"/>
                <w:sz w:val="22"/>
              </w:rPr>
              <w:t>DoorHan</w:t>
            </w:r>
            <w:proofErr w:type="spellEnd"/>
            <w:r w:rsidRPr="006309E2">
              <w:rPr>
                <w:rFonts w:cs="Times New Roman"/>
                <w:sz w:val="22"/>
                <w:lang w:val="ru-RU"/>
              </w:rPr>
              <w:t>). Каркас из профильной трубы 80×60×2 мм. Покрытие: грунт-эмаль 3</w:t>
            </w:r>
            <w:r w:rsidRPr="006309E2">
              <w:rPr>
                <w:rFonts w:cs="Times New Roman"/>
                <w:sz w:val="22"/>
                <w:lang w:val="ru-RU"/>
              </w:rPr>
              <w:t xml:space="preserve"> в 1, 2 слоя. Комплект: 2 опоры роликовые, 1 направляющий ролик, ловитель верхний, ловитель нижний, 2 заглушки для балки, задвижка. </w:t>
            </w:r>
            <w:proofErr w:type="spellStart"/>
            <w:r w:rsidRPr="006309E2">
              <w:rPr>
                <w:rFonts w:cs="Times New Roman"/>
                <w:sz w:val="22"/>
              </w:rPr>
              <w:t>Вид</w:t>
            </w:r>
            <w:proofErr w:type="spellEnd"/>
            <w:r w:rsidRPr="006309E2">
              <w:rPr>
                <w:rFonts w:cs="Times New Roman"/>
                <w:sz w:val="22"/>
              </w:rPr>
              <w:t xml:space="preserve"> с </w:t>
            </w:r>
            <w:proofErr w:type="spellStart"/>
            <w:r w:rsidRPr="006309E2">
              <w:rPr>
                <w:rFonts w:cs="Times New Roman"/>
                <w:sz w:val="22"/>
              </w:rPr>
              <w:t>улицы</w:t>
            </w:r>
            <w:proofErr w:type="spellEnd"/>
            <w:r w:rsidRPr="006309E2">
              <w:rPr>
                <w:rFonts w:cs="Times New Roman"/>
                <w:sz w:val="22"/>
              </w:rPr>
              <w:t>. Цвет ламелей 7024/7024, цвет каркаса — графит RAL 7024.</w:t>
            </w:r>
          </w:p>
        </w:tc>
        <w:tc>
          <w:tcPr>
            <w:tcW w:w="136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8C26850" w14:textId="77777777" w:rsidR="00EE7684" w:rsidRPr="006309E2" w:rsidRDefault="00931E81">
            <w:pPr>
              <w:jc w:val="center"/>
              <w:rPr>
                <w:rFonts w:cs="Times New Roman"/>
                <w:sz w:val="22"/>
              </w:rPr>
            </w:pPr>
            <w:r w:rsidRPr="006309E2">
              <w:rPr>
                <w:rFonts w:cs="Times New Roman"/>
                <w:sz w:val="22"/>
              </w:rPr>
              <w:t>25.12.10.190</w:t>
            </w:r>
          </w:p>
        </w:tc>
        <w:tc>
          <w:tcPr>
            <w:tcW w:w="90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528904A" w14:textId="77777777" w:rsidR="00EE7684" w:rsidRPr="006309E2" w:rsidRDefault="00931E81">
            <w:pPr>
              <w:jc w:val="center"/>
              <w:rPr>
                <w:rFonts w:cs="Times New Roman"/>
                <w:sz w:val="22"/>
              </w:rPr>
            </w:pPr>
            <w:r w:rsidRPr="006309E2">
              <w:rPr>
                <w:rFonts w:cs="Times New Roman"/>
                <w:sz w:val="22"/>
              </w:rPr>
              <w:t>1</w:t>
            </w:r>
          </w:p>
        </w:tc>
        <w:tc>
          <w:tcPr>
            <w:tcW w:w="73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344ECF" w14:textId="77777777" w:rsidR="00EE7684" w:rsidRPr="006309E2" w:rsidRDefault="00931E81">
            <w:pPr>
              <w:jc w:val="center"/>
              <w:rPr>
                <w:rFonts w:cs="Times New Roman"/>
                <w:sz w:val="22"/>
              </w:rPr>
            </w:pPr>
            <w:r w:rsidRPr="006309E2">
              <w:rPr>
                <w:rFonts w:cs="Times New Roman"/>
                <w:sz w:val="22"/>
              </w:rPr>
              <w:t>шт.</w:t>
            </w:r>
          </w:p>
        </w:tc>
      </w:tr>
      <w:tr w:rsidR="00EE7684" w:rsidRPr="006309E2" w14:paraId="697BFB2A" w14:textId="77777777" w:rsidTr="006309E2">
        <w:trPr>
          <w:jc w:val="center"/>
        </w:trPr>
        <w:tc>
          <w:tcPr>
            <w:tcW w:w="39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560B692" w14:textId="77777777" w:rsidR="00EE7684" w:rsidRPr="006309E2" w:rsidRDefault="00931E81">
            <w:pPr>
              <w:jc w:val="center"/>
              <w:rPr>
                <w:rFonts w:cs="Times New Roman"/>
                <w:sz w:val="22"/>
              </w:rPr>
            </w:pPr>
            <w:r w:rsidRPr="006309E2">
              <w:rPr>
                <w:rFonts w:cs="Times New Roman"/>
                <w:sz w:val="22"/>
              </w:rPr>
              <w:t>2</w:t>
            </w:r>
          </w:p>
        </w:tc>
        <w:tc>
          <w:tcPr>
            <w:tcW w:w="692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A48ED55" w14:textId="77777777" w:rsidR="00EE7684" w:rsidRPr="006309E2" w:rsidRDefault="00931E81">
            <w:pPr>
              <w:rPr>
                <w:rFonts w:cs="Times New Roman"/>
                <w:sz w:val="22"/>
              </w:rPr>
            </w:pPr>
            <w:r w:rsidRPr="006309E2">
              <w:rPr>
                <w:rFonts w:cs="Times New Roman"/>
                <w:sz w:val="22"/>
                <w:lang w:val="ru-RU"/>
              </w:rPr>
              <w:t xml:space="preserve">Столб ловитель/направляющий 100×100 с подпятником, </w:t>
            </w:r>
            <w:r w:rsidRPr="006309E2">
              <w:rPr>
                <w:rFonts w:cs="Times New Roman"/>
                <w:sz w:val="22"/>
              </w:rPr>
              <w:t>L</w:t>
            </w:r>
            <w:r w:rsidRPr="006309E2">
              <w:rPr>
                <w:rFonts w:cs="Times New Roman"/>
                <w:sz w:val="22"/>
                <w:lang w:val="ru-RU"/>
              </w:rPr>
              <w:t xml:space="preserve">=2500 мм. </w:t>
            </w:r>
            <w:proofErr w:type="spellStart"/>
            <w:r w:rsidRPr="006309E2">
              <w:rPr>
                <w:rFonts w:cs="Times New Roman"/>
                <w:sz w:val="22"/>
              </w:rPr>
              <w:t>Покрытие</w:t>
            </w:r>
            <w:proofErr w:type="spellEnd"/>
            <w:r w:rsidRPr="006309E2">
              <w:rPr>
                <w:rFonts w:cs="Times New Roman"/>
                <w:sz w:val="22"/>
              </w:rPr>
              <w:t xml:space="preserve"> ППК.</w:t>
            </w:r>
          </w:p>
        </w:tc>
        <w:tc>
          <w:tcPr>
            <w:tcW w:w="136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C5BE1A" w14:textId="77777777" w:rsidR="00EE7684" w:rsidRPr="006309E2" w:rsidRDefault="00931E81">
            <w:pPr>
              <w:jc w:val="center"/>
              <w:rPr>
                <w:rFonts w:cs="Times New Roman"/>
                <w:sz w:val="22"/>
              </w:rPr>
            </w:pPr>
            <w:r w:rsidRPr="006309E2">
              <w:rPr>
                <w:rFonts w:cs="Times New Roman"/>
                <w:sz w:val="22"/>
              </w:rPr>
              <w:t>25.11.23.119</w:t>
            </w:r>
          </w:p>
        </w:tc>
        <w:tc>
          <w:tcPr>
            <w:tcW w:w="90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1ADEC2" w14:textId="77777777" w:rsidR="00EE7684" w:rsidRPr="006309E2" w:rsidRDefault="00931E81">
            <w:pPr>
              <w:jc w:val="center"/>
              <w:rPr>
                <w:rFonts w:cs="Times New Roman"/>
                <w:sz w:val="22"/>
              </w:rPr>
            </w:pPr>
            <w:r w:rsidRPr="006309E2">
              <w:rPr>
                <w:rFonts w:cs="Times New Roman"/>
                <w:sz w:val="22"/>
              </w:rPr>
              <w:t>3</w:t>
            </w:r>
          </w:p>
        </w:tc>
        <w:tc>
          <w:tcPr>
            <w:tcW w:w="73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4E0A738" w14:textId="77777777" w:rsidR="00EE7684" w:rsidRPr="006309E2" w:rsidRDefault="00931E81">
            <w:pPr>
              <w:jc w:val="center"/>
              <w:rPr>
                <w:rFonts w:cs="Times New Roman"/>
                <w:sz w:val="22"/>
              </w:rPr>
            </w:pPr>
            <w:r w:rsidRPr="006309E2">
              <w:rPr>
                <w:rFonts w:cs="Times New Roman"/>
                <w:sz w:val="22"/>
              </w:rPr>
              <w:t>шт.</w:t>
            </w:r>
          </w:p>
        </w:tc>
      </w:tr>
      <w:tr w:rsidR="00EE7684" w:rsidRPr="006309E2" w14:paraId="6BA865E2" w14:textId="77777777" w:rsidTr="006309E2">
        <w:trPr>
          <w:jc w:val="center"/>
        </w:trPr>
        <w:tc>
          <w:tcPr>
            <w:tcW w:w="39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5F62C8" w14:textId="77777777" w:rsidR="00EE7684" w:rsidRPr="006309E2" w:rsidRDefault="00931E81">
            <w:pPr>
              <w:jc w:val="center"/>
              <w:rPr>
                <w:rFonts w:cs="Times New Roman"/>
                <w:sz w:val="22"/>
              </w:rPr>
            </w:pPr>
            <w:r w:rsidRPr="006309E2">
              <w:rPr>
                <w:rFonts w:cs="Times New Roman"/>
                <w:sz w:val="22"/>
              </w:rPr>
              <w:t>3</w:t>
            </w:r>
          </w:p>
        </w:tc>
        <w:tc>
          <w:tcPr>
            <w:tcW w:w="692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A5D7B67" w14:textId="77777777" w:rsidR="00EE7684" w:rsidRPr="006309E2" w:rsidRDefault="00931E81">
            <w:pPr>
              <w:rPr>
                <w:rFonts w:cs="Times New Roman"/>
                <w:sz w:val="22"/>
                <w:lang w:val="ru-RU"/>
              </w:rPr>
            </w:pPr>
            <w:r w:rsidRPr="006309E2">
              <w:rPr>
                <w:rFonts w:cs="Times New Roman"/>
                <w:sz w:val="22"/>
                <w:lang w:val="ru-RU"/>
              </w:rPr>
              <w:t xml:space="preserve">Электропривод для откатных ворот </w:t>
            </w:r>
            <w:r w:rsidRPr="006309E2">
              <w:rPr>
                <w:rFonts w:cs="Times New Roman"/>
                <w:sz w:val="22"/>
              </w:rPr>
              <w:t>SLIDING</w:t>
            </w:r>
            <w:r w:rsidRPr="006309E2">
              <w:rPr>
                <w:rFonts w:cs="Times New Roman"/>
                <w:sz w:val="22"/>
                <w:lang w:val="ru-RU"/>
              </w:rPr>
              <w:t xml:space="preserve"> 1300 (</w:t>
            </w:r>
            <w:proofErr w:type="spellStart"/>
            <w:r w:rsidRPr="006309E2">
              <w:rPr>
                <w:rFonts w:cs="Times New Roman"/>
                <w:sz w:val="22"/>
              </w:rPr>
              <w:t>DoorHan</w:t>
            </w:r>
            <w:proofErr w:type="spellEnd"/>
            <w:r w:rsidRPr="006309E2">
              <w:rPr>
                <w:rFonts w:cs="Times New Roman"/>
                <w:sz w:val="22"/>
                <w:lang w:val="ru-RU"/>
              </w:rPr>
              <w:t>), в масляной ванне, для ворот массой до 1300 кг, ширина проема до 6 м.</w:t>
            </w:r>
          </w:p>
        </w:tc>
        <w:tc>
          <w:tcPr>
            <w:tcW w:w="136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F541C13" w14:textId="77777777" w:rsidR="00EE7684" w:rsidRPr="006309E2" w:rsidRDefault="00931E81">
            <w:pPr>
              <w:jc w:val="center"/>
              <w:rPr>
                <w:rFonts w:cs="Times New Roman"/>
                <w:sz w:val="22"/>
              </w:rPr>
            </w:pPr>
            <w:r w:rsidRPr="006309E2">
              <w:rPr>
                <w:rFonts w:cs="Times New Roman"/>
                <w:sz w:val="22"/>
              </w:rPr>
              <w:t>28.14.20.112</w:t>
            </w:r>
          </w:p>
        </w:tc>
        <w:tc>
          <w:tcPr>
            <w:tcW w:w="90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8C5CFD4" w14:textId="77777777" w:rsidR="00EE7684" w:rsidRPr="006309E2" w:rsidRDefault="00931E81">
            <w:pPr>
              <w:jc w:val="center"/>
              <w:rPr>
                <w:rFonts w:cs="Times New Roman"/>
                <w:sz w:val="22"/>
              </w:rPr>
            </w:pPr>
            <w:r w:rsidRPr="006309E2">
              <w:rPr>
                <w:rFonts w:cs="Times New Roman"/>
                <w:sz w:val="22"/>
              </w:rPr>
              <w:t>1</w:t>
            </w:r>
          </w:p>
        </w:tc>
        <w:tc>
          <w:tcPr>
            <w:tcW w:w="73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7C2EA6E" w14:textId="77777777" w:rsidR="00EE7684" w:rsidRPr="006309E2" w:rsidRDefault="00931E81">
            <w:pPr>
              <w:jc w:val="center"/>
              <w:rPr>
                <w:rFonts w:cs="Times New Roman"/>
                <w:sz w:val="22"/>
              </w:rPr>
            </w:pPr>
            <w:r w:rsidRPr="006309E2">
              <w:rPr>
                <w:rFonts w:cs="Times New Roman"/>
                <w:sz w:val="22"/>
              </w:rPr>
              <w:t>шт.</w:t>
            </w:r>
          </w:p>
        </w:tc>
      </w:tr>
      <w:tr w:rsidR="00EE7684" w:rsidRPr="006309E2" w14:paraId="6099F70A" w14:textId="77777777" w:rsidTr="006309E2">
        <w:trPr>
          <w:jc w:val="center"/>
        </w:trPr>
        <w:tc>
          <w:tcPr>
            <w:tcW w:w="39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598CD5" w14:textId="77777777" w:rsidR="00EE7684" w:rsidRPr="006309E2" w:rsidRDefault="00931E81">
            <w:pPr>
              <w:jc w:val="center"/>
              <w:rPr>
                <w:rFonts w:cs="Times New Roman"/>
                <w:sz w:val="22"/>
              </w:rPr>
            </w:pPr>
            <w:r w:rsidRPr="006309E2">
              <w:rPr>
                <w:rFonts w:cs="Times New Roman"/>
                <w:sz w:val="22"/>
              </w:rPr>
              <w:t>4</w:t>
            </w:r>
          </w:p>
        </w:tc>
        <w:tc>
          <w:tcPr>
            <w:tcW w:w="692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47C996D" w14:textId="77777777" w:rsidR="00EE7684" w:rsidRPr="006309E2" w:rsidRDefault="00931E81">
            <w:pPr>
              <w:rPr>
                <w:rFonts w:cs="Times New Roman"/>
                <w:sz w:val="22"/>
                <w:lang w:val="ru-RU"/>
              </w:rPr>
            </w:pPr>
            <w:r w:rsidRPr="006309E2">
              <w:rPr>
                <w:rFonts w:cs="Times New Roman"/>
                <w:sz w:val="22"/>
                <w:lang w:val="ru-RU"/>
              </w:rPr>
              <w:t xml:space="preserve">Рейка зубчатая </w:t>
            </w:r>
            <w:r w:rsidRPr="006309E2">
              <w:rPr>
                <w:rFonts w:cs="Times New Roman"/>
                <w:sz w:val="22"/>
              </w:rPr>
              <w:t>RACK</w:t>
            </w:r>
            <w:r w:rsidRPr="006309E2">
              <w:rPr>
                <w:rFonts w:cs="Times New Roman"/>
                <w:sz w:val="22"/>
                <w:lang w:val="ru-RU"/>
              </w:rPr>
              <w:t xml:space="preserve">-8, </w:t>
            </w:r>
            <w:r w:rsidRPr="006309E2">
              <w:rPr>
                <w:rFonts w:cs="Times New Roman"/>
                <w:sz w:val="22"/>
              </w:rPr>
              <w:t>L</w:t>
            </w:r>
            <w:r w:rsidRPr="006309E2">
              <w:rPr>
                <w:rFonts w:cs="Times New Roman"/>
                <w:sz w:val="22"/>
                <w:lang w:val="ru-RU"/>
              </w:rPr>
              <w:t>=1 м, 30×8 мм.</w:t>
            </w:r>
          </w:p>
        </w:tc>
        <w:tc>
          <w:tcPr>
            <w:tcW w:w="136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B16C077" w14:textId="77777777" w:rsidR="00EE7684" w:rsidRPr="006309E2" w:rsidRDefault="00931E81">
            <w:pPr>
              <w:jc w:val="center"/>
              <w:rPr>
                <w:rFonts w:cs="Times New Roman"/>
                <w:sz w:val="22"/>
              </w:rPr>
            </w:pPr>
            <w:r w:rsidRPr="006309E2">
              <w:rPr>
                <w:rFonts w:cs="Times New Roman"/>
                <w:sz w:val="22"/>
              </w:rPr>
              <w:t>28.15.39.120</w:t>
            </w:r>
          </w:p>
        </w:tc>
        <w:tc>
          <w:tcPr>
            <w:tcW w:w="90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2E27537" w14:textId="77777777" w:rsidR="00EE7684" w:rsidRPr="006309E2" w:rsidRDefault="00931E81">
            <w:pPr>
              <w:jc w:val="center"/>
              <w:rPr>
                <w:rFonts w:cs="Times New Roman"/>
                <w:sz w:val="22"/>
              </w:rPr>
            </w:pPr>
            <w:r w:rsidRPr="006309E2">
              <w:rPr>
                <w:rFonts w:cs="Times New Roman"/>
                <w:sz w:val="22"/>
              </w:rPr>
              <w:t>7</w:t>
            </w:r>
          </w:p>
        </w:tc>
        <w:tc>
          <w:tcPr>
            <w:tcW w:w="73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B78C9C" w14:textId="77777777" w:rsidR="00EE7684" w:rsidRPr="006309E2" w:rsidRDefault="00931E81">
            <w:pPr>
              <w:jc w:val="center"/>
              <w:rPr>
                <w:rFonts w:cs="Times New Roman"/>
                <w:sz w:val="22"/>
              </w:rPr>
            </w:pPr>
            <w:r w:rsidRPr="006309E2">
              <w:rPr>
                <w:rFonts w:cs="Times New Roman"/>
                <w:sz w:val="22"/>
              </w:rPr>
              <w:t>шт.</w:t>
            </w:r>
          </w:p>
        </w:tc>
      </w:tr>
      <w:tr w:rsidR="00EE7684" w:rsidRPr="006309E2" w14:paraId="752D6A50" w14:textId="77777777" w:rsidTr="006309E2">
        <w:trPr>
          <w:jc w:val="center"/>
        </w:trPr>
        <w:tc>
          <w:tcPr>
            <w:tcW w:w="39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DA72795" w14:textId="77777777" w:rsidR="00EE7684" w:rsidRPr="006309E2" w:rsidRDefault="00931E81">
            <w:pPr>
              <w:jc w:val="center"/>
              <w:rPr>
                <w:rFonts w:cs="Times New Roman"/>
                <w:sz w:val="22"/>
              </w:rPr>
            </w:pPr>
            <w:r w:rsidRPr="006309E2">
              <w:rPr>
                <w:rFonts w:cs="Times New Roman"/>
                <w:sz w:val="22"/>
              </w:rPr>
              <w:t>5</w:t>
            </w:r>
          </w:p>
        </w:tc>
        <w:tc>
          <w:tcPr>
            <w:tcW w:w="692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A636A6" w14:textId="77777777" w:rsidR="00EE7684" w:rsidRPr="006309E2" w:rsidRDefault="00931E81">
            <w:pPr>
              <w:rPr>
                <w:rFonts w:cs="Times New Roman"/>
                <w:sz w:val="22"/>
                <w:lang w:val="ru-RU"/>
              </w:rPr>
            </w:pPr>
            <w:r w:rsidRPr="006309E2">
              <w:rPr>
                <w:rFonts w:cs="Times New Roman"/>
                <w:sz w:val="22"/>
                <w:lang w:val="ru-RU"/>
              </w:rPr>
              <w:t xml:space="preserve">Фотоэлементы </w:t>
            </w:r>
            <w:r w:rsidRPr="006309E2">
              <w:rPr>
                <w:rFonts w:cs="Times New Roman"/>
                <w:sz w:val="22"/>
              </w:rPr>
              <w:t>PHOTOCELL</w:t>
            </w:r>
            <w:r w:rsidRPr="006309E2">
              <w:rPr>
                <w:rFonts w:cs="Times New Roman"/>
                <w:sz w:val="22"/>
                <w:lang w:val="ru-RU"/>
              </w:rPr>
              <w:t>-</w:t>
            </w:r>
            <w:r w:rsidRPr="006309E2">
              <w:rPr>
                <w:rFonts w:cs="Times New Roman"/>
                <w:sz w:val="22"/>
              </w:rPr>
              <w:t>N</w:t>
            </w:r>
            <w:r w:rsidRPr="006309E2">
              <w:rPr>
                <w:rFonts w:cs="Times New Roman"/>
                <w:sz w:val="22"/>
                <w:lang w:val="ru-RU"/>
              </w:rPr>
              <w:t>, дальность действия до 20 м (</w:t>
            </w:r>
            <w:proofErr w:type="spellStart"/>
            <w:r w:rsidRPr="006309E2">
              <w:rPr>
                <w:rFonts w:cs="Times New Roman"/>
                <w:sz w:val="22"/>
              </w:rPr>
              <w:t>DoorHan</w:t>
            </w:r>
            <w:proofErr w:type="spellEnd"/>
            <w:r w:rsidRPr="006309E2">
              <w:rPr>
                <w:rFonts w:cs="Times New Roman"/>
                <w:sz w:val="22"/>
                <w:lang w:val="ru-RU"/>
              </w:rPr>
              <w:t>).</w:t>
            </w:r>
          </w:p>
        </w:tc>
        <w:tc>
          <w:tcPr>
            <w:tcW w:w="136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8B6EFF" w14:textId="77777777" w:rsidR="00EE7684" w:rsidRPr="006309E2" w:rsidRDefault="00931E81">
            <w:pPr>
              <w:jc w:val="center"/>
              <w:rPr>
                <w:rFonts w:cs="Times New Roman"/>
                <w:sz w:val="22"/>
              </w:rPr>
            </w:pPr>
            <w:r w:rsidRPr="006309E2">
              <w:rPr>
                <w:rFonts w:cs="Times New Roman"/>
                <w:sz w:val="22"/>
              </w:rPr>
              <w:t>26.11.22.119</w:t>
            </w:r>
          </w:p>
        </w:tc>
        <w:tc>
          <w:tcPr>
            <w:tcW w:w="90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72E0DAA" w14:textId="77777777" w:rsidR="00EE7684" w:rsidRPr="006309E2" w:rsidRDefault="00931E81">
            <w:pPr>
              <w:jc w:val="center"/>
              <w:rPr>
                <w:rFonts w:cs="Times New Roman"/>
                <w:sz w:val="22"/>
              </w:rPr>
            </w:pPr>
            <w:r w:rsidRPr="006309E2">
              <w:rPr>
                <w:rFonts w:cs="Times New Roman"/>
                <w:sz w:val="22"/>
              </w:rPr>
              <w:t>1</w:t>
            </w:r>
          </w:p>
        </w:tc>
        <w:tc>
          <w:tcPr>
            <w:tcW w:w="73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CCF3B94" w14:textId="77777777" w:rsidR="00EE7684" w:rsidRPr="006309E2" w:rsidRDefault="00931E81">
            <w:pPr>
              <w:jc w:val="center"/>
              <w:rPr>
                <w:rFonts w:cs="Times New Roman"/>
                <w:sz w:val="22"/>
              </w:rPr>
            </w:pPr>
            <w:r w:rsidRPr="006309E2">
              <w:rPr>
                <w:rFonts w:cs="Times New Roman"/>
                <w:sz w:val="22"/>
              </w:rPr>
              <w:t>шт.</w:t>
            </w:r>
          </w:p>
        </w:tc>
      </w:tr>
      <w:tr w:rsidR="00EE7684" w:rsidRPr="006309E2" w14:paraId="641F22CA" w14:textId="77777777" w:rsidTr="006309E2">
        <w:trPr>
          <w:jc w:val="center"/>
        </w:trPr>
        <w:tc>
          <w:tcPr>
            <w:tcW w:w="39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A547F30" w14:textId="77777777" w:rsidR="00EE7684" w:rsidRPr="006309E2" w:rsidRDefault="00931E81">
            <w:pPr>
              <w:jc w:val="center"/>
              <w:rPr>
                <w:rFonts w:cs="Times New Roman"/>
                <w:sz w:val="22"/>
              </w:rPr>
            </w:pPr>
            <w:r w:rsidRPr="006309E2">
              <w:rPr>
                <w:rFonts w:cs="Times New Roman"/>
                <w:sz w:val="22"/>
              </w:rPr>
              <w:t>6</w:t>
            </w:r>
          </w:p>
        </w:tc>
        <w:tc>
          <w:tcPr>
            <w:tcW w:w="692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6A045A7" w14:textId="77777777" w:rsidR="00EE7684" w:rsidRPr="006309E2" w:rsidRDefault="00931E81">
            <w:pPr>
              <w:rPr>
                <w:rFonts w:cs="Times New Roman"/>
                <w:sz w:val="22"/>
              </w:rPr>
            </w:pPr>
            <w:r w:rsidRPr="006309E2">
              <w:rPr>
                <w:rFonts w:cs="Times New Roman"/>
                <w:sz w:val="22"/>
              </w:rPr>
              <w:t>Пульт 2-канальный Transmitter 2-PRO 433 MHz.</w:t>
            </w:r>
          </w:p>
        </w:tc>
        <w:tc>
          <w:tcPr>
            <w:tcW w:w="136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D9D031E" w14:textId="77777777" w:rsidR="00EE7684" w:rsidRPr="006309E2" w:rsidRDefault="00931E81">
            <w:pPr>
              <w:jc w:val="center"/>
              <w:rPr>
                <w:rFonts w:cs="Times New Roman"/>
                <w:sz w:val="22"/>
              </w:rPr>
            </w:pPr>
            <w:r w:rsidRPr="006309E2">
              <w:rPr>
                <w:rFonts w:cs="Times New Roman"/>
                <w:sz w:val="22"/>
              </w:rPr>
              <w:t>26.51.20.130</w:t>
            </w:r>
          </w:p>
        </w:tc>
        <w:tc>
          <w:tcPr>
            <w:tcW w:w="90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B8D5B81" w14:textId="77777777" w:rsidR="00EE7684" w:rsidRPr="006309E2" w:rsidRDefault="00931E81">
            <w:pPr>
              <w:jc w:val="center"/>
              <w:rPr>
                <w:rFonts w:cs="Times New Roman"/>
                <w:sz w:val="22"/>
              </w:rPr>
            </w:pPr>
            <w:r w:rsidRPr="006309E2">
              <w:rPr>
                <w:rFonts w:cs="Times New Roman"/>
                <w:sz w:val="22"/>
              </w:rPr>
              <w:t>2</w:t>
            </w:r>
          </w:p>
        </w:tc>
        <w:tc>
          <w:tcPr>
            <w:tcW w:w="73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8FC5A40" w14:textId="77777777" w:rsidR="00EE7684" w:rsidRPr="006309E2" w:rsidRDefault="00931E81">
            <w:pPr>
              <w:jc w:val="center"/>
              <w:rPr>
                <w:rFonts w:cs="Times New Roman"/>
                <w:sz w:val="22"/>
              </w:rPr>
            </w:pPr>
            <w:r w:rsidRPr="006309E2">
              <w:rPr>
                <w:rFonts w:cs="Times New Roman"/>
                <w:sz w:val="22"/>
              </w:rPr>
              <w:t>шт.</w:t>
            </w:r>
          </w:p>
        </w:tc>
      </w:tr>
      <w:tr w:rsidR="00EE7684" w:rsidRPr="006309E2" w14:paraId="620024DF" w14:textId="77777777" w:rsidTr="006309E2">
        <w:trPr>
          <w:jc w:val="center"/>
        </w:trPr>
        <w:tc>
          <w:tcPr>
            <w:tcW w:w="39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9867B8C" w14:textId="77777777" w:rsidR="00EE7684" w:rsidRPr="006309E2" w:rsidRDefault="00931E81">
            <w:pPr>
              <w:jc w:val="center"/>
              <w:rPr>
                <w:rFonts w:cs="Times New Roman"/>
                <w:sz w:val="22"/>
              </w:rPr>
            </w:pPr>
            <w:r w:rsidRPr="006309E2">
              <w:rPr>
                <w:rFonts w:cs="Times New Roman"/>
                <w:sz w:val="22"/>
              </w:rPr>
              <w:t>7</w:t>
            </w:r>
          </w:p>
        </w:tc>
        <w:tc>
          <w:tcPr>
            <w:tcW w:w="692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73E6D5E" w14:textId="77777777" w:rsidR="00EE7684" w:rsidRPr="006309E2" w:rsidRDefault="00931E81">
            <w:pPr>
              <w:rPr>
                <w:rFonts w:cs="Times New Roman"/>
                <w:sz w:val="22"/>
                <w:lang w:val="ru-RU"/>
              </w:rPr>
            </w:pPr>
            <w:r w:rsidRPr="006309E2">
              <w:rPr>
                <w:rFonts w:cs="Times New Roman"/>
                <w:sz w:val="22"/>
                <w:lang w:val="ru-RU"/>
              </w:rPr>
              <w:t xml:space="preserve">Ламель-жалюзи 60 мм, </w:t>
            </w:r>
            <w:r w:rsidRPr="006309E2">
              <w:rPr>
                <w:rFonts w:cs="Times New Roman"/>
                <w:sz w:val="22"/>
                <w:lang w:val="ru-RU"/>
              </w:rPr>
              <w:t>135/50/60×2500, ПЭД-01-7024/7024, толщина 0,45 мм.</w:t>
            </w:r>
          </w:p>
        </w:tc>
        <w:tc>
          <w:tcPr>
            <w:tcW w:w="136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0F6A23E" w14:textId="77777777" w:rsidR="00EE7684" w:rsidRPr="006309E2" w:rsidRDefault="00931E81">
            <w:pPr>
              <w:jc w:val="center"/>
              <w:rPr>
                <w:rFonts w:cs="Times New Roman"/>
                <w:sz w:val="22"/>
              </w:rPr>
            </w:pPr>
            <w:r w:rsidRPr="006309E2">
              <w:rPr>
                <w:rFonts w:cs="Times New Roman"/>
                <w:sz w:val="22"/>
              </w:rPr>
              <w:t>25.11.23.119</w:t>
            </w:r>
          </w:p>
        </w:tc>
        <w:tc>
          <w:tcPr>
            <w:tcW w:w="90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BAD7FF" w14:textId="77777777" w:rsidR="00EE7684" w:rsidRPr="006309E2" w:rsidRDefault="00931E81">
            <w:pPr>
              <w:jc w:val="center"/>
              <w:rPr>
                <w:rFonts w:cs="Times New Roman"/>
                <w:sz w:val="22"/>
              </w:rPr>
            </w:pPr>
            <w:r w:rsidRPr="006309E2">
              <w:rPr>
                <w:rFonts w:cs="Times New Roman"/>
                <w:sz w:val="22"/>
              </w:rPr>
              <w:t>1 820</w:t>
            </w:r>
          </w:p>
        </w:tc>
        <w:tc>
          <w:tcPr>
            <w:tcW w:w="73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AFD49AB" w14:textId="77777777" w:rsidR="00EE7684" w:rsidRPr="006309E2" w:rsidRDefault="00931E81">
            <w:pPr>
              <w:jc w:val="center"/>
              <w:rPr>
                <w:rFonts w:cs="Times New Roman"/>
                <w:sz w:val="22"/>
              </w:rPr>
            </w:pPr>
            <w:r w:rsidRPr="006309E2">
              <w:rPr>
                <w:rFonts w:cs="Times New Roman"/>
                <w:sz w:val="22"/>
              </w:rPr>
              <w:t>шт.</w:t>
            </w:r>
          </w:p>
        </w:tc>
      </w:tr>
      <w:tr w:rsidR="00EE7684" w:rsidRPr="006309E2" w14:paraId="4A32DF55" w14:textId="77777777" w:rsidTr="006309E2">
        <w:trPr>
          <w:jc w:val="center"/>
        </w:trPr>
        <w:tc>
          <w:tcPr>
            <w:tcW w:w="39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A9373AD" w14:textId="77777777" w:rsidR="00EE7684" w:rsidRPr="006309E2" w:rsidRDefault="00931E81">
            <w:pPr>
              <w:jc w:val="center"/>
              <w:rPr>
                <w:rFonts w:cs="Times New Roman"/>
                <w:sz w:val="22"/>
              </w:rPr>
            </w:pPr>
            <w:r w:rsidRPr="006309E2">
              <w:rPr>
                <w:rFonts w:cs="Times New Roman"/>
                <w:sz w:val="22"/>
              </w:rPr>
              <w:t>8</w:t>
            </w:r>
          </w:p>
        </w:tc>
        <w:tc>
          <w:tcPr>
            <w:tcW w:w="692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5C98692" w14:textId="77777777" w:rsidR="00EE7684" w:rsidRPr="006309E2" w:rsidRDefault="00931E81">
            <w:pPr>
              <w:rPr>
                <w:rFonts w:cs="Times New Roman"/>
                <w:sz w:val="22"/>
                <w:lang w:val="ru-RU"/>
              </w:rPr>
            </w:pPr>
            <w:r w:rsidRPr="006309E2">
              <w:rPr>
                <w:rFonts w:cs="Times New Roman"/>
                <w:sz w:val="22"/>
                <w:lang w:val="ru-RU"/>
              </w:rPr>
              <w:t>Планка крепежная забора 60×2500, ПЭД-01-7024/7024, толщина 0,45 мм.</w:t>
            </w:r>
          </w:p>
        </w:tc>
        <w:tc>
          <w:tcPr>
            <w:tcW w:w="136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F3C56E5" w14:textId="77777777" w:rsidR="00EE7684" w:rsidRPr="006309E2" w:rsidRDefault="00931E81">
            <w:pPr>
              <w:jc w:val="center"/>
              <w:rPr>
                <w:rFonts w:cs="Times New Roman"/>
                <w:sz w:val="22"/>
              </w:rPr>
            </w:pPr>
            <w:r w:rsidRPr="006309E2">
              <w:rPr>
                <w:rFonts w:cs="Times New Roman"/>
                <w:sz w:val="22"/>
              </w:rPr>
              <w:t>25.11.23.119</w:t>
            </w:r>
          </w:p>
        </w:tc>
        <w:tc>
          <w:tcPr>
            <w:tcW w:w="90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8DE7073" w14:textId="77777777" w:rsidR="00EE7684" w:rsidRPr="006309E2" w:rsidRDefault="00931E81">
            <w:pPr>
              <w:jc w:val="center"/>
              <w:rPr>
                <w:rFonts w:cs="Times New Roman"/>
                <w:sz w:val="22"/>
              </w:rPr>
            </w:pPr>
            <w:r w:rsidRPr="006309E2">
              <w:rPr>
                <w:rFonts w:cs="Times New Roman"/>
                <w:sz w:val="22"/>
              </w:rPr>
              <w:t>182</w:t>
            </w:r>
          </w:p>
        </w:tc>
        <w:tc>
          <w:tcPr>
            <w:tcW w:w="73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88CBCC6" w14:textId="77777777" w:rsidR="00EE7684" w:rsidRPr="006309E2" w:rsidRDefault="00931E81">
            <w:pPr>
              <w:jc w:val="center"/>
              <w:rPr>
                <w:rFonts w:cs="Times New Roman"/>
                <w:sz w:val="22"/>
              </w:rPr>
            </w:pPr>
            <w:r w:rsidRPr="006309E2">
              <w:rPr>
                <w:rFonts w:cs="Times New Roman"/>
                <w:sz w:val="22"/>
              </w:rPr>
              <w:t>шт.</w:t>
            </w:r>
          </w:p>
        </w:tc>
      </w:tr>
      <w:tr w:rsidR="00EE7684" w:rsidRPr="006309E2" w14:paraId="2087BA34" w14:textId="77777777" w:rsidTr="006309E2">
        <w:trPr>
          <w:jc w:val="center"/>
        </w:trPr>
        <w:tc>
          <w:tcPr>
            <w:tcW w:w="39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CAE8CD5" w14:textId="77777777" w:rsidR="00EE7684" w:rsidRPr="006309E2" w:rsidRDefault="00931E81">
            <w:pPr>
              <w:jc w:val="center"/>
              <w:rPr>
                <w:rFonts w:cs="Times New Roman"/>
                <w:sz w:val="22"/>
              </w:rPr>
            </w:pPr>
            <w:r w:rsidRPr="006309E2">
              <w:rPr>
                <w:rFonts w:cs="Times New Roman"/>
                <w:sz w:val="22"/>
              </w:rPr>
              <w:t>9</w:t>
            </w:r>
          </w:p>
        </w:tc>
        <w:tc>
          <w:tcPr>
            <w:tcW w:w="692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5D8FC2" w14:textId="77777777" w:rsidR="00EE7684" w:rsidRPr="006309E2" w:rsidRDefault="00931E81">
            <w:pPr>
              <w:rPr>
                <w:rFonts w:cs="Times New Roman"/>
                <w:sz w:val="22"/>
                <w:lang w:val="ru-RU"/>
              </w:rPr>
            </w:pPr>
            <w:r w:rsidRPr="006309E2">
              <w:rPr>
                <w:rFonts w:cs="Times New Roman"/>
                <w:sz w:val="22"/>
                <w:lang w:val="ru-RU"/>
              </w:rPr>
              <w:t>Планка крышки забора 60 мм, 35×65×2500, ПЭД-01-7024/7024, толщина 0,45 мм.</w:t>
            </w:r>
          </w:p>
        </w:tc>
        <w:tc>
          <w:tcPr>
            <w:tcW w:w="136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60F125" w14:textId="77777777" w:rsidR="00EE7684" w:rsidRPr="006309E2" w:rsidRDefault="00931E81">
            <w:pPr>
              <w:jc w:val="center"/>
              <w:rPr>
                <w:rFonts w:cs="Times New Roman"/>
                <w:sz w:val="22"/>
              </w:rPr>
            </w:pPr>
            <w:r w:rsidRPr="006309E2">
              <w:rPr>
                <w:rFonts w:cs="Times New Roman"/>
                <w:sz w:val="22"/>
              </w:rPr>
              <w:t>25.11.23.119</w:t>
            </w:r>
          </w:p>
        </w:tc>
        <w:tc>
          <w:tcPr>
            <w:tcW w:w="90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9101964" w14:textId="77777777" w:rsidR="00EE7684" w:rsidRPr="006309E2" w:rsidRDefault="00931E81">
            <w:pPr>
              <w:jc w:val="center"/>
              <w:rPr>
                <w:rFonts w:cs="Times New Roman"/>
                <w:sz w:val="22"/>
              </w:rPr>
            </w:pPr>
            <w:r w:rsidRPr="006309E2">
              <w:rPr>
                <w:rFonts w:cs="Times New Roman"/>
                <w:sz w:val="22"/>
              </w:rPr>
              <w:t>91</w:t>
            </w:r>
          </w:p>
        </w:tc>
        <w:tc>
          <w:tcPr>
            <w:tcW w:w="73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9AB0266" w14:textId="77777777" w:rsidR="00EE7684" w:rsidRPr="006309E2" w:rsidRDefault="00931E81">
            <w:pPr>
              <w:jc w:val="center"/>
              <w:rPr>
                <w:rFonts w:cs="Times New Roman"/>
                <w:sz w:val="22"/>
              </w:rPr>
            </w:pPr>
            <w:r w:rsidRPr="006309E2">
              <w:rPr>
                <w:rFonts w:cs="Times New Roman"/>
                <w:sz w:val="22"/>
              </w:rPr>
              <w:t>шт.</w:t>
            </w:r>
          </w:p>
        </w:tc>
      </w:tr>
      <w:tr w:rsidR="00EE7684" w:rsidRPr="006309E2" w14:paraId="61032318" w14:textId="77777777" w:rsidTr="006309E2">
        <w:trPr>
          <w:jc w:val="center"/>
        </w:trPr>
        <w:tc>
          <w:tcPr>
            <w:tcW w:w="39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1FF2ABF" w14:textId="77777777" w:rsidR="00EE7684" w:rsidRPr="006309E2" w:rsidRDefault="00931E81">
            <w:pPr>
              <w:jc w:val="center"/>
              <w:rPr>
                <w:rFonts w:cs="Times New Roman"/>
                <w:sz w:val="22"/>
              </w:rPr>
            </w:pPr>
            <w:r w:rsidRPr="006309E2">
              <w:rPr>
                <w:rFonts w:cs="Times New Roman"/>
                <w:sz w:val="22"/>
              </w:rPr>
              <w:t>10</w:t>
            </w:r>
          </w:p>
        </w:tc>
        <w:tc>
          <w:tcPr>
            <w:tcW w:w="692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178A4D" w14:textId="77777777" w:rsidR="00EE7684" w:rsidRPr="006309E2" w:rsidRDefault="00931E81">
            <w:pPr>
              <w:rPr>
                <w:rFonts w:cs="Times New Roman"/>
                <w:sz w:val="22"/>
                <w:lang w:val="ru-RU"/>
              </w:rPr>
            </w:pPr>
            <w:r w:rsidRPr="006309E2">
              <w:rPr>
                <w:rFonts w:cs="Times New Roman"/>
                <w:sz w:val="22"/>
                <w:lang w:val="ru-RU"/>
              </w:rPr>
              <w:t>Планка стойки забора 60 мм, 35×60×2500, ПЭД-01-7024/7024, толщина 0,45 мм.</w:t>
            </w:r>
          </w:p>
        </w:tc>
        <w:tc>
          <w:tcPr>
            <w:tcW w:w="136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216630" w14:textId="77777777" w:rsidR="00EE7684" w:rsidRPr="006309E2" w:rsidRDefault="00931E81">
            <w:pPr>
              <w:jc w:val="center"/>
              <w:rPr>
                <w:rFonts w:cs="Times New Roman"/>
                <w:sz w:val="22"/>
              </w:rPr>
            </w:pPr>
            <w:r w:rsidRPr="006309E2">
              <w:rPr>
                <w:rFonts w:cs="Times New Roman"/>
                <w:sz w:val="22"/>
              </w:rPr>
              <w:t>25.11.23.119</w:t>
            </w:r>
          </w:p>
        </w:tc>
        <w:tc>
          <w:tcPr>
            <w:tcW w:w="90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5A44CF" w14:textId="77777777" w:rsidR="00EE7684" w:rsidRPr="006309E2" w:rsidRDefault="00931E81">
            <w:pPr>
              <w:jc w:val="center"/>
              <w:rPr>
                <w:rFonts w:cs="Times New Roman"/>
                <w:sz w:val="22"/>
              </w:rPr>
            </w:pPr>
            <w:r w:rsidRPr="006309E2">
              <w:rPr>
                <w:rFonts w:cs="Times New Roman"/>
                <w:sz w:val="22"/>
              </w:rPr>
              <w:t>182</w:t>
            </w:r>
          </w:p>
        </w:tc>
        <w:tc>
          <w:tcPr>
            <w:tcW w:w="73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90E9F54" w14:textId="77777777" w:rsidR="00EE7684" w:rsidRPr="006309E2" w:rsidRDefault="00931E81">
            <w:pPr>
              <w:jc w:val="center"/>
              <w:rPr>
                <w:rFonts w:cs="Times New Roman"/>
                <w:sz w:val="22"/>
              </w:rPr>
            </w:pPr>
            <w:r w:rsidRPr="006309E2">
              <w:rPr>
                <w:rFonts w:cs="Times New Roman"/>
                <w:sz w:val="22"/>
              </w:rPr>
              <w:t>шт.</w:t>
            </w:r>
          </w:p>
        </w:tc>
      </w:tr>
      <w:tr w:rsidR="00EE7684" w:rsidRPr="006309E2" w14:paraId="0AD38482" w14:textId="77777777" w:rsidTr="006309E2">
        <w:trPr>
          <w:jc w:val="center"/>
        </w:trPr>
        <w:tc>
          <w:tcPr>
            <w:tcW w:w="39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06637CB" w14:textId="77777777" w:rsidR="00EE7684" w:rsidRPr="006309E2" w:rsidRDefault="00931E81">
            <w:pPr>
              <w:jc w:val="center"/>
              <w:rPr>
                <w:rFonts w:cs="Times New Roman"/>
                <w:sz w:val="22"/>
              </w:rPr>
            </w:pPr>
            <w:r w:rsidRPr="006309E2">
              <w:rPr>
                <w:rFonts w:cs="Times New Roman"/>
                <w:sz w:val="22"/>
              </w:rPr>
              <w:t>11</w:t>
            </w:r>
          </w:p>
        </w:tc>
        <w:tc>
          <w:tcPr>
            <w:tcW w:w="692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774C0C" w14:textId="673C3823" w:rsidR="00EE7684" w:rsidRPr="006309E2" w:rsidRDefault="00931E81">
            <w:pPr>
              <w:rPr>
                <w:rFonts w:cs="Times New Roman"/>
                <w:sz w:val="22"/>
                <w:lang w:val="ru-RU"/>
              </w:rPr>
            </w:pPr>
            <w:r w:rsidRPr="006309E2">
              <w:rPr>
                <w:rFonts w:cs="Times New Roman"/>
                <w:sz w:val="22"/>
                <w:lang w:val="ru-RU"/>
              </w:rPr>
              <w:t xml:space="preserve">Планка </w:t>
            </w:r>
            <w:r w:rsidR="006309E2" w:rsidRPr="006309E2">
              <w:rPr>
                <w:rFonts w:cs="Times New Roman"/>
                <w:sz w:val="22"/>
                <w:lang w:val="ru-RU"/>
              </w:rPr>
              <w:t>угла,</w:t>
            </w:r>
            <w:r w:rsidRPr="006309E2">
              <w:rPr>
                <w:rFonts w:cs="Times New Roman"/>
                <w:sz w:val="22"/>
                <w:lang w:val="ru-RU"/>
              </w:rPr>
              <w:t xml:space="preserve"> усиливающая для забора 40×20×2500, ПЭД-01-7024/7024, толщина 0,45 мм.</w:t>
            </w:r>
          </w:p>
        </w:tc>
        <w:tc>
          <w:tcPr>
            <w:tcW w:w="136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7AD5862" w14:textId="77777777" w:rsidR="00EE7684" w:rsidRPr="006309E2" w:rsidRDefault="00931E81">
            <w:pPr>
              <w:jc w:val="center"/>
              <w:rPr>
                <w:rFonts w:cs="Times New Roman"/>
                <w:sz w:val="22"/>
              </w:rPr>
            </w:pPr>
            <w:r w:rsidRPr="006309E2">
              <w:rPr>
                <w:rFonts w:cs="Times New Roman"/>
                <w:sz w:val="22"/>
              </w:rPr>
              <w:t>25.11.23.119</w:t>
            </w:r>
          </w:p>
        </w:tc>
        <w:tc>
          <w:tcPr>
            <w:tcW w:w="90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02449FF" w14:textId="77777777" w:rsidR="00EE7684" w:rsidRPr="006309E2" w:rsidRDefault="00931E81">
            <w:pPr>
              <w:jc w:val="center"/>
              <w:rPr>
                <w:rFonts w:cs="Times New Roman"/>
                <w:sz w:val="22"/>
              </w:rPr>
            </w:pPr>
            <w:r w:rsidRPr="006309E2">
              <w:rPr>
                <w:rFonts w:cs="Times New Roman"/>
                <w:sz w:val="22"/>
              </w:rPr>
              <w:t>91</w:t>
            </w:r>
          </w:p>
        </w:tc>
        <w:tc>
          <w:tcPr>
            <w:tcW w:w="73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377D6D" w14:textId="77777777" w:rsidR="00EE7684" w:rsidRPr="006309E2" w:rsidRDefault="00931E81">
            <w:pPr>
              <w:jc w:val="center"/>
              <w:rPr>
                <w:rFonts w:cs="Times New Roman"/>
                <w:sz w:val="22"/>
              </w:rPr>
            </w:pPr>
            <w:r w:rsidRPr="006309E2">
              <w:rPr>
                <w:rFonts w:cs="Times New Roman"/>
                <w:sz w:val="22"/>
              </w:rPr>
              <w:t>шт.</w:t>
            </w:r>
          </w:p>
        </w:tc>
      </w:tr>
      <w:tr w:rsidR="00EE7684" w:rsidRPr="006309E2" w14:paraId="38449260" w14:textId="77777777" w:rsidTr="006309E2">
        <w:trPr>
          <w:jc w:val="center"/>
        </w:trPr>
        <w:tc>
          <w:tcPr>
            <w:tcW w:w="39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8F34C2" w14:textId="77777777" w:rsidR="00EE7684" w:rsidRPr="006309E2" w:rsidRDefault="00931E81">
            <w:pPr>
              <w:jc w:val="center"/>
              <w:rPr>
                <w:rFonts w:cs="Times New Roman"/>
                <w:sz w:val="22"/>
              </w:rPr>
            </w:pPr>
            <w:r w:rsidRPr="006309E2">
              <w:rPr>
                <w:rFonts w:cs="Times New Roman"/>
                <w:sz w:val="22"/>
              </w:rPr>
              <w:t>12</w:t>
            </w:r>
          </w:p>
        </w:tc>
        <w:tc>
          <w:tcPr>
            <w:tcW w:w="692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E7E5E5" w14:textId="77777777" w:rsidR="00EE7684" w:rsidRPr="006309E2" w:rsidRDefault="00931E81">
            <w:pPr>
              <w:rPr>
                <w:rFonts w:cs="Times New Roman"/>
                <w:sz w:val="22"/>
              </w:rPr>
            </w:pPr>
            <w:r w:rsidRPr="006309E2">
              <w:rPr>
                <w:rFonts w:cs="Times New Roman"/>
                <w:sz w:val="22"/>
                <w:lang w:val="ru-RU"/>
              </w:rPr>
              <w:t xml:space="preserve">Опора 80×80×3, </w:t>
            </w:r>
            <w:r w:rsidRPr="006309E2">
              <w:rPr>
                <w:rFonts w:cs="Times New Roman"/>
                <w:sz w:val="22"/>
              </w:rPr>
              <w:t>L</w:t>
            </w:r>
            <w:r w:rsidRPr="006309E2">
              <w:rPr>
                <w:rFonts w:cs="Times New Roman"/>
                <w:sz w:val="22"/>
                <w:lang w:val="ru-RU"/>
              </w:rPr>
              <w:t xml:space="preserve">=2500 мм для ограждений с подпятником. </w:t>
            </w:r>
            <w:proofErr w:type="spellStart"/>
            <w:r w:rsidRPr="006309E2">
              <w:rPr>
                <w:rFonts w:cs="Times New Roman"/>
                <w:sz w:val="22"/>
              </w:rPr>
              <w:t>Цвет</w:t>
            </w:r>
            <w:proofErr w:type="spellEnd"/>
            <w:r w:rsidRPr="006309E2">
              <w:rPr>
                <w:rFonts w:cs="Times New Roman"/>
                <w:sz w:val="22"/>
              </w:rPr>
              <w:t xml:space="preserve"> RAL 7024, </w:t>
            </w:r>
            <w:proofErr w:type="spellStart"/>
            <w:r w:rsidRPr="006309E2">
              <w:rPr>
                <w:rFonts w:cs="Times New Roman"/>
                <w:sz w:val="22"/>
              </w:rPr>
              <w:t>покрытие</w:t>
            </w:r>
            <w:proofErr w:type="spellEnd"/>
            <w:r w:rsidRPr="006309E2">
              <w:rPr>
                <w:rFonts w:cs="Times New Roman"/>
                <w:sz w:val="22"/>
              </w:rPr>
              <w:t xml:space="preserve"> ППК.</w:t>
            </w:r>
          </w:p>
        </w:tc>
        <w:tc>
          <w:tcPr>
            <w:tcW w:w="136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26B5FED" w14:textId="77777777" w:rsidR="00EE7684" w:rsidRPr="006309E2" w:rsidRDefault="00931E81">
            <w:pPr>
              <w:jc w:val="center"/>
              <w:rPr>
                <w:rFonts w:cs="Times New Roman"/>
                <w:sz w:val="22"/>
              </w:rPr>
            </w:pPr>
            <w:r w:rsidRPr="006309E2">
              <w:rPr>
                <w:rFonts w:cs="Times New Roman"/>
                <w:sz w:val="22"/>
              </w:rPr>
              <w:t>25.11.23.119</w:t>
            </w:r>
          </w:p>
        </w:tc>
        <w:tc>
          <w:tcPr>
            <w:tcW w:w="90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4BE9DA" w14:textId="77777777" w:rsidR="00EE7684" w:rsidRPr="006309E2" w:rsidRDefault="00931E81">
            <w:pPr>
              <w:jc w:val="center"/>
              <w:rPr>
                <w:rFonts w:cs="Times New Roman"/>
                <w:sz w:val="22"/>
              </w:rPr>
            </w:pPr>
            <w:r w:rsidRPr="006309E2">
              <w:rPr>
                <w:rFonts w:cs="Times New Roman"/>
                <w:sz w:val="22"/>
              </w:rPr>
              <w:t>91</w:t>
            </w:r>
          </w:p>
        </w:tc>
        <w:tc>
          <w:tcPr>
            <w:tcW w:w="73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7573979" w14:textId="77777777" w:rsidR="00EE7684" w:rsidRPr="006309E2" w:rsidRDefault="00931E81">
            <w:pPr>
              <w:jc w:val="center"/>
              <w:rPr>
                <w:rFonts w:cs="Times New Roman"/>
                <w:sz w:val="22"/>
              </w:rPr>
            </w:pPr>
            <w:r w:rsidRPr="006309E2">
              <w:rPr>
                <w:rFonts w:cs="Times New Roman"/>
                <w:sz w:val="22"/>
              </w:rPr>
              <w:t>шт.</w:t>
            </w:r>
          </w:p>
        </w:tc>
      </w:tr>
      <w:tr w:rsidR="00EE7684" w:rsidRPr="006309E2" w14:paraId="31414D76" w14:textId="77777777" w:rsidTr="006309E2">
        <w:trPr>
          <w:jc w:val="center"/>
        </w:trPr>
        <w:tc>
          <w:tcPr>
            <w:tcW w:w="39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9B0484A" w14:textId="77777777" w:rsidR="00EE7684" w:rsidRPr="006309E2" w:rsidRDefault="00931E81">
            <w:pPr>
              <w:jc w:val="center"/>
              <w:rPr>
                <w:rFonts w:cs="Times New Roman"/>
                <w:sz w:val="22"/>
              </w:rPr>
            </w:pPr>
            <w:r w:rsidRPr="006309E2">
              <w:rPr>
                <w:rFonts w:cs="Times New Roman"/>
                <w:sz w:val="22"/>
              </w:rPr>
              <w:lastRenderedPageBreak/>
              <w:t>13</w:t>
            </w:r>
          </w:p>
        </w:tc>
        <w:tc>
          <w:tcPr>
            <w:tcW w:w="692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AD20970" w14:textId="77777777" w:rsidR="00EE7684" w:rsidRPr="006309E2" w:rsidRDefault="00931E81">
            <w:pPr>
              <w:rPr>
                <w:rFonts w:cs="Times New Roman"/>
                <w:sz w:val="22"/>
              </w:rPr>
            </w:pPr>
            <w:r w:rsidRPr="006309E2">
              <w:rPr>
                <w:rFonts w:cs="Times New Roman"/>
                <w:sz w:val="22"/>
              </w:rPr>
              <w:t>Заглушка пластиковая 80×80 мм.</w:t>
            </w:r>
          </w:p>
        </w:tc>
        <w:tc>
          <w:tcPr>
            <w:tcW w:w="136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C0DD43" w14:textId="77777777" w:rsidR="00EE7684" w:rsidRPr="006309E2" w:rsidRDefault="00931E81">
            <w:pPr>
              <w:jc w:val="center"/>
              <w:rPr>
                <w:rFonts w:cs="Times New Roman"/>
                <w:sz w:val="22"/>
              </w:rPr>
            </w:pPr>
            <w:r w:rsidRPr="006309E2">
              <w:rPr>
                <w:rFonts w:cs="Times New Roman"/>
                <w:sz w:val="22"/>
              </w:rPr>
              <w:t>22.29.29.190</w:t>
            </w:r>
          </w:p>
        </w:tc>
        <w:tc>
          <w:tcPr>
            <w:tcW w:w="90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F5296F" w14:textId="77777777" w:rsidR="00EE7684" w:rsidRPr="006309E2" w:rsidRDefault="00931E81">
            <w:pPr>
              <w:jc w:val="center"/>
              <w:rPr>
                <w:rFonts w:cs="Times New Roman"/>
                <w:sz w:val="22"/>
              </w:rPr>
            </w:pPr>
            <w:r w:rsidRPr="006309E2">
              <w:rPr>
                <w:rFonts w:cs="Times New Roman"/>
                <w:sz w:val="22"/>
              </w:rPr>
              <w:t>91</w:t>
            </w:r>
          </w:p>
        </w:tc>
        <w:tc>
          <w:tcPr>
            <w:tcW w:w="73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B4355DA" w14:textId="77777777" w:rsidR="00EE7684" w:rsidRPr="006309E2" w:rsidRDefault="00931E81">
            <w:pPr>
              <w:jc w:val="center"/>
              <w:rPr>
                <w:rFonts w:cs="Times New Roman"/>
                <w:sz w:val="22"/>
              </w:rPr>
            </w:pPr>
            <w:r w:rsidRPr="006309E2">
              <w:rPr>
                <w:rFonts w:cs="Times New Roman"/>
                <w:sz w:val="22"/>
              </w:rPr>
              <w:t>шт.</w:t>
            </w:r>
          </w:p>
        </w:tc>
      </w:tr>
      <w:tr w:rsidR="00EE7684" w:rsidRPr="006309E2" w14:paraId="1A341C77" w14:textId="77777777" w:rsidTr="006309E2">
        <w:trPr>
          <w:jc w:val="center"/>
        </w:trPr>
        <w:tc>
          <w:tcPr>
            <w:tcW w:w="39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145635D" w14:textId="77777777" w:rsidR="00EE7684" w:rsidRPr="006309E2" w:rsidRDefault="00931E81">
            <w:pPr>
              <w:jc w:val="center"/>
              <w:rPr>
                <w:rFonts w:cs="Times New Roman"/>
                <w:sz w:val="22"/>
              </w:rPr>
            </w:pPr>
            <w:r w:rsidRPr="006309E2">
              <w:rPr>
                <w:rFonts w:cs="Times New Roman"/>
                <w:sz w:val="22"/>
              </w:rPr>
              <w:t>14</w:t>
            </w:r>
          </w:p>
        </w:tc>
        <w:tc>
          <w:tcPr>
            <w:tcW w:w="692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01A2CD" w14:textId="77777777" w:rsidR="00EE7684" w:rsidRPr="006309E2" w:rsidRDefault="00931E81">
            <w:pPr>
              <w:rPr>
                <w:rFonts w:cs="Times New Roman"/>
                <w:sz w:val="22"/>
              </w:rPr>
            </w:pPr>
            <w:r w:rsidRPr="006309E2">
              <w:rPr>
                <w:rFonts w:cs="Times New Roman"/>
                <w:sz w:val="22"/>
              </w:rPr>
              <w:t>Заглушка пластиковая 100×100 мм.</w:t>
            </w:r>
          </w:p>
        </w:tc>
        <w:tc>
          <w:tcPr>
            <w:tcW w:w="136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FCF7F45" w14:textId="77777777" w:rsidR="00EE7684" w:rsidRPr="006309E2" w:rsidRDefault="00931E81">
            <w:pPr>
              <w:jc w:val="center"/>
              <w:rPr>
                <w:rFonts w:cs="Times New Roman"/>
                <w:sz w:val="22"/>
              </w:rPr>
            </w:pPr>
            <w:r w:rsidRPr="006309E2">
              <w:rPr>
                <w:rFonts w:cs="Times New Roman"/>
                <w:sz w:val="22"/>
              </w:rPr>
              <w:t>22.29.29.190</w:t>
            </w:r>
          </w:p>
        </w:tc>
        <w:tc>
          <w:tcPr>
            <w:tcW w:w="90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6524A04" w14:textId="77777777" w:rsidR="00EE7684" w:rsidRPr="006309E2" w:rsidRDefault="00931E81">
            <w:pPr>
              <w:jc w:val="center"/>
              <w:rPr>
                <w:rFonts w:cs="Times New Roman"/>
                <w:sz w:val="22"/>
              </w:rPr>
            </w:pPr>
            <w:r w:rsidRPr="006309E2">
              <w:rPr>
                <w:rFonts w:cs="Times New Roman"/>
                <w:sz w:val="22"/>
              </w:rPr>
              <w:t>2</w:t>
            </w:r>
          </w:p>
        </w:tc>
        <w:tc>
          <w:tcPr>
            <w:tcW w:w="73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DEE4E06" w14:textId="77777777" w:rsidR="00EE7684" w:rsidRPr="006309E2" w:rsidRDefault="00931E81">
            <w:pPr>
              <w:jc w:val="center"/>
              <w:rPr>
                <w:rFonts w:cs="Times New Roman"/>
                <w:sz w:val="22"/>
              </w:rPr>
            </w:pPr>
            <w:r w:rsidRPr="006309E2">
              <w:rPr>
                <w:rFonts w:cs="Times New Roman"/>
                <w:sz w:val="22"/>
              </w:rPr>
              <w:t>шт.</w:t>
            </w:r>
          </w:p>
        </w:tc>
      </w:tr>
      <w:tr w:rsidR="00EE7684" w:rsidRPr="006309E2" w14:paraId="2EEB9FF3" w14:textId="77777777" w:rsidTr="006309E2">
        <w:trPr>
          <w:jc w:val="center"/>
        </w:trPr>
        <w:tc>
          <w:tcPr>
            <w:tcW w:w="39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C34C45D" w14:textId="77777777" w:rsidR="00EE7684" w:rsidRPr="006309E2" w:rsidRDefault="00931E81">
            <w:pPr>
              <w:jc w:val="center"/>
              <w:rPr>
                <w:rFonts w:cs="Times New Roman"/>
                <w:sz w:val="22"/>
              </w:rPr>
            </w:pPr>
            <w:r w:rsidRPr="006309E2">
              <w:rPr>
                <w:rFonts w:cs="Times New Roman"/>
                <w:sz w:val="22"/>
              </w:rPr>
              <w:t>15</w:t>
            </w:r>
          </w:p>
        </w:tc>
        <w:tc>
          <w:tcPr>
            <w:tcW w:w="692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5E1A65" w14:textId="77777777" w:rsidR="00EE7684" w:rsidRPr="006309E2" w:rsidRDefault="00931E81">
            <w:pPr>
              <w:rPr>
                <w:rFonts w:cs="Times New Roman"/>
                <w:sz w:val="22"/>
                <w:lang w:val="ru-RU"/>
              </w:rPr>
            </w:pPr>
            <w:r w:rsidRPr="006309E2">
              <w:rPr>
                <w:rFonts w:cs="Times New Roman"/>
                <w:sz w:val="22"/>
                <w:lang w:val="ru-RU"/>
              </w:rPr>
              <w:t xml:space="preserve">Саморез с </w:t>
            </w:r>
            <w:proofErr w:type="spellStart"/>
            <w:r w:rsidRPr="006309E2">
              <w:rPr>
                <w:rFonts w:cs="Times New Roman"/>
                <w:sz w:val="22"/>
                <w:lang w:val="ru-RU"/>
              </w:rPr>
              <w:t>прессшайбой</w:t>
            </w:r>
            <w:proofErr w:type="spellEnd"/>
            <w:r w:rsidRPr="006309E2">
              <w:rPr>
                <w:rFonts w:cs="Times New Roman"/>
                <w:sz w:val="22"/>
                <w:lang w:val="ru-RU"/>
              </w:rPr>
              <w:t xml:space="preserve"> со сверлом, </w:t>
            </w:r>
            <w:r w:rsidRPr="006309E2">
              <w:rPr>
                <w:rFonts w:cs="Times New Roman"/>
                <w:sz w:val="22"/>
              </w:rPr>
              <w:t>RAL</w:t>
            </w:r>
            <w:r w:rsidRPr="006309E2">
              <w:rPr>
                <w:rFonts w:cs="Times New Roman"/>
                <w:sz w:val="22"/>
                <w:lang w:val="ru-RU"/>
              </w:rPr>
              <w:t xml:space="preserve"> 7024 (графит), 4,2×16 мм.</w:t>
            </w:r>
          </w:p>
        </w:tc>
        <w:tc>
          <w:tcPr>
            <w:tcW w:w="136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8278324" w14:textId="77777777" w:rsidR="00EE7684" w:rsidRPr="006309E2" w:rsidRDefault="00931E81">
            <w:pPr>
              <w:jc w:val="center"/>
              <w:rPr>
                <w:rFonts w:cs="Times New Roman"/>
                <w:sz w:val="22"/>
              </w:rPr>
            </w:pPr>
            <w:r w:rsidRPr="006309E2">
              <w:rPr>
                <w:rFonts w:cs="Times New Roman"/>
                <w:sz w:val="22"/>
              </w:rPr>
              <w:t>25.94.11.110</w:t>
            </w:r>
          </w:p>
        </w:tc>
        <w:tc>
          <w:tcPr>
            <w:tcW w:w="90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EDEA5A9" w14:textId="77777777" w:rsidR="00EE7684" w:rsidRPr="006309E2" w:rsidRDefault="00931E81">
            <w:pPr>
              <w:jc w:val="center"/>
              <w:rPr>
                <w:rFonts w:cs="Times New Roman"/>
                <w:sz w:val="22"/>
              </w:rPr>
            </w:pPr>
            <w:r w:rsidRPr="006309E2">
              <w:rPr>
                <w:rFonts w:cs="Times New Roman"/>
                <w:sz w:val="22"/>
              </w:rPr>
              <w:t>12 000</w:t>
            </w:r>
          </w:p>
        </w:tc>
        <w:tc>
          <w:tcPr>
            <w:tcW w:w="737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E863D54" w14:textId="77777777" w:rsidR="00EE7684" w:rsidRPr="006309E2" w:rsidRDefault="00931E81">
            <w:pPr>
              <w:jc w:val="center"/>
              <w:rPr>
                <w:rFonts w:cs="Times New Roman"/>
                <w:sz w:val="22"/>
              </w:rPr>
            </w:pPr>
            <w:r w:rsidRPr="006309E2">
              <w:rPr>
                <w:rFonts w:cs="Times New Roman"/>
                <w:sz w:val="22"/>
              </w:rPr>
              <w:t>шт.</w:t>
            </w:r>
          </w:p>
        </w:tc>
      </w:tr>
    </w:tbl>
    <w:p w14:paraId="2063FE6D" w14:textId="77777777" w:rsidR="00EE7684" w:rsidRPr="006309E2" w:rsidRDefault="00931E81" w:rsidP="006309E2">
      <w:pPr>
        <w:jc w:val="both"/>
        <w:rPr>
          <w:rFonts w:cs="Times New Roman"/>
          <w:sz w:val="22"/>
        </w:rPr>
      </w:pPr>
      <w:r w:rsidRPr="006309E2">
        <w:rPr>
          <w:rFonts w:cs="Times New Roman"/>
          <w:b/>
          <w:sz w:val="22"/>
        </w:rPr>
        <w:t>1. Требования к товару</w:t>
      </w:r>
    </w:p>
    <w:p w14:paraId="37246A93" w14:textId="77777777" w:rsidR="00EE7684" w:rsidRPr="006309E2" w:rsidRDefault="00931E81" w:rsidP="006309E2">
      <w:pPr>
        <w:spacing w:after="0"/>
        <w:jc w:val="both"/>
        <w:rPr>
          <w:rFonts w:cs="Times New Roman"/>
          <w:sz w:val="22"/>
          <w:lang w:val="ru-RU"/>
        </w:rPr>
      </w:pPr>
      <w:r w:rsidRPr="006309E2">
        <w:rPr>
          <w:rFonts w:cs="Times New Roman"/>
          <w:sz w:val="22"/>
          <w:lang w:val="ru-RU"/>
        </w:rPr>
        <w:t xml:space="preserve">1.1. Поставляемый товар должен быть новым, не бывшим в </w:t>
      </w:r>
      <w:r w:rsidRPr="006309E2">
        <w:rPr>
          <w:rFonts w:cs="Times New Roman"/>
          <w:sz w:val="22"/>
          <w:lang w:val="ru-RU"/>
        </w:rPr>
        <w:t>употреблении, не восстановленным, без дефектов и повреждений.</w:t>
      </w:r>
    </w:p>
    <w:p w14:paraId="0B194E1D" w14:textId="77777777" w:rsidR="00EE7684" w:rsidRPr="006309E2" w:rsidRDefault="00931E81" w:rsidP="006309E2">
      <w:pPr>
        <w:spacing w:after="0"/>
        <w:jc w:val="both"/>
        <w:rPr>
          <w:rFonts w:cs="Times New Roman"/>
          <w:sz w:val="22"/>
          <w:lang w:val="ru-RU"/>
        </w:rPr>
      </w:pPr>
      <w:r w:rsidRPr="006309E2">
        <w:rPr>
          <w:rFonts w:cs="Times New Roman"/>
          <w:sz w:val="22"/>
          <w:lang w:val="ru-RU"/>
        </w:rPr>
        <w:t>1.2. Качество и комплектность товара должны соответствовать требованиям изготовителя, применимым техническим регламентам, ГОСТ/ТУ (при наличии обязательности их применения) и настоящему Техничес</w:t>
      </w:r>
      <w:r w:rsidRPr="006309E2">
        <w:rPr>
          <w:rFonts w:cs="Times New Roman"/>
          <w:sz w:val="22"/>
          <w:lang w:val="ru-RU"/>
        </w:rPr>
        <w:t>кому заданию.</w:t>
      </w:r>
    </w:p>
    <w:p w14:paraId="64D677AA" w14:textId="77777777" w:rsidR="00EE7684" w:rsidRPr="006309E2" w:rsidRDefault="00931E81" w:rsidP="006309E2">
      <w:pPr>
        <w:spacing w:after="0"/>
        <w:jc w:val="both"/>
        <w:rPr>
          <w:rFonts w:cs="Times New Roman"/>
          <w:sz w:val="22"/>
          <w:lang w:val="ru-RU"/>
        </w:rPr>
      </w:pPr>
      <w:r w:rsidRPr="006309E2">
        <w:rPr>
          <w:rFonts w:cs="Times New Roman"/>
          <w:sz w:val="22"/>
          <w:lang w:val="ru-RU"/>
        </w:rPr>
        <w:t>1.3. Если для товара законодательством предусмотрено обязательное подтверждение соответствия, Поставщик передает соответствующие документы одновременно с товаром.</w:t>
      </w:r>
    </w:p>
    <w:p w14:paraId="12B99964" w14:textId="77777777" w:rsidR="00EE7684" w:rsidRPr="006309E2" w:rsidRDefault="00931E81" w:rsidP="006309E2">
      <w:pPr>
        <w:jc w:val="both"/>
        <w:rPr>
          <w:rFonts w:cs="Times New Roman"/>
          <w:sz w:val="22"/>
          <w:lang w:val="ru-RU"/>
        </w:rPr>
      </w:pPr>
      <w:r w:rsidRPr="006309E2">
        <w:rPr>
          <w:rFonts w:cs="Times New Roman"/>
          <w:b/>
          <w:sz w:val="22"/>
          <w:lang w:val="ru-RU"/>
        </w:rPr>
        <w:t>2. Условия поставки</w:t>
      </w:r>
    </w:p>
    <w:p w14:paraId="753E42A1" w14:textId="77777777" w:rsidR="00EE7684" w:rsidRPr="006309E2" w:rsidRDefault="00931E81" w:rsidP="006309E2">
      <w:pPr>
        <w:spacing w:after="0"/>
        <w:jc w:val="both"/>
        <w:rPr>
          <w:rFonts w:cs="Times New Roman"/>
          <w:sz w:val="22"/>
          <w:lang w:val="ru-RU"/>
        </w:rPr>
      </w:pPr>
      <w:r w:rsidRPr="006309E2">
        <w:rPr>
          <w:rFonts w:cs="Times New Roman"/>
          <w:sz w:val="22"/>
          <w:lang w:val="ru-RU"/>
        </w:rPr>
        <w:t xml:space="preserve">2.1. Место поставки: 664023, Иркутская область, г. </w:t>
      </w:r>
      <w:r w:rsidRPr="006309E2">
        <w:rPr>
          <w:rFonts w:cs="Times New Roman"/>
          <w:sz w:val="22"/>
          <w:lang w:val="ru-RU"/>
        </w:rPr>
        <w:t>Иркутск, ул. Омулевского, д. 49.</w:t>
      </w:r>
    </w:p>
    <w:p w14:paraId="708F0841" w14:textId="3093489B" w:rsidR="00EE7684" w:rsidRPr="006309E2" w:rsidRDefault="00931E81" w:rsidP="006309E2">
      <w:pPr>
        <w:spacing w:after="0"/>
        <w:jc w:val="both"/>
        <w:rPr>
          <w:rFonts w:cs="Times New Roman"/>
          <w:sz w:val="22"/>
          <w:lang w:val="ru-RU"/>
        </w:rPr>
      </w:pPr>
      <w:r w:rsidRPr="006309E2">
        <w:rPr>
          <w:rFonts w:cs="Times New Roman"/>
          <w:sz w:val="22"/>
          <w:lang w:val="ru-RU"/>
        </w:rPr>
        <w:t xml:space="preserve">2.2. Срок поставки: в течение 14 </w:t>
      </w:r>
      <w:r>
        <w:rPr>
          <w:rFonts w:cs="Times New Roman"/>
          <w:sz w:val="22"/>
          <w:lang w:val="ru-RU"/>
        </w:rPr>
        <w:t>рабочих</w:t>
      </w:r>
      <w:r w:rsidRPr="006309E2">
        <w:rPr>
          <w:rFonts w:cs="Times New Roman"/>
          <w:sz w:val="22"/>
          <w:lang w:val="ru-RU"/>
        </w:rPr>
        <w:t xml:space="preserve"> дней с даты заключения договора.</w:t>
      </w:r>
    </w:p>
    <w:p w14:paraId="3A3CA9DD" w14:textId="77777777" w:rsidR="00EE7684" w:rsidRPr="006309E2" w:rsidRDefault="00931E81" w:rsidP="006309E2">
      <w:pPr>
        <w:spacing w:after="0"/>
        <w:jc w:val="both"/>
        <w:rPr>
          <w:rFonts w:cs="Times New Roman"/>
          <w:sz w:val="22"/>
          <w:lang w:val="ru-RU"/>
        </w:rPr>
      </w:pPr>
      <w:r w:rsidRPr="006309E2">
        <w:rPr>
          <w:rFonts w:cs="Times New Roman"/>
          <w:sz w:val="22"/>
          <w:lang w:val="ru-RU"/>
        </w:rPr>
        <w:t>2.3. Поставка осуществляется в полном объеме. Погрузка, перевозка, доставка и разгрузка товара осуществляются силами и за счет Поставщика и включ</w:t>
      </w:r>
      <w:r w:rsidRPr="006309E2">
        <w:rPr>
          <w:rFonts w:cs="Times New Roman"/>
          <w:sz w:val="22"/>
          <w:lang w:val="ru-RU"/>
        </w:rPr>
        <w:t>аются в цену договора.</w:t>
      </w:r>
    </w:p>
    <w:p w14:paraId="444D4DB0" w14:textId="77777777" w:rsidR="00EE7684" w:rsidRPr="006309E2" w:rsidRDefault="00931E81" w:rsidP="006309E2">
      <w:pPr>
        <w:spacing w:after="0"/>
        <w:jc w:val="both"/>
        <w:rPr>
          <w:rFonts w:cs="Times New Roman"/>
          <w:sz w:val="22"/>
          <w:lang w:val="ru-RU"/>
        </w:rPr>
      </w:pPr>
      <w:r w:rsidRPr="006309E2">
        <w:rPr>
          <w:rFonts w:cs="Times New Roman"/>
          <w:sz w:val="22"/>
          <w:lang w:val="ru-RU"/>
        </w:rPr>
        <w:t>2.4. Упаковка должна обеспечивать сохранность товара при транспортировке и погрузочно-разгрузочных работах.</w:t>
      </w:r>
    </w:p>
    <w:p w14:paraId="64AA40F0" w14:textId="77777777" w:rsidR="00EE7684" w:rsidRPr="006309E2" w:rsidRDefault="00931E81" w:rsidP="006309E2">
      <w:pPr>
        <w:jc w:val="both"/>
        <w:rPr>
          <w:rFonts w:cs="Times New Roman"/>
          <w:sz w:val="22"/>
          <w:lang w:val="ru-RU"/>
        </w:rPr>
      </w:pPr>
      <w:r w:rsidRPr="006309E2">
        <w:rPr>
          <w:rFonts w:cs="Times New Roman"/>
          <w:b/>
          <w:sz w:val="22"/>
          <w:lang w:val="ru-RU"/>
        </w:rPr>
        <w:t>3. Гарантийные обязательства</w:t>
      </w:r>
    </w:p>
    <w:p w14:paraId="728A1585" w14:textId="77777777" w:rsidR="00EE7684" w:rsidRPr="006309E2" w:rsidRDefault="00931E81" w:rsidP="006309E2">
      <w:pPr>
        <w:spacing w:after="0"/>
        <w:jc w:val="both"/>
        <w:rPr>
          <w:rFonts w:cs="Times New Roman"/>
          <w:sz w:val="22"/>
          <w:lang w:val="ru-RU"/>
        </w:rPr>
      </w:pPr>
      <w:r w:rsidRPr="006309E2">
        <w:rPr>
          <w:rFonts w:cs="Times New Roman"/>
          <w:sz w:val="22"/>
          <w:lang w:val="ru-RU"/>
        </w:rPr>
        <w:t xml:space="preserve">3.1. Гарантийный срок на товар — не менее гарантийного срока, установленного </w:t>
      </w:r>
      <w:r w:rsidRPr="006309E2">
        <w:rPr>
          <w:rFonts w:cs="Times New Roman"/>
          <w:sz w:val="22"/>
          <w:lang w:val="ru-RU"/>
        </w:rPr>
        <w:t>изготовителем.</w:t>
      </w:r>
    </w:p>
    <w:p w14:paraId="36688375" w14:textId="77777777" w:rsidR="00EE7684" w:rsidRPr="006309E2" w:rsidRDefault="00931E81" w:rsidP="006309E2">
      <w:pPr>
        <w:spacing w:after="0"/>
        <w:jc w:val="both"/>
        <w:rPr>
          <w:rFonts w:cs="Times New Roman"/>
          <w:sz w:val="22"/>
          <w:lang w:val="ru-RU"/>
        </w:rPr>
      </w:pPr>
      <w:r w:rsidRPr="006309E2">
        <w:rPr>
          <w:rFonts w:cs="Times New Roman"/>
          <w:sz w:val="22"/>
          <w:lang w:val="ru-RU"/>
        </w:rPr>
        <w:t>3.2. При выявлении товара ненадлежащего качества Поставщик обязан заменить его за свой счет в порядке и сроки, предусмотренные договором.</w:t>
      </w:r>
    </w:p>
    <w:p w14:paraId="6287E7F5" w14:textId="77777777" w:rsidR="00EE7684" w:rsidRPr="006309E2" w:rsidRDefault="00931E81" w:rsidP="006309E2">
      <w:pPr>
        <w:jc w:val="both"/>
        <w:rPr>
          <w:rFonts w:cs="Times New Roman"/>
          <w:sz w:val="22"/>
          <w:lang w:val="ru-RU"/>
        </w:rPr>
      </w:pPr>
      <w:r w:rsidRPr="006309E2">
        <w:rPr>
          <w:rFonts w:cs="Times New Roman"/>
          <w:b/>
          <w:sz w:val="22"/>
          <w:lang w:val="ru-RU"/>
        </w:rPr>
        <w:t>4. Особые условия</w:t>
      </w:r>
    </w:p>
    <w:p w14:paraId="12DA94A6" w14:textId="77777777" w:rsidR="00EE7684" w:rsidRPr="006309E2" w:rsidRDefault="00931E81" w:rsidP="006309E2">
      <w:pPr>
        <w:spacing w:after="0"/>
        <w:jc w:val="both"/>
        <w:rPr>
          <w:rFonts w:cs="Times New Roman"/>
          <w:sz w:val="22"/>
          <w:lang w:val="ru-RU"/>
        </w:rPr>
      </w:pPr>
      <w:r w:rsidRPr="006309E2">
        <w:rPr>
          <w:rFonts w:cs="Times New Roman"/>
          <w:sz w:val="22"/>
          <w:lang w:val="ru-RU"/>
        </w:rPr>
        <w:t>4.1. В соответствии с п. 10.3.2 Положения о закупке Заказчика ценовой запрос в электр</w:t>
      </w:r>
      <w:r w:rsidRPr="006309E2">
        <w:rPr>
          <w:rFonts w:cs="Times New Roman"/>
          <w:sz w:val="22"/>
          <w:lang w:val="ru-RU"/>
        </w:rPr>
        <w:t>онном магазине может содержать марки, модели, наименования товара и производителя; предоставление эквивалентов не допускается.</w:t>
      </w:r>
    </w:p>
    <w:p w14:paraId="66855455" w14:textId="77777777" w:rsidR="00EE7684" w:rsidRPr="006309E2" w:rsidRDefault="00931E81" w:rsidP="006309E2">
      <w:pPr>
        <w:spacing w:after="0"/>
        <w:jc w:val="both"/>
        <w:rPr>
          <w:rFonts w:cs="Times New Roman"/>
          <w:sz w:val="22"/>
          <w:lang w:val="ru-RU"/>
        </w:rPr>
      </w:pPr>
      <w:r w:rsidRPr="006309E2">
        <w:rPr>
          <w:rFonts w:cs="Times New Roman"/>
          <w:sz w:val="22"/>
          <w:lang w:val="ru-RU"/>
        </w:rPr>
        <w:t xml:space="preserve">4.2. Участник указывает страну происхождения каждой товарной позиции, а также номер реестровой записи в случаях, предусмотренных </w:t>
      </w:r>
      <w:r w:rsidRPr="006309E2">
        <w:rPr>
          <w:rFonts w:cs="Times New Roman"/>
          <w:sz w:val="22"/>
          <w:lang w:val="ru-RU"/>
        </w:rPr>
        <w:t>постановлением Правительства РФ от 23.12.2024 № 1875.</w:t>
      </w:r>
    </w:p>
    <w:sectPr w:rsidR="00EE7684" w:rsidRPr="006309E2" w:rsidSect="00034616">
      <w:pgSz w:w="12240" w:h="15840"/>
      <w:pgMar w:top="737" w:right="737" w:bottom="737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309E2"/>
    <w:rsid w:val="00931E81"/>
    <w:rsid w:val="00AA1D8D"/>
    <w:rsid w:val="00B47730"/>
    <w:rsid w:val="00CB0664"/>
    <w:rsid w:val="00EE7684"/>
    <w:rsid w:val="00FC693F"/>
    <w:rsid w:val="00FE5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7DC92E"/>
  <w14:defaultImageDpi w14:val="300"/>
  <w15:docId w15:val="{F8C7F89C-3577-4D79-AF39-D59D7BFA0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541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Пользователь</cp:lastModifiedBy>
  <cp:revision>2</cp:revision>
  <dcterms:created xsi:type="dcterms:W3CDTF">2026-08-21T13:34:00Z</dcterms:created>
  <dcterms:modified xsi:type="dcterms:W3CDTF">2026-08-21T13:34:00Z</dcterms:modified>
  <cp:category/>
</cp:coreProperties>
</file>