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022EE" w14:textId="77777777" w:rsidR="00AB7E42" w:rsidRPr="00F13106" w:rsidRDefault="00DB0080">
      <w:pPr>
        <w:jc w:val="right"/>
        <w:rPr>
          <w:lang w:val="ru-RU"/>
        </w:rPr>
      </w:pPr>
      <w:r w:rsidRPr="00F13106">
        <w:rPr>
          <w:lang w:val="ru-RU"/>
        </w:rPr>
        <w:t>Приложение № 2 к Извещению</w:t>
      </w:r>
    </w:p>
    <w:p w14:paraId="0158E187" w14:textId="77777777" w:rsidR="00AB7E42" w:rsidRPr="00F13106" w:rsidRDefault="00DB0080">
      <w:pPr>
        <w:spacing w:before="80" w:after="160"/>
        <w:jc w:val="center"/>
        <w:rPr>
          <w:lang w:val="ru-RU"/>
        </w:rPr>
      </w:pPr>
      <w:r w:rsidRPr="00F13106">
        <w:rPr>
          <w:b/>
          <w:sz w:val="28"/>
          <w:lang w:val="ru-RU"/>
        </w:rPr>
        <w:t>ПРОЕКТ ДОГОВОРА</w:t>
      </w:r>
      <w:r w:rsidRPr="00F13106">
        <w:rPr>
          <w:b/>
          <w:sz w:val="28"/>
          <w:lang w:val="ru-RU"/>
        </w:rPr>
        <w:br/>
        <w:t>ДОГОВОР № ______</w:t>
      </w:r>
    </w:p>
    <w:tbl>
      <w:tblPr>
        <w:tblW w:w="0" w:type="auto"/>
        <w:tblLook w:val="04A0" w:firstRow="1" w:lastRow="0" w:firstColumn="1" w:lastColumn="0" w:noHBand="0" w:noVBand="1"/>
      </w:tblPr>
      <w:tblGrid>
        <w:gridCol w:w="4961"/>
        <w:gridCol w:w="4961"/>
      </w:tblGrid>
      <w:tr w:rsidR="00AB7E42" w14:paraId="2DDE3F4A" w14:textId="77777777">
        <w:tc>
          <w:tcPr>
            <w:tcW w:w="4961" w:type="dxa"/>
            <w:vAlign w:val="center"/>
          </w:tcPr>
          <w:p w14:paraId="49D09C15" w14:textId="77777777" w:rsidR="00AB7E42" w:rsidRDefault="00DB0080">
            <w:pPr>
              <w:spacing w:after="0"/>
            </w:pPr>
            <w:r>
              <w:rPr>
                <w:b/>
              </w:rPr>
              <w:t xml:space="preserve">г. </w:t>
            </w:r>
            <w:proofErr w:type="spellStart"/>
            <w:r>
              <w:rPr>
                <w:b/>
              </w:rPr>
              <w:t>Саранск</w:t>
            </w:r>
            <w:proofErr w:type="spellEnd"/>
          </w:p>
        </w:tc>
        <w:tc>
          <w:tcPr>
            <w:tcW w:w="4961" w:type="dxa"/>
            <w:vAlign w:val="center"/>
          </w:tcPr>
          <w:p w14:paraId="6300B9A1" w14:textId="77777777" w:rsidR="00AB7E42" w:rsidRDefault="00DB0080">
            <w:pPr>
              <w:spacing w:after="0"/>
              <w:jc w:val="right"/>
            </w:pPr>
            <w:r>
              <w:rPr>
                <w:b/>
              </w:rPr>
              <w:t>«___» __________ 2026 г.</w:t>
            </w:r>
          </w:p>
        </w:tc>
      </w:tr>
    </w:tbl>
    <w:p w14:paraId="422EBFA4" w14:textId="77777777" w:rsidR="00AB7E42" w:rsidRPr="00F13106" w:rsidRDefault="00DB0080">
      <w:pPr>
        <w:ind w:firstLine="567"/>
        <w:jc w:val="both"/>
        <w:rPr>
          <w:lang w:val="ru-RU"/>
        </w:rPr>
      </w:pPr>
      <w:r w:rsidRPr="00F13106">
        <w:rPr>
          <w:lang w:val="ru-RU"/>
        </w:rPr>
        <w:t>Государственное автономное учреждение здравоохранения Республики Мордовия «Мордовская республиканская стоматологическая поликлиника», именуемое в дальнейшем «Заказчик», в лице главного врача Адамчика Александра Владимировича, действующего на основании Устава, с одной стороны, и ________________________________, именуемое в дальнейшем «Поставщик», в лице ________________________________, действующего на основании __________________, с другой стороны, совместно именуемые «Стороны», на основании протокола от «___» __________ 2026 г. № ____ заключили настоящий Договор о нижеследующем.</w:t>
      </w:r>
    </w:p>
    <w:p w14:paraId="167AD48B" w14:textId="77777777" w:rsidR="00AB7E42" w:rsidRPr="00EC093D" w:rsidRDefault="00DB0080">
      <w:pPr>
        <w:keepNext/>
        <w:spacing w:before="140" w:after="80"/>
        <w:jc w:val="center"/>
        <w:rPr>
          <w:lang w:val="ru-RU"/>
        </w:rPr>
      </w:pPr>
      <w:r w:rsidRPr="00EC093D">
        <w:rPr>
          <w:b/>
          <w:lang w:val="ru-RU"/>
        </w:rPr>
        <w:t>1. ПРЕДМЕТ ДОГОВОРА.</w:t>
      </w:r>
    </w:p>
    <w:p w14:paraId="0138836F" w14:textId="77777777" w:rsidR="00AB7E42" w:rsidRPr="00F13106" w:rsidRDefault="00DB0080">
      <w:pPr>
        <w:ind w:firstLine="567"/>
        <w:jc w:val="both"/>
        <w:rPr>
          <w:lang w:val="ru-RU"/>
        </w:rPr>
      </w:pPr>
      <w:r w:rsidRPr="00EC093D">
        <w:rPr>
          <w:lang w:val="ru-RU"/>
        </w:rPr>
        <w:t>1.1. Поставщик обязуется поставить Заказчику стоматологические боры и эндодонтические инструменты (далее — Товар) в количестве, ассортименте и сроки, установленные Договором, Техническим заданием и Спецификацией (Приложение № 1 к Договору), а Заказчик обязуется принять и оплатить надлежаще поставленный Товар.</w:t>
      </w:r>
    </w:p>
    <w:p w14:paraId="7016EFDF" w14:textId="77777777" w:rsidR="00AB7E42" w:rsidRPr="00F13106" w:rsidRDefault="00DB0080">
      <w:pPr>
        <w:ind w:firstLine="567"/>
        <w:jc w:val="both"/>
        <w:rPr>
          <w:lang w:val="ru-RU"/>
        </w:rPr>
      </w:pPr>
      <w:r w:rsidRPr="00F13106">
        <w:rPr>
          <w:lang w:val="ru-RU"/>
        </w:rPr>
        <w:t>1.2. Требования к поставляемому Товару, являющемуся предметом настоящего Договора, определяются Заказчиком в соответствии с Техническим заданием и условиями, объявленными в извещении о проведении ценового запроса в электронном магазине. Поставляемый товар должен иметь характеристики и свойства, соответствующие требованиям Заказчика.</w:t>
      </w:r>
    </w:p>
    <w:p w14:paraId="3AFD20D8" w14:textId="77777777" w:rsidR="00AB7E42" w:rsidRPr="00F13106" w:rsidRDefault="00DB0080">
      <w:pPr>
        <w:ind w:firstLine="567"/>
        <w:jc w:val="both"/>
        <w:rPr>
          <w:lang w:val="ru-RU"/>
        </w:rPr>
      </w:pPr>
      <w:r w:rsidRPr="00F13106">
        <w:rPr>
          <w:lang w:val="ru-RU"/>
        </w:rPr>
        <w:t>1.3. Право собственности на Товар переходит к Заказчику в момент поставки Товара, после полного оформления всех товарораспорядительных документов о приемке.</w:t>
      </w:r>
    </w:p>
    <w:p w14:paraId="1BE1D3F7" w14:textId="77777777" w:rsidR="00AB7E42" w:rsidRPr="00F13106" w:rsidRDefault="00DB0080">
      <w:pPr>
        <w:keepNext/>
        <w:spacing w:before="140" w:after="80"/>
        <w:jc w:val="center"/>
        <w:rPr>
          <w:lang w:val="ru-RU"/>
        </w:rPr>
      </w:pPr>
      <w:r w:rsidRPr="00F13106">
        <w:rPr>
          <w:b/>
          <w:lang w:val="ru-RU"/>
        </w:rPr>
        <w:t>2. ЦЕНА ДОГОВОРА.</w:t>
      </w:r>
    </w:p>
    <w:p w14:paraId="418D67DF" w14:textId="21CF6C4B" w:rsidR="00AB7E42" w:rsidRPr="00F13106" w:rsidRDefault="00DB0080">
      <w:pPr>
        <w:ind w:firstLine="567"/>
        <w:jc w:val="both"/>
        <w:rPr>
          <w:lang w:val="ru-RU"/>
        </w:rPr>
      </w:pPr>
      <w:r w:rsidRPr="00EC093D">
        <w:rPr>
          <w:lang w:val="ru-RU"/>
        </w:rPr>
        <w:t xml:space="preserve">2.1. Цена Договора определяется по итогам закупки и составляет ____________ (__________________________) рублей ___ копеек, в том числе НДС ___% / НДС не облагается. </w:t>
      </w:r>
    </w:p>
    <w:p w14:paraId="68D6B83E" w14:textId="77777777" w:rsidR="00AB7E42" w:rsidRPr="00F13106" w:rsidRDefault="00DB0080">
      <w:pPr>
        <w:ind w:firstLine="567"/>
        <w:jc w:val="both"/>
        <w:rPr>
          <w:lang w:val="ru-RU"/>
        </w:rPr>
      </w:pPr>
      <w:r w:rsidRPr="00F13106">
        <w:rPr>
          <w:lang w:val="ru-RU"/>
        </w:rPr>
        <w:t>2.2. Цена Договора является твердой и включает стоимость Товара, тары, упаковки, маркировки, доставки, погрузочно-разгрузочных работ, страхования, документов о качестве, налоги, сборы и иные обязательные платежи и расходы, необходимые для полного исполнения Договора.</w:t>
      </w:r>
    </w:p>
    <w:p w14:paraId="10670163" w14:textId="77777777" w:rsidR="00AB7E42" w:rsidRPr="00F13106" w:rsidRDefault="00DB0080">
      <w:pPr>
        <w:ind w:firstLine="567"/>
        <w:jc w:val="both"/>
        <w:rPr>
          <w:lang w:val="ru-RU"/>
        </w:rPr>
      </w:pPr>
      <w:r w:rsidRPr="00F13106">
        <w:rPr>
          <w:lang w:val="ru-RU"/>
        </w:rPr>
        <w:t>2.3. Если в соответствии с законодательством Российской Федерации налоги, сборы и иные обязательные платежи подлежат удержанию Заказчиком из суммы, выплачиваемой Поставщику, Заказчик уменьшает платеж на размер таких удержаний.</w:t>
      </w:r>
    </w:p>
    <w:p w14:paraId="5AACE4CA" w14:textId="77777777" w:rsidR="00AB7E42" w:rsidRPr="00F13106" w:rsidRDefault="00DB0080">
      <w:pPr>
        <w:keepNext/>
        <w:spacing w:before="140" w:after="80"/>
        <w:jc w:val="center"/>
        <w:rPr>
          <w:lang w:val="ru-RU"/>
        </w:rPr>
      </w:pPr>
      <w:r w:rsidRPr="00F13106">
        <w:rPr>
          <w:b/>
          <w:lang w:val="ru-RU"/>
        </w:rPr>
        <w:t>3. ПОРЯДОК И СРОКИ ПОСТАВКИ.</w:t>
      </w:r>
    </w:p>
    <w:p w14:paraId="35D21192" w14:textId="77777777" w:rsidR="00AB7E42" w:rsidRPr="00F13106" w:rsidRDefault="00DB0080">
      <w:pPr>
        <w:ind w:firstLine="567"/>
        <w:jc w:val="both"/>
        <w:rPr>
          <w:lang w:val="ru-RU"/>
        </w:rPr>
      </w:pPr>
      <w:r w:rsidRPr="00F13106">
        <w:rPr>
          <w:lang w:val="ru-RU"/>
        </w:rPr>
        <w:t>3.1. Товар поставляется единовременно в полном объеме с даты заключения Договора по 30 сентября 2026 года включительно.</w:t>
      </w:r>
    </w:p>
    <w:p w14:paraId="56F8CF00" w14:textId="77777777" w:rsidR="00AB7E42" w:rsidRPr="00F13106" w:rsidRDefault="00DB0080">
      <w:pPr>
        <w:ind w:firstLine="567"/>
        <w:jc w:val="both"/>
        <w:rPr>
          <w:lang w:val="ru-RU"/>
        </w:rPr>
      </w:pPr>
      <w:r w:rsidRPr="00F13106">
        <w:rPr>
          <w:lang w:val="ru-RU"/>
        </w:rPr>
        <w:t>3.2. Поставка Товара производится по адресу: 430005, Республика Мордовия, город Саранск, улица Пролетарская, дом 94.</w:t>
      </w:r>
    </w:p>
    <w:p w14:paraId="222A1F59" w14:textId="77777777" w:rsidR="00AB7E42" w:rsidRPr="00F13106" w:rsidRDefault="00DB0080">
      <w:pPr>
        <w:ind w:firstLine="567"/>
        <w:jc w:val="both"/>
        <w:rPr>
          <w:lang w:val="ru-RU"/>
        </w:rPr>
      </w:pPr>
      <w:r w:rsidRPr="00F13106">
        <w:rPr>
          <w:lang w:val="ru-RU"/>
        </w:rPr>
        <w:t>3.3. Поставщик обязуется известить Заказчика о дате поставки товара не позднее, чем за 1 рабочий день.</w:t>
      </w:r>
    </w:p>
    <w:p w14:paraId="450165D5" w14:textId="77777777" w:rsidR="00AB7E42" w:rsidRPr="00F13106" w:rsidRDefault="00DB0080">
      <w:pPr>
        <w:ind w:firstLine="567"/>
        <w:jc w:val="both"/>
        <w:rPr>
          <w:lang w:val="ru-RU"/>
        </w:rPr>
      </w:pPr>
      <w:r w:rsidRPr="00F13106">
        <w:rPr>
          <w:lang w:val="ru-RU"/>
        </w:rPr>
        <w:t>3.4. Заказчик осуществляет приемку Товара в соответствии со Спецификацией, Техническим заданием, товарной накладной или универсальным передаточным документом.</w:t>
      </w:r>
    </w:p>
    <w:p w14:paraId="61AC87AD" w14:textId="77777777" w:rsidR="00AB7E42" w:rsidRPr="00F13106" w:rsidRDefault="00DB0080">
      <w:pPr>
        <w:ind w:firstLine="567"/>
        <w:jc w:val="both"/>
        <w:rPr>
          <w:lang w:val="ru-RU"/>
        </w:rPr>
      </w:pPr>
      <w:r w:rsidRPr="00F13106">
        <w:rPr>
          <w:lang w:val="ru-RU"/>
        </w:rPr>
        <w:t>3.5. Датой поставки считается дата подписания Заказчиком без замечаний товарной накладной или универсального передаточного документа.</w:t>
      </w:r>
    </w:p>
    <w:p w14:paraId="32DDD5E2" w14:textId="77777777" w:rsidR="00AB7E42" w:rsidRPr="00F13106" w:rsidRDefault="00DB0080">
      <w:pPr>
        <w:keepNext/>
        <w:spacing w:before="140" w:after="80"/>
        <w:jc w:val="center"/>
        <w:rPr>
          <w:lang w:val="ru-RU"/>
        </w:rPr>
      </w:pPr>
      <w:r w:rsidRPr="00F13106">
        <w:rPr>
          <w:b/>
          <w:lang w:val="ru-RU"/>
        </w:rPr>
        <w:t>4. ПОРЯДОК ПОСТАВКИ, СДАЧИ И ПРИЕМКИ ТОВАРА.</w:t>
      </w:r>
    </w:p>
    <w:p w14:paraId="0363175F" w14:textId="77777777" w:rsidR="00AB7E42" w:rsidRPr="00F13106" w:rsidRDefault="00DB0080">
      <w:pPr>
        <w:ind w:firstLine="567"/>
        <w:jc w:val="both"/>
        <w:rPr>
          <w:lang w:val="ru-RU"/>
        </w:rPr>
      </w:pPr>
      <w:r w:rsidRPr="00F13106">
        <w:rPr>
          <w:lang w:val="ru-RU"/>
        </w:rPr>
        <w:t>4.1. Способ доставки Товара должен соответствовать требованиям технической документации и обеспечивать надлежащий температурный режим хранения.</w:t>
      </w:r>
    </w:p>
    <w:p w14:paraId="0B8449F1" w14:textId="77777777" w:rsidR="00AB7E42" w:rsidRPr="00F13106" w:rsidRDefault="00DB0080">
      <w:pPr>
        <w:ind w:firstLine="567"/>
        <w:jc w:val="both"/>
        <w:rPr>
          <w:lang w:val="ru-RU"/>
        </w:rPr>
      </w:pPr>
      <w:r w:rsidRPr="00EC093D">
        <w:rPr>
          <w:lang w:val="ru-RU"/>
        </w:rPr>
        <w:t>4.2. Одновременно с Товаром Поставщик передает счет (при необходимости — счет-фактуру), товарную накладную или универсальный передаточный документ, документы, подтверждающие качество и безопасность Товара, сведения о регистрационном удостоверении медицинского изделия, инструкцию/аннотацию на русском языке, а для товара российского/евразийского происхождения — сведения о реестровой записи, указанной в заявке.</w:t>
      </w:r>
    </w:p>
    <w:p w14:paraId="6D155F64" w14:textId="77777777" w:rsidR="00AB7E42" w:rsidRPr="00F13106" w:rsidRDefault="00DB0080">
      <w:pPr>
        <w:ind w:firstLine="567"/>
        <w:jc w:val="both"/>
        <w:rPr>
          <w:lang w:val="ru-RU"/>
        </w:rPr>
      </w:pPr>
      <w:r w:rsidRPr="00F13106">
        <w:rPr>
          <w:lang w:val="ru-RU"/>
        </w:rPr>
        <w:lastRenderedPageBreak/>
        <w:t>4.3. Приемка Товара по качеству и комплектности осуществляется в соответствии с условиями договора, Техническим заданием.</w:t>
      </w:r>
    </w:p>
    <w:p w14:paraId="67F96C0C" w14:textId="77777777" w:rsidR="00AB7E42" w:rsidRPr="00F13106" w:rsidRDefault="00DB0080">
      <w:pPr>
        <w:ind w:firstLine="567"/>
        <w:jc w:val="both"/>
        <w:rPr>
          <w:lang w:val="ru-RU"/>
        </w:rPr>
      </w:pPr>
      <w:r w:rsidRPr="00F13106">
        <w:rPr>
          <w:lang w:val="ru-RU"/>
        </w:rPr>
        <w:t>4.4. Документы, подтверждающие качество Товара, в том числе сертификаты качества представляются Заказчику при передаче товара.</w:t>
      </w:r>
    </w:p>
    <w:p w14:paraId="66B2F7C7" w14:textId="77777777" w:rsidR="00AB7E42" w:rsidRPr="00F13106" w:rsidRDefault="00DB0080">
      <w:pPr>
        <w:ind w:firstLine="567"/>
        <w:jc w:val="both"/>
        <w:rPr>
          <w:lang w:val="ru-RU"/>
        </w:rPr>
      </w:pPr>
      <w:r w:rsidRPr="00F13106">
        <w:rPr>
          <w:lang w:val="ru-RU"/>
        </w:rPr>
        <w:t>4.5. При наличии замечаний и претензий к поставленному Товару Заказчик направляет мотивированный отказ от приемки Товара. В мотивированном отказе Заказчиком от приемки Товара указывается перечень замечаний и претензий к поставленному Товару и сроки их устранения. Замечания и претензии устраняются Поставщиком за свой счет, если они не выходят за пределы условий настоящего Договора.</w:t>
      </w:r>
    </w:p>
    <w:p w14:paraId="7AD86AF3" w14:textId="77777777" w:rsidR="00AB7E42" w:rsidRPr="00F13106" w:rsidRDefault="00DB0080">
      <w:pPr>
        <w:ind w:firstLine="567"/>
        <w:jc w:val="both"/>
        <w:rPr>
          <w:lang w:val="ru-RU"/>
        </w:rPr>
      </w:pPr>
      <w:r w:rsidRPr="00F13106">
        <w:rPr>
          <w:lang w:val="ru-RU"/>
        </w:rPr>
        <w:t>4.6. Приемка осуществляется уполномоченным представителем Заказчика в рабочие дни с 08:00 до 15:00 по адресу поставки.</w:t>
      </w:r>
    </w:p>
    <w:p w14:paraId="5B8BEE6D" w14:textId="77777777" w:rsidR="00AB7E42" w:rsidRPr="00F13106" w:rsidRDefault="00DB0080">
      <w:pPr>
        <w:keepNext/>
        <w:spacing w:before="140" w:after="80"/>
        <w:jc w:val="center"/>
        <w:rPr>
          <w:lang w:val="ru-RU"/>
        </w:rPr>
      </w:pPr>
      <w:r w:rsidRPr="00F13106">
        <w:rPr>
          <w:b/>
          <w:lang w:val="ru-RU"/>
        </w:rPr>
        <w:t>5. ТРЕБОВАНИЯ К КАЧЕСТВУ ПОСТАВЛЯЕМОГО ТОВАРА.</w:t>
      </w:r>
    </w:p>
    <w:p w14:paraId="2246B912" w14:textId="77777777" w:rsidR="00AB7E42" w:rsidRPr="00F13106" w:rsidRDefault="00DB0080">
      <w:pPr>
        <w:ind w:firstLine="567"/>
        <w:jc w:val="both"/>
        <w:rPr>
          <w:lang w:val="ru-RU"/>
        </w:rPr>
      </w:pPr>
      <w:r w:rsidRPr="00F13106">
        <w:rPr>
          <w:lang w:val="ru-RU"/>
        </w:rPr>
        <w:t>5.1. Прием Товара по качеству и комплектности осуществляется в строгом соответствии с Техническим заданием и требованиями действующего законодательства Российской Федерации.</w:t>
      </w:r>
    </w:p>
    <w:p w14:paraId="0E36A97B" w14:textId="77777777" w:rsidR="00AB7E42" w:rsidRPr="00F13106" w:rsidRDefault="00DB0080">
      <w:pPr>
        <w:ind w:firstLine="567"/>
        <w:jc w:val="both"/>
        <w:rPr>
          <w:lang w:val="ru-RU"/>
        </w:rPr>
      </w:pPr>
      <w:r w:rsidRPr="00F13106">
        <w:rPr>
          <w:lang w:val="ru-RU"/>
        </w:rPr>
        <w:t>5.2. На дату поставки остаточный срок годности каждой позиции должен составлять не менее 12 месяцев. Если общий срок годности, установленный изготовителем, составляет менее 12 месяцев, остаточный срок годности должен быть не менее 80 процентов общего срока. Требование не применяется к товарам, для которых изготовителем срок годности не установлен.</w:t>
      </w:r>
    </w:p>
    <w:p w14:paraId="6210812A" w14:textId="77777777" w:rsidR="00AB7E42" w:rsidRPr="00F13106" w:rsidRDefault="00DB0080">
      <w:pPr>
        <w:ind w:firstLine="567"/>
        <w:jc w:val="both"/>
        <w:rPr>
          <w:lang w:val="ru-RU"/>
        </w:rPr>
      </w:pPr>
      <w:r w:rsidRPr="00F13106">
        <w:rPr>
          <w:lang w:val="ru-RU"/>
        </w:rPr>
        <w:t>5.3. Поставляемый товар новый, не бывший в употреблении, упаковка целая, свободен от притязания третьих лиц, не является предметом залога или иных обязательств вне отношений сторон в рамках действия настоящего договора. Упаковка Товара должна обеспечивать его сохранность при транспортировке и хранении.</w:t>
      </w:r>
    </w:p>
    <w:p w14:paraId="2E380BEA" w14:textId="77777777" w:rsidR="00AB7E42" w:rsidRPr="00F13106" w:rsidRDefault="00DB0080">
      <w:pPr>
        <w:ind w:firstLine="567"/>
        <w:jc w:val="both"/>
        <w:rPr>
          <w:lang w:val="ru-RU"/>
        </w:rPr>
      </w:pPr>
      <w:r w:rsidRPr="00F13106">
        <w:rPr>
          <w:lang w:val="ru-RU"/>
        </w:rPr>
        <w:t>5.4. Недостатки, выявленные при приемке или в пределах срока годности/гарантии изготовителя, устраняются Поставщиком либо Товар заменяется за его счет в срок, указанный в мотивированном требовании Заказчика, но не более 5 календарных дней.</w:t>
      </w:r>
    </w:p>
    <w:p w14:paraId="372DD9D0" w14:textId="77777777" w:rsidR="00AB7E42" w:rsidRPr="00F13106" w:rsidRDefault="00DB0080">
      <w:pPr>
        <w:ind w:firstLine="567"/>
        <w:jc w:val="both"/>
        <w:rPr>
          <w:lang w:val="ru-RU"/>
        </w:rPr>
      </w:pPr>
      <w:r w:rsidRPr="00F13106">
        <w:rPr>
          <w:lang w:val="ru-RU"/>
        </w:rPr>
        <w:t>5.5. Гарантия изготовителя применяется в объеме и в течение срока, установленных изготовителем для соответствующей позиции Товара.</w:t>
      </w:r>
    </w:p>
    <w:p w14:paraId="7509D72D" w14:textId="77777777" w:rsidR="00AB7E42" w:rsidRPr="00F13106" w:rsidRDefault="00DB0080">
      <w:pPr>
        <w:keepNext/>
        <w:spacing w:before="140" w:after="80"/>
        <w:jc w:val="center"/>
        <w:rPr>
          <w:lang w:val="ru-RU"/>
        </w:rPr>
      </w:pPr>
      <w:r w:rsidRPr="00F13106">
        <w:rPr>
          <w:b/>
          <w:lang w:val="ru-RU"/>
        </w:rPr>
        <w:t>6. ПОРЯДОК РАСЧЕТОВ.</w:t>
      </w:r>
    </w:p>
    <w:p w14:paraId="1590D8A7" w14:textId="59A2477D" w:rsidR="00AB7E42" w:rsidRPr="00F13106" w:rsidRDefault="00DB0080">
      <w:pPr>
        <w:ind w:firstLine="567"/>
        <w:jc w:val="both"/>
        <w:rPr>
          <w:lang w:val="ru-RU"/>
        </w:rPr>
      </w:pPr>
      <w:r w:rsidRPr="00F13106">
        <w:rPr>
          <w:lang w:val="ru-RU"/>
        </w:rPr>
        <w:t>6.1. Оплата по настоящему Договору производится путем безналичного перечисления денежных средств на расчетный счет Поставщика за счет средств</w:t>
      </w:r>
      <w:r w:rsidR="003654C2">
        <w:rPr>
          <w:lang w:val="ru-RU"/>
        </w:rPr>
        <w:t xml:space="preserve"> </w:t>
      </w:r>
      <w:r w:rsidR="003654C2" w:rsidRPr="003654C2">
        <w:rPr>
          <w:lang w:val="ru-RU"/>
        </w:rPr>
        <w:t>республиканского бюджета Республики Мордовия (субсидии на иные цели). (СВО)</w:t>
      </w:r>
      <w:r w:rsidRPr="00F13106">
        <w:rPr>
          <w:lang w:val="ru-RU"/>
        </w:rPr>
        <w:t>.</w:t>
      </w:r>
    </w:p>
    <w:p w14:paraId="70D44985" w14:textId="77777777" w:rsidR="00AB7E42" w:rsidRPr="00F13106" w:rsidRDefault="00DB0080">
      <w:pPr>
        <w:ind w:firstLine="567"/>
        <w:jc w:val="both"/>
        <w:rPr>
          <w:lang w:val="ru-RU"/>
        </w:rPr>
      </w:pPr>
      <w:r w:rsidRPr="00F13106">
        <w:rPr>
          <w:lang w:val="ru-RU"/>
        </w:rPr>
        <w:t>6.2. Оплата товара по настоящему Договору производится путем безналичного перечисления денежных средств на расчетный счет Поставщика, после полной поставки товара в срок не позднее чем 7 рабочих дней с даты подписания Заказчиком документа о приемке без замечаний, на основании предоставленных Поставщиком первичных финансовых документов (счет, счет-фактура, товарная накладная или универсальный передаточный документ, подписанные обеими сторонами).</w:t>
      </w:r>
    </w:p>
    <w:p w14:paraId="1B155EC4" w14:textId="77777777" w:rsidR="00AB7E42" w:rsidRPr="00F13106" w:rsidRDefault="00DB0080">
      <w:pPr>
        <w:keepNext/>
        <w:spacing w:before="140" w:after="80"/>
        <w:jc w:val="center"/>
        <w:rPr>
          <w:lang w:val="ru-RU"/>
        </w:rPr>
      </w:pPr>
      <w:r w:rsidRPr="00F13106">
        <w:rPr>
          <w:b/>
          <w:lang w:val="ru-RU"/>
        </w:rPr>
        <w:t>7. ПРАВА И ОБЯЗАННОСТИ СТОРОН.</w:t>
      </w:r>
    </w:p>
    <w:p w14:paraId="1DE14AF7" w14:textId="77777777" w:rsidR="00AB7E42" w:rsidRPr="00F13106" w:rsidRDefault="00DB0080">
      <w:pPr>
        <w:ind w:firstLine="567"/>
        <w:jc w:val="both"/>
        <w:rPr>
          <w:lang w:val="ru-RU"/>
        </w:rPr>
      </w:pPr>
      <w:r w:rsidRPr="00F13106">
        <w:rPr>
          <w:lang w:val="ru-RU"/>
        </w:rPr>
        <w:t>7.1. Для поставки Товара по настоящему Договору Поставщик обязуется:</w:t>
      </w:r>
    </w:p>
    <w:p w14:paraId="67059D53" w14:textId="77777777" w:rsidR="00AB7E42" w:rsidRPr="00F13106" w:rsidRDefault="00DB0080">
      <w:pPr>
        <w:ind w:firstLine="567"/>
        <w:jc w:val="both"/>
        <w:rPr>
          <w:lang w:val="ru-RU"/>
        </w:rPr>
      </w:pPr>
      <w:r w:rsidRPr="00F13106">
        <w:rPr>
          <w:lang w:val="ru-RU"/>
        </w:rPr>
        <w:t>7.1.1. Гарантировать, что качество Товара соответствует требованиям стандартов и Технического задания, а также иным требованиям, предъявляемым к товарам такого рода на территории Российской Федерации.</w:t>
      </w:r>
    </w:p>
    <w:p w14:paraId="5D7170D0" w14:textId="77777777" w:rsidR="00AB7E42" w:rsidRPr="00F13106" w:rsidRDefault="00DB0080">
      <w:pPr>
        <w:ind w:firstLine="567"/>
        <w:jc w:val="both"/>
        <w:rPr>
          <w:lang w:val="ru-RU"/>
        </w:rPr>
      </w:pPr>
      <w:r w:rsidRPr="00F13106">
        <w:rPr>
          <w:lang w:val="ru-RU"/>
        </w:rPr>
        <w:t>7.1.2. Известить Заказчика до получения от него указаний приостановить поставку Товара при обнаружении:</w:t>
      </w:r>
    </w:p>
    <w:p w14:paraId="6401B879" w14:textId="77777777" w:rsidR="00AB7E42" w:rsidRPr="00F13106" w:rsidRDefault="00DB0080">
      <w:pPr>
        <w:jc w:val="both"/>
        <w:rPr>
          <w:lang w:val="ru-RU"/>
        </w:rPr>
      </w:pPr>
      <w:r w:rsidRPr="00F13106">
        <w:rPr>
          <w:lang w:val="ru-RU"/>
        </w:rPr>
        <w:t>- возможных неблагоприятных для Заказчика последствий выполнения его указаний о способе поставки Товара.</w:t>
      </w:r>
    </w:p>
    <w:p w14:paraId="310EDCCA" w14:textId="77777777" w:rsidR="00AB7E42" w:rsidRPr="00F13106" w:rsidRDefault="00DB0080">
      <w:pPr>
        <w:jc w:val="both"/>
        <w:rPr>
          <w:lang w:val="ru-RU"/>
        </w:rPr>
      </w:pPr>
      <w:r w:rsidRPr="00F13106">
        <w:rPr>
          <w:lang w:val="ru-RU"/>
        </w:rPr>
        <w:t>- иных, независящих от Поставщика обстоятельств, создающих невозможность поставки Товара в срок.</w:t>
      </w:r>
    </w:p>
    <w:p w14:paraId="2238FB44" w14:textId="77777777" w:rsidR="00AB7E42" w:rsidRPr="00F13106" w:rsidRDefault="00DB0080">
      <w:pPr>
        <w:ind w:firstLine="567"/>
        <w:jc w:val="both"/>
        <w:rPr>
          <w:lang w:val="ru-RU"/>
        </w:rPr>
      </w:pPr>
      <w:r w:rsidRPr="00F13106">
        <w:rPr>
          <w:lang w:val="ru-RU"/>
        </w:rPr>
        <w:t>7.1.3. Выполнять в полном объеме все свои обязательства, предусмотренные настоящим Договором.</w:t>
      </w:r>
    </w:p>
    <w:p w14:paraId="7F0C16EC" w14:textId="77777777" w:rsidR="00AB7E42" w:rsidRPr="00F13106" w:rsidRDefault="00DB0080">
      <w:pPr>
        <w:ind w:firstLine="567"/>
        <w:jc w:val="both"/>
        <w:rPr>
          <w:lang w:val="ru-RU"/>
        </w:rPr>
      </w:pPr>
      <w:r w:rsidRPr="00F13106">
        <w:rPr>
          <w:lang w:val="ru-RU"/>
        </w:rPr>
        <w:t>7.2. Для поставки Товара по настоящему Договору Заказчик обязуется:</w:t>
      </w:r>
    </w:p>
    <w:p w14:paraId="0DD856EB" w14:textId="77777777" w:rsidR="00AB7E42" w:rsidRPr="00F13106" w:rsidRDefault="00DB0080">
      <w:pPr>
        <w:ind w:firstLine="567"/>
        <w:jc w:val="both"/>
        <w:rPr>
          <w:lang w:val="ru-RU"/>
        </w:rPr>
      </w:pPr>
      <w:r w:rsidRPr="00F13106">
        <w:rPr>
          <w:lang w:val="ru-RU"/>
        </w:rPr>
        <w:t>7.2.1. Произвести оплату поставленного Товара в соответствии с условиями настоящего Договора.</w:t>
      </w:r>
    </w:p>
    <w:p w14:paraId="3F8B4086" w14:textId="77777777" w:rsidR="00AB7E42" w:rsidRPr="00F13106" w:rsidRDefault="00DB0080">
      <w:pPr>
        <w:ind w:firstLine="567"/>
        <w:jc w:val="both"/>
        <w:rPr>
          <w:lang w:val="ru-RU"/>
        </w:rPr>
      </w:pPr>
      <w:r w:rsidRPr="00F13106">
        <w:rPr>
          <w:lang w:val="ru-RU"/>
        </w:rPr>
        <w:t>7.2.2. Выполнить в полном объеме все свои обязательства, предусмотренные настоящим Договором.</w:t>
      </w:r>
    </w:p>
    <w:p w14:paraId="5C3735A3" w14:textId="77777777" w:rsidR="00AB7E42" w:rsidRPr="00F13106" w:rsidRDefault="00DB0080">
      <w:pPr>
        <w:keepNext/>
        <w:spacing w:before="140" w:after="80"/>
        <w:jc w:val="center"/>
        <w:rPr>
          <w:lang w:val="ru-RU"/>
        </w:rPr>
      </w:pPr>
      <w:r w:rsidRPr="00F13106">
        <w:rPr>
          <w:b/>
          <w:lang w:val="ru-RU"/>
        </w:rPr>
        <w:lastRenderedPageBreak/>
        <w:t>8. ОТВЕТСТВЕННОСТЬ СТОРОН.</w:t>
      </w:r>
    </w:p>
    <w:p w14:paraId="4D1189B4" w14:textId="77777777" w:rsidR="00AB7E42" w:rsidRPr="00F13106" w:rsidRDefault="00DB0080">
      <w:pPr>
        <w:ind w:firstLine="567"/>
        <w:jc w:val="both"/>
        <w:rPr>
          <w:lang w:val="ru-RU"/>
        </w:rPr>
      </w:pPr>
      <w:r w:rsidRPr="00F13106">
        <w:rPr>
          <w:lang w:val="ru-RU"/>
        </w:rPr>
        <w:t>8.1.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w:t>
      </w:r>
    </w:p>
    <w:p w14:paraId="34DC8FEA" w14:textId="77777777" w:rsidR="00AB7E42" w:rsidRPr="00F13106" w:rsidRDefault="00DB0080">
      <w:pPr>
        <w:ind w:firstLine="567"/>
        <w:jc w:val="both"/>
        <w:rPr>
          <w:lang w:val="ru-RU"/>
        </w:rPr>
      </w:pPr>
      <w:r w:rsidRPr="00F13106">
        <w:rPr>
          <w:lang w:val="ru-RU"/>
        </w:rPr>
        <w:t>8.2. В случае поставки некачественного Товара Поставщик по требованию Заказчика заменяет его товаром надлежащего качества в течение 5 календарных дней.</w:t>
      </w:r>
    </w:p>
    <w:p w14:paraId="0C89CF77" w14:textId="77777777" w:rsidR="00AB7E42" w:rsidRPr="00F13106" w:rsidRDefault="00DB0080">
      <w:pPr>
        <w:ind w:firstLine="567"/>
        <w:jc w:val="both"/>
        <w:rPr>
          <w:lang w:val="ru-RU"/>
        </w:rPr>
      </w:pPr>
      <w:r w:rsidRPr="00F13106">
        <w:rPr>
          <w:lang w:val="ru-RU"/>
        </w:rPr>
        <w:t>8.3. В случае недопоставки Товара или поставки Товара с нарушением требований, обычно предъявляемых к комплектности Товара, «Заказчик» вправе по своему выбору потребовать от «Поставщика»:</w:t>
      </w:r>
    </w:p>
    <w:p w14:paraId="1DE8B856" w14:textId="77777777" w:rsidR="00AB7E42" w:rsidRPr="00F13106" w:rsidRDefault="00DB0080">
      <w:pPr>
        <w:jc w:val="both"/>
        <w:rPr>
          <w:lang w:val="ru-RU"/>
        </w:rPr>
      </w:pPr>
      <w:r w:rsidRPr="00F13106">
        <w:rPr>
          <w:lang w:val="ru-RU"/>
        </w:rPr>
        <w:t>- доукомплектования Товара в 20-дневный срок;</w:t>
      </w:r>
    </w:p>
    <w:p w14:paraId="03F48640" w14:textId="77777777" w:rsidR="00AB7E42" w:rsidRPr="00F13106" w:rsidRDefault="00DB0080">
      <w:pPr>
        <w:jc w:val="both"/>
        <w:rPr>
          <w:lang w:val="ru-RU"/>
        </w:rPr>
      </w:pPr>
      <w:r w:rsidRPr="00F13106">
        <w:rPr>
          <w:lang w:val="ru-RU"/>
        </w:rPr>
        <w:t>- допоставки Товара в течение 10 дней.</w:t>
      </w:r>
    </w:p>
    <w:p w14:paraId="56CEF1E8" w14:textId="77777777" w:rsidR="00AB7E42" w:rsidRPr="00F13106" w:rsidRDefault="00DB0080">
      <w:pPr>
        <w:ind w:firstLine="567"/>
        <w:jc w:val="both"/>
        <w:rPr>
          <w:lang w:val="ru-RU"/>
        </w:rPr>
      </w:pPr>
      <w:r w:rsidRPr="00F13106">
        <w:rPr>
          <w:lang w:val="ru-RU"/>
        </w:rPr>
        <w:t>Если «Поставщик» в указанный срок не выполнил требования «Заказчика» о доукомплектовании Товара, «Заказчик» вправе требовать замены некомплектного Товара на комплектный.</w:t>
      </w:r>
    </w:p>
    <w:p w14:paraId="5C233502" w14:textId="77777777" w:rsidR="00AB7E42" w:rsidRPr="00F13106" w:rsidRDefault="00DB0080">
      <w:pPr>
        <w:ind w:firstLine="567"/>
        <w:jc w:val="both"/>
        <w:rPr>
          <w:lang w:val="ru-RU"/>
        </w:rPr>
      </w:pPr>
      <w:r w:rsidRPr="00F13106">
        <w:rPr>
          <w:lang w:val="ru-RU"/>
        </w:rPr>
        <w:t>8.4.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DB584DD" w14:textId="77777777" w:rsidR="00AB7E42" w:rsidRPr="00F13106" w:rsidRDefault="00DB0080">
      <w:pPr>
        <w:ind w:firstLine="567"/>
        <w:jc w:val="both"/>
        <w:rPr>
          <w:lang w:val="ru-RU"/>
        </w:rPr>
      </w:pPr>
      <w:r w:rsidRPr="00F13106">
        <w:rPr>
          <w:lang w:val="ru-RU"/>
        </w:rPr>
        <w:t>8.5. При просрочке исполнения Заказчиком денежного обязательства Поставщик вправе потребовать пеню за каждый день просрочки в размере 1/300 действующей на дату уплаты ключевой ставки Банка России от не уплаченной в срок суммы. За иное ненадлежащее исполнение Заказчиком обязательств начисляется штраф в фиксированной сумме 1 000 рублей.</w:t>
      </w:r>
    </w:p>
    <w:p w14:paraId="47B6E4C8" w14:textId="77777777" w:rsidR="00AB7E42" w:rsidRPr="00F13106" w:rsidRDefault="00DB0080">
      <w:pPr>
        <w:ind w:firstLine="567"/>
        <w:jc w:val="both"/>
        <w:rPr>
          <w:lang w:val="ru-RU"/>
        </w:rPr>
      </w:pPr>
      <w:r w:rsidRPr="00F13106">
        <w:rPr>
          <w:lang w:val="ru-RU"/>
        </w:rPr>
        <w:t>8.6. За каждый день просрочки Поставщика начисляется пеня в размере 1/300 действующей на дату уплаты ключевой ставки Банка России от цены Договора, уменьшенной пропорционально объему фактически исполненных обязательств. За иное ненадлежащее исполнение Поставщиком обязательств начисляется штраф в фиксированной сумме 10 000 рублей.</w:t>
      </w:r>
    </w:p>
    <w:p w14:paraId="4E73A5F8" w14:textId="77777777" w:rsidR="00AB7E42" w:rsidRPr="00F13106" w:rsidRDefault="00DB0080">
      <w:pPr>
        <w:ind w:firstLine="567"/>
        <w:jc w:val="both"/>
        <w:rPr>
          <w:lang w:val="ru-RU"/>
        </w:rPr>
      </w:pPr>
      <w:r w:rsidRPr="00F13106">
        <w:rPr>
          <w:lang w:val="ru-RU"/>
        </w:rPr>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5B308B7" w14:textId="77777777" w:rsidR="00AB7E42" w:rsidRPr="00F13106" w:rsidRDefault="00DB0080">
      <w:pPr>
        <w:ind w:firstLine="567"/>
        <w:jc w:val="both"/>
        <w:rPr>
          <w:lang w:val="ru-RU"/>
        </w:rPr>
      </w:pPr>
      <w:r w:rsidRPr="00F13106">
        <w:rPr>
          <w:lang w:val="ru-RU"/>
        </w:rPr>
        <w:t>8.7. Неустойка (штраф, пени) носит штрафной характер. При невыполнении обязательств по Договору, кроме уплаты неустойки (штрафа, пени), Поставщик возмещает в полном объеме понесенные Заказчиком убытки.</w:t>
      </w:r>
    </w:p>
    <w:p w14:paraId="0062245C" w14:textId="77777777" w:rsidR="00AB7E42" w:rsidRPr="00F13106" w:rsidRDefault="00DB0080">
      <w:pPr>
        <w:ind w:firstLine="567"/>
        <w:jc w:val="both"/>
        <w:rPr>
          <w:lang w:val="ru-RU"/>
        </w:rPr>
      </w:pPr>
      <w:r w:rsidRPr="00F13106">
        <w:rPr>
          <w:lang w:val="ru-RU"/>
        </w:rPr>
        <w:t>8.8. 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Договору на сумму начисленной неустойки (штрафа, пени) и (или) убытков.</w:t>
      </w:r>
    </w:p>
    <w:p w14:paraId="501982A9" w14:textId="77777777" w:rsidR="00AB7E42" w:rsidRPr="00F13106" w:rsidRDefault="00DB0080">
      <w:pPr>
        <w:ind w:firstLine="567"/>
        <w:jc w:val="both"/>
        <w:rPr>
          <w:lang w:val="ru-RU"/>
        </w:rPr>
      </w:pPr>
      <w:r w:rsidRPr="00F13106">
        <w:rPr>
          <w:lang w:val="ru-RU"/>
        </w:rPr>
        <w:t xml:space="preserve">8.9. В случае начисления Заказчиком Поставщику неустойки (штрафа, пени) или предъявления требования о возмещении убытков, Стороны подписывают Акт </w:t>
      </w:r>
      <w:proofErr w:type="spellStart"/>
      <w:r w:rsidRPr="00F13106">
        <w:rPr>
          <w:lang w:val="ru-RU"/>
        </w:rPr>
        <w:t>взаимосверки</w:t>
      </w:r>
      <w:proofErr w:type="spellEnd"/>
      <w:r w:rsidRPr="00F13106">
        <w:rPr>
          <w:lang w:val="ru-RU"/>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или убытков, подлежащей взысканию, основания применения и порядок расчета неустойки (штрафа, пени)  или убытков, итоговая сумма, подлежащая оплате Поставщику по Договору.</w:t>
      </w:r>
    </w:p>
    <w:p w14:paraId="7DB671CC" w14:textId="77777777" w:rsidR="00AB7E42" w:rsidRPr="00F13106" w:rsidRDefault="00DB0080">
      <w:pPr>
        <w:ind w:firstLine="567"/>
        <w:jc w:val="both"/>
        <w:rPr>
          <w:lang w:val="ru-RU"/>
        </w:rPr>
      </w:pPr>
      <w:r w:rsidRPr="00F13106">
        <w:rPr>
          <w:lang w:val="ru-RU"/>
        </w:rPr>
        <w:t xml:space="preserve">В случае подписания Сторонами Акта </w:t>
      </w:r>
      <w:proofErr w:type="spellStart"/>
      <w:r w:rsidRPr="00F13106">
        <w:rPr>
          <w:lang w:val="ru-RU"/>
        </w:rPr>
        <w:t>взаимосверки</w:t>
      </w:r>
      <w:proofErr w:type="spellEnd"/>
      <w:r w:rsidRPr="00F13106">
        <w:rPr>
          <w:lang w:val="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w:t>
      </w:r>
    </w:p>
    <w:p w14:paraId="5B38969E" w14:textId="77777777" w:rsidR="00AB7E42" w:rsidRPr="00F13106" w:rsidRDefault="00DB0080">
      <w:pPr>
        <w:ind w:firstLine="567"/>
        <w:jc w:val="both"/>
        <w:rPr>
          <w:lang w:val="ru-RU"/>
        </w:rPr>
      </w:pPr>
      <w:r w:rsidRPr="00F13106">
        <w:rPr>
          <w:lang w:val="ru-RU"/>
        </w:rPr>
        <w:t xml:space="preserve">8.10. В случае, если при начислении Заказчиком Поставщику неустойки (штрафа, пени) или предъявления требования о возмещении убытков, Стороны не подписали Акт </w:t>
      </w:r>
      <w:proofErr w:type="spellStart"/>
      <w:r w:rsidRPr="00F13106">
        <w:rPr>
          <w:lang w:val="ru-RU"/>
        </w:rPr>
        <w:t>взаимосверки</w:t>
      </w:r>
      <w:proofErr w:type="spellEnd"/>
      <w:r w:rsidRPr="00F13106">
        <w:rPr>
          <w:lang w:val="ru-RU"/>
        </w:rPr>
        <w:t xml:space="preserve"> обязательств по Договору,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w:t>
      </w:r>
    </w:p>
    <w:p w14:paraId="24F720D0" w14:textId="77777777" w:rsidR="00AB7E42" w:rsidRPr="00F13106" w:rsidRDefault="00DB0080">
      <w:pPr>
        <w:ind w:firstLine="567"/>
        <w:jc w:val="both"/>
        <w:rPr>
          <w:lang w:val="ru-RU"/>
        </w:rPr>
      </w:pPr>
      <w:r w:rsidRPr="00F13106">
        <w:rPr>
          <w:lang w:val="ru-RU"/>
        </w:rPr>
        <w:t>8.11. Уплата неустойки не освобождает Стороны от исполнения своих обязательств по Договору.</w:t>
      </w:r>
    </w:p>
    <w:p w14:paraId="37B2973E" w14:textId="77777777" w:rsidR="00AB7E42" w:rsidRPr="00F13106" w:rsidRDefault="00DB0080">
      <w:pPr>
        <w:ind w:firstLine="567"/>
        <w:jc w:val="both"/>
        <w:rPr>
          <w:lang w:val="ru-RU"/>
        </w:rPr>
      </w:pPr>
      <w:r w:rsidRPr="00F13106">
        <w:rPr>
          <w:lang w:val="ru-RU"/>
        </w:rPr>
        <w:lastRenderedPageBreak/>
        <w:t>8.12. В случае причинения действиями (бездействием) Поставщика ущерба имуществу или вреда здоровью третьих лиц, всю полноту ответственности, включая обязательства по возмещению материального ущерба или морального вреда, несет Поставщик.</w:t>
      </w:r>
    </w:p>
    <w:p w14:paraId="5960EA88" w14:textId="77777777" w:rsidR="00AB7E42" w:rsidRPr="00F13106" w:rsidRDefault="00DB0080">
      <w:pPr>
        <w:ind w:firstLine="567"/>
        <w:jc w:val="both"/>
        <w:rPr>
          <w:lang w:val="ru-RU"/>
        </w:rPr>
      </w:pPr>
      <w:r w:rsidRPr="00F13106">
        <w:rPr>
          <w:lang w:val="ru-RU"/>
        </w:rPr>
        <w:t>8.13.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14:paraId="76124868" w14:textId="77777777" w:rsidR="00AB7E42" w:rsidRPr="00F13106" w:rsidRDefault="00DB0080">
      <w:pPr>
        <w:keepNext/>
        <w:spacing w:before="140" w:after="80"/>
        <w:jc w:val="center"/>
        <w:rPr>
          <w:lang w:val="ru-RU"/>
        </w:rPr>
      </w:pPr>
      <w:r w:rsidRPr="00F13106">
        <w:rPr>
          <w:b/>
          <w:lang w:val="ru-RU"/>
        </w:rPr>
        <w:t>9. ПОРЯДОК РАССМОТРЕНИЯ СПОРОВ.</w:t>
      </w:r>
    </w:p>
    <w:p w14:paraId="3670B84A" w14:textId="77777777" w:rsidR="00AB7E42" w:rsidRPr="00F13106" w:rsidRDefault="00DB0080">
      <w:pPr>
        <w:ind w:firstLine="567"/>
        <w:jc w:val="both"/>
        <w:rPr>
          <w:lang w:val="ru-RU"/>
        </w:rPr>
      </w:pPr>
      <w:r w:rsidRPr="00F13106">
        <w:rPr>
          <w:lang w:val="ru-RU"/>
        </w:rPr>
        <w:t>9.1. Споры и разногласия Сторон, возникающие в связи с исполнением настоящего Договора, рассматриваются Сторонами путем переговоров.</w:t>
      </w:r>
    </w:p>
    <w:p w14:paraId="1D5AC820" w14:textId="77777777" w:rsidR="00AB7E42" w:rsidRPr="00F13106" w:rsidRDefault="00DB0080">
      <w:pPr>
        <w:ind w:firstLine="567"/>
        <w:jc w:val="both"/>
        <w:rPr>
          <w:lang w:val="ru-RU"/>
        </w:rPr>
      </w:pPr>
      <w:r w:rsidRPr="00F13106">
        <w:rPr>
          <w:lang w:val="ru-RU"/>
        </w:rPr>
        <w:t>9.2. Стороны устанавливают, что все возможные претензии по настоящему Договору должны быть рассмотрены сторонами в десятидневный срок.</w:t>
      </w:r>
    </w:p>
    <w:p w14:paraId="3EBC33EA" w14:textId="77777777" w:rsidR="00AB7E42" w:rsidRPr="00F13106" w:rsidRDefault="00DB0080">
      <w:pPr>
        <w:ind w:firstLine="567"/>
        <w:jc w:val="both"/>
        <w:rPr>
          <w:lang w:val="ru-RU"/>
        </w:rPr>
      </w:pPr>
      <w:r w:rsidRPr="00F13106">
        <w:rPr>
          <w:lang w:val="ru-RU"/>
        </w:rPr>
        <w:t>9.3. При недостижении соглашения спор передается на рассмотрение Арбитражного суда Республики Мордовия.</w:t>
      </w:r>
    </w:p>
    <w:p w14:paraId="55206C00" w14:textId="77777777" w:rsidR="00AB7E42" w:rsidRPr="00F13106" w:rsidRDefault="00DB0080">
      <w:pPr>
        <w:keepNext/>
        <w:spacing w:before="140" w:after="80"/>
        <w:jc w:val="center"/>
        <w:rPr>
          <w:lang w:val="ru-RU"/>
        </w:rPr>
      </w:pPr>
      <w:r w:rsidRPr="00F13106">
        <w:rPr>
          <w:b/>
          <w:lang w:val="ru-RU"/>
        </w:rPr>
        <w:t>10. ФОРС-МАЖОР.</w:t>
      </w:r>
    </w:p>
    <w:p w14:paraId="57DC2D97" w14:textId="77777777" w:rsidR="00AB7E42" w:rsidRPr="00F13106" w:rsidRDefault="00DB0080">
      <w:pPr>
        <w:ind w:firstLine="567"/>
        <w:jc w:val="both"/>
        <w:rPr>
          <w:lang w:val="ru-RU"/>
        </w:rPr>
      </w:pPr>
      <w:r w:rsidRPr="00F13106">
        <w:rPr>
          <w:lang w:val="ru-RU"/>
        </w:rPr>
        <w:t>10.1. 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  Форс-мажорные обстоятельства должны быть документально подтверждены.</w:t>
      </w:r>
    </w:p>
    <w:p w14:paraId="34CDE1C8" w14:textId="77777777" w:rsidR="00AB7E42" w:rsidRPr="00F13106" w:rsidRDefault="00DB0080">
      <w:pPr>
        <w:ind w:firstLine="567"/>
        <w:jc w:val="both"/>
        <w:rPr>
          <w:lang w:val="ru-RU"/>
        </w:rPr>
      </w:pPr>
      <w:r w:rsidRPr="00F13106">
        <w:rPr>
          <w:lang w:val="ru-RU"/>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14:paraId="595B8D05" w14:textId="77777777" w:rsidR="00AB7E42" w:rsidRPr="00F13106" w:rsidRDefault="00DB0080">
      <w:pPr>
        <w:ind w:firstLine="567"/>
        <w:jc w:val="both"/>
        <w:rPr>
          <w:lang w:val="ru-RU"/>
        </w:rPr>
      </w:pPr>
      <w:r w:rsidRPr="00F13106">
        <w:rPr>
          <w:lang w:val="ru-RU"/>
        </w:rPr>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14:paraId="283DF114" w14:textId="77777777" w:rsidR="00AB7E42" w:rsidRPr="00F13106" w:rsidRDefault="00DB0080">
      <w:pPr>
        <w:keepNext/>
        <w:spacing w:before="140" w:after="80"/>
        <w:jc w:val="center"/>
        <w:rPr>
          <w:lang w:val="ru-RU"/>
        </w:rPr>
      </w:pPr>
      <w:r w:rsidRPr="00F13106">
        <w:rPr>
          <w:b/>
          <w:lang w:val="ru-RU"/>
        </w:rPr>
        <w:t>11. РАСТОРЖЕНИЕ И ПРЕКРАЩЕНИЕ ДОГОВОРА.</w:t>
      </w:r>
    </w:p>
    <w:p w14:paraId="6B565432" w14:textId="77777777" w:rsidR="00AB7E42" w:rsidRPr="00F13106" w:rsidRDefault="00DB0080">
      <w:pPr>
        <w:ind w:firstLine="567"/>
        <w:jc w:val="both"/>
        <w:rPr>
          <w:lang w:val="ru-RU"/>
        </w:rPr>
      </w:pPr>
      <w:r w:rsidRPr="00F13106">
        <w:rPr>
          <w:lang w:val="ru-RU"/>
        </w:rPr>
        <w:t>11.1. 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69E8EA63" w14:textId="77777777" w:rsidR="00AB7E42" w:rsidRPr="00F13106" w:rsidRDefault="00DB0080">
      <w:pPr>
        <w:ind w:firstLine="567"/>
        <w:jc w:val="both"/>
        <w:rPr>
          <w:lang w:val="ru-RU"/>
        </w:rPr>
      </w:pPr>
      <w:r w:rsidRPr="00F13106">
        <w:rPr>
          <w:lang w:val="ru-RU"/>
        </w:rPr>
        <w:t>11.2. Порядок расторжения настоящего Договора определяется действующим законодательством, в том числе Федеральным законом от 18 июля 2011 года № 223-ФЗ «О закупках товаров, работ, услуг отдельными видами юридических лиц» и по основаниям, предусмотренным Положением о закупках товаров, работ, услуг Государственного автономного учреждения здравоохранения Республики Мордовия "Мордовская республиканская стоматологическая поликлиника".</w:t>
      </w:r>
    </w:p>
    <w:p w14:paraId="2774CB48" w14:textId="77777777" w:rsidR="00AB7E42" w:rsidRPr="00F13106" w:rsidRDefault="00DB0080">
      <w:pPr>
        <w:keepNext/>
        <w:spacing w:before="140" w:after="80"/>
        <w:jc w:val="center"/>
        <w:rPr>
          <w:lang w:val="ru-RU"/>
        </w:rPr>
      </w:pPr>
      <w:r w:rsidRPr="00F13106">
        <w:rPr>
          <w:b/>
          <w:lang w:val="ru-RU"/>
        </w:rPr>
        <w:t>12. ПРОЧИЕ УСЛОВИЯ ДОГОВОРА.</w:t>
      </w:r>
    </w:p>
    <w:p w14:paraId="46A75189" w14:textId="77777777" w:rsidR="00AB7E42" w:rsidRPr="00F13106" w:rsidRDefault="00DB0080">
      <w:pPr>
        <w:ind w:firstLine="567"/>
        <w:jc w:val="both"/>
        <w:rPr>
          <w:lang w:val="ru-RU"/>
        </w:rPr>
      </w:pPr>
      <w:r w:rsidRPr="00F13106">
        <w:rPr>
          <w:lang w:val="ru-RU"/>
        </w:rPr>
        <w:t>12.1. Изменение существенных условий Договора при его исполнении допускается по соглашению Сторон только в случаях, предусмотренных Положением о закупке Заказчика и законодательством Российской Федерации, в том числе:</w:t>
      </w:r>
    </w:p>
    <w:p w14:paraId="1BEFE072" w14:textId="77777777" w:rsidR="00AB7E42" w:rsidRPr="00F13106" w:rsidRDefault="00DB0080">
      <w:pPr>
        <w:jc w:val="both"/>
        <w:rPr>
          <w:lang w:val="ru-RU"/>
        </w:rPr>
      </w:pPr>
      <w:r w:rsidRPr="00F13106">
        <w:rPr>
          <w:lang w:val="ru-RU"/>
        </w:rPr>
        <w:t>а) при снижении цены Договора без изменения количества и качества Товара и иных условий Договора;</w:t>
      </w:r>
    </w:p>
    <w:p w14:paraId="5C822990" w14:textId="77777777" w:rsidR="00AB7E42" w:rsidRPr="00F13106" w:rsidRDefault="00DB0080">
      <w:pPr>
        <w:jc w:val="both"/>
        <w:rPr>
          <w:lang w:val="ru-RU"/>
        </w:rPr>
      </w:pPr>
      <w:r w:rsidRPr="00F13106">
        <w:rPr>
          <w:lang w:val="ru-RU"/>
        </w:rPr>
        <w:t>б) при увеличении количества Товара не более чем на 50 процентов либо его уменьшении не более чем на 95 процентов с пропорциональным изменением цены исходя из цены единицы соответствующей позиции;</w:t>
      </w:r>
    </w:p>
    <w:p w14:paraId="08816357" w14:textId="77777777" w:rsidR="00AB7E42" w:rsidRPr="00F13106" w:rsidRDefault="00DB0080">
      <w:pPr>
        <w:jc w:val="both"/>
        <w:rPr>
          <w:lang w:val="ru-RU"/>
        </w:rPr>
      </w:pPr>
      <w:r w:rsidRPr="00F13106">
        <w:rPr>
          <w:lang w:val="ru-RU"/>
        </w:rPr>
        <w:t>в) при изменении срока поставки вследствие обстоятельств непреодолимой силы, просрочки Заказчика либо обстоятельств, которые при заключении Договора невозможно было предвидеть и предотвратить;</w:t>
      </w:r>
    </w:p>
    <w:p w14:paraId="66CCB4E7" w14:textId="77777777" w:rsidR="00AB7E42" w:rsidRPr="00F13106" w:rsidRDefault="00DB0080">
      <w:pPr>
        <w:jc w:val="both"/>
        <w:rPr>
          <w:lang w:val="ru-RU"/>
        </w:rPr>
      </w:pPr>
      <w:r w:rsidRPr="00F13106">
        <w:rPr>
          <w:lang w:val="ru-RU"/>
        </w:rPr>
        <w:t>г) при согласовании улучшенных характеристик Товара без ухудшения условий исполнения и без увеличения цены Договора.</w:t>
      </w:r>
    </w:p>
    <w:p w14:paraId="5644F9E1" w14:textId="77777777" w:rsidR="00AB7E42" w:rsidRPr="00F13106" w:rsidRDefault="00DB0080">
      <w:pPr>
        <w:ind w:firstLine="567"/>
        <w:jc w:val="both"/>
        <w:rPr>
          <w:lang w:val="ru-RU"/>
        </w:rPr>
      </w:pPr>
      <w:r w:rsidRPr="00F13106">
        <w:rPr>
          <w:lang w:val="ru-RU"/>
        </w:rPr>
        <w:t xml:space="preserve">12.2. В случае, если при заключении и исполнении Договора изменяются объем, цена или сроки исполнения договора по сравнению с указанными в протоколе, составленном по результатам закупки, не </w:t>
      </w:r>
      <w:r w:rsidRPr="00F13106">
        <w:rPr>
          <w:lang w:val="ru-RU"/>
        </w:rPr>
        <w:lastRenderedPageBreak/>
        <w:t>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2F32FF29" w14:textId="77777777" w:rsidR="00AB7E42" w:rsidRPr="00735D11" w:rsidRDefault="00DB0080">
      <w:pPr>
        <w:ind w:firstLine="567"/>
        <w:jc w:val="both"/>
        <w:rPr>
          <w:lang w:val="ru-RU"/>
        </w:rPr>
      </w:pPr>
      <w:r w:rsidRPr="00735D11">
        <w:rPr>
          <w:lang w:val="ru-RU"/>
        </w:rPr>
        <w:t>12.3. Страна происхождения каждого поставляемого товара указывается в Спецификации на основании сведений заявки участника. Для товара российского происхождения либо происхождения из государства — члена ЕАЭС в Спецификации также указывается номер соответствующей реестровой записи, представленный в заявке.</w:t>
      </w:r>
    </w:p>
    <w:p w14:paraId="52739A3D" w14:textId="77777777" w:rsidR="00990512" w:rsidRPr="00555F21" w:rsidRDefault="00DB0080">
      <w:pPr>
        <w:rPr>
          <w:lang w:val="ru-RU"/>
        </w:rPr>
      </w:pPr>
      <w:r w:rsidRPr="00735D11">
        <w:rPr>
          <w:lang w:val="ru-RU"/>
        </w:rPr>
        <w:t>12.4. Если Договор предусматривает поставку товара российского происхождения либо происхождения из государства — члена ЕАЭС, при исполнении Договора не допускается замена такого товара на происходящий из иностранного государства товар, в отношении которого установлено ограничение по позиции 388 приложения № 2 к постановлению Правительства РФ от 23.12.2024 № 1875.</w:t>
      </w:r>
    </w:p>
    <w:p w14:paraId="37F107E7" w14:textId="77777777" w:rsidR="00AB7E42" w:rsidRPr="00735D11" w:rsidRDefault="00DB0080">
      <w:pPr>
        <w:ind w:firstLine="567"/>
        <w:jc w:val="both"/>
        <w:rPr>
          <w:lang w:val="ru-RU"/>
        </w:rPr>
      </w:pPr>
      <w:r w:rsidRPr="00735D11">
        <w:rPr>
          <w:lang w:val="ru-RU"/>
        </w:rPr>
        <w:t>12.5.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4C8F86B" w14:textId="77777777" w:rsidR="00F13106" w:rsidRDefault="00DB0080">
      <w:pPr>
        <w:ind w:firstLine="567"/>
        <w:jc w:val="both"/>
        <w:rPr>
          <w:lang w:val="ru-RU"/>
        </w:rPr>
      </w:pPr>
      <w:r w:rsidRPr="00735D11">
        <w:rPr>
          <w:lang w:val="ru-RU"/>
        </w:rPr>
        <w:t>12.6. К Договору прилагается:</w:t>
      </w:r>
    </w:p>
    <w:p w14:paraId="1CEEEFFF" w14:textId="77777777" w:rsidR="00F13106" w:rsidRDefault="00F13106">
      <w:pPr>
        <w:ind w:firstLine="567"/>
        <w:jc w:val="both"/>
        <w:rPr>
          <w:lang w:val="ru-RU"/>
        </w:rPr>
      </w:pPr>
      <w:r>
        <w:rPr>
          <w:lang w:val="ru-RU"/>
        </w:rPr>
        <w:t>-</w:t>
      </w:r>
      <w:r w:rsidRPr="00F13106">
        <w:rPr>
          <w:lang w:val="ru-RU"/>
        </w:rPr>
        <w:t xml:space="preserve"> Спецификация (Приложение № 1 к Договору)</w:t>
      </w:r>
      <w:r>
        <w:rPr>
          <w:lang w:val="ru-RU"/>
        </w:rPr>
        <w:t xml:space="preserve">, </w:t>
      </w:r>
    </w:p>
    <w:p w14:paraId="1579DC49" w14:textId="77777777" w:rsidR="00AB7E42" w:rsidRPr="00F13106" w:rsidRDefault="00F13106">
      <w:pPr>
        <w:ind w:firstLine="567"/>
        <w:jc w:val="both"/>
        <w:rPr>
          <w:lang w:val="ru-RU"/>
        </w:rPr>
      </w:pPr>
      <w:r>
        <w:rPr>
          <w:lang w:val="ru-RU"/>
        </w:rPr>
        <w:t>- Техническое задание (Приложение № 2 к Договору)</w:t>
      </w:r>
      <w:r w:rsidRPr="00F13106">
        <w:rPr>
          <w:lang w:val="ru-RU"/>
        </w:rPr>
        <w:t xml:space="preserve"> и является его неотъемлемой частью.</w:t>
      </w:r>
    </w:p>
    <w:p w14:paraId="7F049D67" w14:textId="77777777" w:rsidR="00AB7E42" w:rsidRPr="00F13106" w:rsidRDefault="00DB0080">
      <w:pPr>
        <w:keepNext/>
        <w:spacing w:before="140" w:after="80"/>
        <w:jc w:val="center"/>
        <w:rPr>
          <w:lang w:val="ru-RU"/>
        </w:rPr>
      </w:pPr>
      <w:r w:rsidRPr="00F13106">
        <w:rPr>
          <w:b/>
          <w:lang w:val="ru-RU"/>
        </w:rPr>
        <w:t>13. СРОК ДЕЙСТВИЯ ДОГОВОРА</w:t>
      </w:r>
    </w:p>
    <w:p w14:paraId="6F178428" w14:textId="6DE88BD7" w:rsidR="00AB7E42" w:rsidRPr="00F13106" w:rsidRDefault="00DB0080">
      <w:pPr>
        <w:ind w:firstLine="567"/>
        <w:jc w:val="both"/>
        <w:rPr>
          <w:lang w:val="ru-RU"/>
        </w:rPr>
      </w:pPr>
      <w:r w:rsidRPr="00F13106">
        <w:rPr>
          <w:lang w:val="ru-RU"/>
        </w:rPr>
        <w:t>13.1. Срок действия договора устанавливается с момента его подписания и до 3</w:t>
      </w:r>
      <w:r w:rsidR="00D94E8A">
        <w:rPr>
          <w:lang w:val="ru-RU"/>
        </w:rPr>
        <w:t>0</w:t>
      </w:r>
      <w:r w:rsidRPr="00F13106">
        <w:rPr>
          <w:lang w:val="ru-RU"/>
        </w:rPr>
        <w:t>.</w:t>
      </w:r>
      <w:r w:rsidR="00D94E8A">
        <w:rPr>
          <w:lang w:val="ru-RU"/>
        </w:rPr>
        <w:t>09</w:t>
      </w:r>
      <w:r w:rsidRPr="00F13106">
        <w:rPr>
          <w:lang w:val="ru-RU"/>
        </w:rPr>
        <w:t>.2026 г.</w:t>
      </w:r>
    </w:p>
    <w:p w14:paraId="7435E997" w14:textId="77777777" w:rsidR="00AB7E42" w:rsidRPr="00F13106" w:rsidRDefault="00DB0080">
      <w:pPr>
        <w:keepNext/>
        <w:spacing w:before="140" w:after="80"/>
        <w:jc w:val="center"/>
        <w:rPr>
          <w:lang w:val="ru-RU"/>
        </w:rPr>
      </w:pPr>
      <w:r w:rsidRPr="00F13106">
        <w:rPr>
          <w:b/>
          <w:lang w:val="ru-RU"/>
        </w:rPr>
        <w:t>14. ЮРИДИЧЕСКИЕ АДРЕСА И ПЛАТЕЖНЫЕ РЕКВИЗИТЫ СТОРОН</w:t>
      </w:r>
    </w:p>
    <w:tbl>
      <w:tblPr>
        <w:tblStyle w:val="aff0"/>
        <w:tblW w:w="9865" w:type="dxa"/>
        <w:jc w:val="center"/>
        <w:tblLayout w:type="fixed"/>
        <w:tblLook w:val="04A0" w:firstRow="1" w:lastRow="0" w:firstColumn="1" w:lastColumn="0" w:noHBand="0" w:noVBand="1"/>
      </w:tblPr>
      <w:tblGrid>
        <w:gridCol w:w="4932"/>
        <w:gridCol w:w="4933"/>
      </w:tblGrid>
      <w:tr w:rsidR="00AB7E42" w:rsidRPr="00FB028A" w14:paraId="7DBCEA4B" w14:textId="77777777">
        <w:trPr>
          <w:cantSplit/>
          <w:jc w:val="center"/>
        </w:trPr>
        <w:tc>
          <w:tcPr>
            <w:tcW w:w="4932" w:type="dxa"/>
            <w:vAlign w:val="center"/>
          </w:tcPr>
          <w:p w14:paraId="534F37D2" w14:textId="77777777" w:rsidR="00AB7E42" w:rsidRPr="00F13106" w:rsidRDefault="00DB0080">
            <w:pPr>
              <w:spacing w:after="0"/>
              <w:rPr>
                <w:lang w:val="ru-RU"/>
              </w:rPr>
            </w:pPr>
            <w:r w:rsidRPr="00F13106">
              <w:rPr>
                <w:sz w:val="18"/>
                <w:lang w:val="ru-RU"/>
              </w:rPr>
              <w:t>ЗАКАЗЧИК</w:t>
            </w:r>
            <w:r w:rsidRPr="00F13106">
              <w:rPr>
                <w:sz w:val="18"/>
                <w:lang w:val="ru-RU"/>
              </w:rPr>
              <w:br/>
              <w:t>ГАУЗ Республики Мордовия «МРСП»</w:t>
            </w:r>
            <w:r w:rsidRPr="00F13106">
              <w:rPr>
                <w:sz w:val="18"/>
                <w:lang w:val="ru-RU"/>
              </w:rPr>
              <w:br/>
              <w:t>Адрес: 430005, г. Саранск, ул. Пролетарская, д. 94</w:t>
            </w:r>
            <w:r w:rsidRPr="00F13106">
              <w:rPr>
                <w:sz w:val="18"/>
                <w:lang w:val="ru-RU"/>
              </w:rPr>
              <w:br/>
              <w:t>ОГРН 1181326004122; ИНН 1326251749; КПП 132601001</w:t>
            </w:r>
            <w:r w:rsidRPr="00F13106">
              <w:rPr>
                <w:sz w:val="18"/>
                <w:lang w:val="ru-RU"/>
              </w:rPr>
              <w:br/>
              <w:t>р/с 03224643890000003200</w:t>
            </w:r>
            <w:r w:rsidRPr="00F13106">
              <w:rPr>
                <w:sz w:val="18"/>
                <w:lang w:val="ru-RU"/>
              </w:rPr>
              <w:br/>
              <w:t>ОКЦ № 1 ВВГУ Банка России // УФК по Нижегородской области</w:t>
            </w:r>
            <w:r w:rsidRPr="00F13106">
              <w:rPr>
                <w:sz w:val="18"/>
                <w:lang w:val="ru-RU"/>
              </w:rPr>
              <w:br/>
              <w:t>к/с 40102810745370000024; БИК 012202102</w:t>
            </w:r>
            <w:r w:rsidRPr="00F13106">
              <w:rPr>
                <w:sz w:val="18"/>
                <w:lang w:val="ru-RU"/>
              </w:rPr>
              <w:br/>
              <w:t xml:space="preserve">тел.: +7 909 327-72-22; </w:t>
            </w:r>
            <w:r>
              <w:rPr>
                <w:sz w:val="18"/>
              </w:rPr>
              <w:t>e</w:t>
            </w:r>
            <w:r w:rsidRPr="00F13106">
              <w:rPr>
                <w:sz w:val="18"/>
                <w:lang w:val="ru-RU"/>
              </w:rPr>
              <w:t>-</w:t>
            </w:r>
            <w:r>
              <w:rPr>
                <w:sz w:val="18"/>
              </w:rPr>
              <w:t>mail</w:t>
            </w:r>
            <w:r w:rsidRPr="00F13106">
              <w:rPr>
                <w:sz w:val="18"/>
                <w:lang w:val="ru-RU"/>
              </w:rPr>
              <w:t xml:space="preserve">: </w:t>
            </w:r>
            <w:r>
              <w:rPr>
                <w:sz w:val="18"/>
              </w:rPr>
              <w:t>GAUZ</w:t>
            </w:r>
            <w:r w:rsidRPr="00F13106">
              <w:rPr>
                <w:sz w:val="18"/>
                <w:lang w:val="ru-RU"/>
              </w:rPr>
              <w:t>.</w:t>
            </w:r>
            <w:r>
              <w:rPr>
                <w:sz w:val="18"/>
              </w:rPr>
              <w:t>RM</w:t>
            </w:r>
            <w:r w:rsidRPr="00F13106">
              <w:rPr>
                <w:sz w:val="18"/>
                <w:lang w:val="ru-RU"/>
              </w:rPr>
              <w:t>.</w:t>
            </w:r>
            <w:r>
              <w:rPr>
                <w:sz w:val="18"/>
              </w:rPr>
              <w:t>MRSP</w:t>
            </w:r>
            <w:r w:rsidRPr="00F13106">
              <w:rPr>
                <w:sz w:val="18"/>
                <w:lang w:val="ru-RU"/>
              </w:rPr>
              <w:t>@</w:t>
            </w:r>
            <w:r>
              <w:rPr>
                <w:sz w:val="18"/>
              </w:rPr>
              <w:t>e</w:t>
            </w:r>
            <w:r w:rsidRPr="00F13106">
              <w:rPr>
                <w:sz w:val="18"/>
                <w:lang w:val="ru-RU"/>
              </w:rPr>
              <w:t>-</w:t>
            </w:r>
            <w:proofErr w:type="spellStart"/>
            <w:r>
              <w:rPr>
                <w:sz w:val="18"/>
              </w:rPr>
              <w:t>mordovia</w:t>
            </w:r>
            <w:proofErr w:type="spellEnd"/>
            <w:r w:rsidRPr="00F13106">
              <w:rPr>
                <w:sz w:val="18"/>
                <w:lang w:val="ru-RU"/>
              </w:rPr>
              <w:t>.</w:t>
            </w:r>
            <w:proofErr w:type="spellStart"/>
            <w:r>
              <w:rPr>
                <w:sz w:val="18"/>
              </w:rPr>
              <w:t>ru</w:t>
            </w:r>
            <w:proofErr w:type="spellEnd"/>
            <w:r w:rsidRPr="00F13106">
              <w:rPr>
                <w:sz w:val="18"/>
                <w:lang w:val="ru-RU"/>
              </w:rPr>
              <w:br/>
            </w:r>
            <w:r w:rsidRPr="00F13106">
              <w:rPr>
                <w:sz w:val="18"/>
                <w:lang w:val="ru-RU"/>
              </w:rPr>
              <w:br/>
              <w:t xml:space="preserve">Главный врач ____________ А.В. </w:t>
            </w:r>
            <w:proofErr w:type="spellStart"/>
            <w:r w:rsidRPr="00F13106">
              <w:rPr>
                <w:sz w:val="18"/>
                <w:lang w:val="ru-RU"/>
              </w:rPr>
              <w:t>Адамчик</w:t>
            </w:r>
            <w:proofErr w:type="spellEnd"/>
          </w:p>
        </w:tc>
        <w:tc>
          <w:tcPr>
            <w:tcW w:w="4932" w:type="dxa"/>
            <w:vAlign w:val="center"/>
          </w:tcPr>
          <w:p w14:paraId="211D57C5" w14:textId="77777777" w:rsidR="00AB7E42" w:rsidRPr="00F13106" w:rsidRDefault="00DB0080">
            <w:pPr>
              <w:spacing w:after="0"/>
              <w:rPr>
                <w:lang w:val="ru-RU"/>
              </w:rPr>
            </w:pPr>
            <w:r w:rsidRPr="00F13106">
              <w:rPr>
                <w:sz w:val="18"/>
                <w:lang w:val="ru-RU"/>
              </w:rPr>
              <w:t>ПОСТАВЩИК</w:t>
            </w:r>
            <w:r w:rsidRPr="00F13106">
              <w:rPr>
                <w:sz w:val="18"/>
                <w:lang w:val="ru-RU"/>
              </w:rPr>
              <w:br/>
              <w:t>Наименование: ______________________________</w:t>
            </w:r>
            <w:r w:rsidRPr="00F13106">
              <w:rPr>
                <w:sz w:val="18"/>
                <w:lang w:val="ru-RU"/>
              </w:rPr>
              <w:br/>
              <w:t>Адрес: ______________________________________</w:t>
            </w:r>
            <w:r w:rsidRPr="00F13106">
              <w:rPr>
                <w:sz w:val="18"/>
                <w:lang w:val="ru-RU"/>
              </w:rPr>
              <w:br/>
              <w:t>ОГРН/ОГРНИП: __________; ИНН/КПП: __________</w:t>
            </w:r>
            <w:r w:rsidRPr="00F13106">
              <w:rPr>
                <w:sz w:val="18"/>
                <w:lang w:val="ru-RU"/>
              </w:rPr>
              <w:br/>
              <w:t>р/с: ________________________________________</w:t>
            </w:r>
            <w:r w:rsidRPr="00F13106">
              <w:rPr>
                <w:sz w:val="18"/>
                <w:lang w:val="ru-RU"/>
              </w:rPr>
              <w:br/>
              <w:t>Банк: _______________________________________</w:t>
            </w:r>
            <w:r w:rsidRPr="00F13106">
              <w:rPr>
                <w:sz w:val="18"/>
                <w:lang w:val="ru-RU"/>
              </w:rPr>
              <w:br/>
              <w:t>к/с: ___________________; БИК: ______________</w:t>
            </w:r>
            <w:r w:rsidRPr="00F13106">
              <w:rPr>
                <w:sz w:val="18"/>
                <w:lang w:val="ru-RU"/>
              </w:rPr>
              <w:br/>
              <w:t xml:space="preserve">тел.: _______________; </w:t>
            </w:r>
            <w:r>
              <w:rPr>
                <w:sz w:val="18"/>
              </w:rPr>
              <w:t>e</w:t>
            </w:r>
            <w:r w:rsidRPr="00F13106">
              <w:rPr>
                <w:sz w:val="18"/>
                <w:lang w:val="ru-RU"/>
              </w:rPr>
              <w:t>-</w:t>
            </w:r>
            <w:r>
              <w:rPr>
                <w:sz w:val="18"/>
              </w:rPr>
              <w:t>mail</w:t>
            </w:r>
            <w:r w:rsidRPr="00F13106">
              <w:rPr>
                <w:sz w:val="18"/>
                <w:lang w:val="ru-RU"/>
              </w:rPr>
              <w:t>: ______________</w:t>
            </w:r>
            <w:r w:rsidRPr="00F13106">
              <w:rPr>
                <w:sz w:val="18"/>
                <w:lang w:val="ru-RU"/>
              </w:rPr>
              <w:br/>
            </w:r>
            <w:r w:rsidRPr="00F13106">
              <w:rPr>
                <w:sz w:val="18"/>
                <w:lang w:val="ru-RU"/>
              </w:rPr>
              <w:br/>
              <w:t>________________ / __________________</w:t>
            </w:r>
          </w:p>
        </w:tc>
      </w:tr>
    </w:tbl>
    <w:p w14:paraId="53753542" w14:textId="77777777" w:rsidR="00AB7E42" w:rsidRPr="00F13106" w:rsidRDefault="00AB7E42">
      <w:pPr>
        <w:rPr>
          <w:lang w:val="ru-RU"/>
        </w:rPr>
        <w:sectPr w:rsidR="00AB7E42" w:rsidRPr="00F13106">
          <w:footerReference w:type="default" r:id="rId8"/>
          <w:pgSz w:w="11906" w:h="16838"/>
          <w:pgMar w:top="964" w:right="850" w:bottom="964" w:left="1134" w:header="720" w:footer="720" w:gutter="0"/>
          <w:cols w:space="720"/>
          <w:docGrid w:linePitch="360"/>
        </w:sectPr>
      </w:pPr>
    </w:p>
    <w:p w14:paraId="5289021D" w14:textId="77777777" w:rsidR="00AB7E42" w:rsidRPr="00F13106" w:rsidRDefault="00DB0080">
      <w:pPr>
        <w:jc w:val="right"/>
        <w:rPr>
          <w:lang w:val="ru-RU"/>
        </w:rPr>
      </w:pPr>
      <w:r w:rsidRPr="00F13106">
        <w:rPr>
          <w:lang w:val="ru-RU"/>
        </w:rPr>
        <w:lastRenderedPageBreak/>
        <w:t>Приложение № 1 к Договору № ____ от «___» ________ 2026 г.</w:t>
      </w:r>
    </w:p>
    <w:p w14:paraId="6D22E3E8" w14:textId="77777777" w:rsidR="00AB7E42" w:rsidRDefault="00DB0080">
      <w:pPr>
        <w:spacing w:before="80" w:after="160"/>
        <w:jc w:val="center"/>
      </w:pPr>
      <w:r>
        <w:rPr>
          <w:b/>
          <w:sz w:val="26"/>
        </w:rPr>
        <w:t>СПЕЦИФИКАЦИЯ</w:t>
      </w:r>
    </w:p>
    <w:tbl>
      <w:tblPr>
        <w:tblStyle w:val="aff0"/>
        <w:tblW w:w="13267" w:type="dxa"/>
        <w:jc w:val="center"/>
        <w:tblLayout w:type="fixed"/>
        <w:tblLook w:val="04A0" w:firstRow="1" w:lastRow="0" w:firstColumn="1" w:lastColumn="0" w:noHBand="0" w:noVBand="1"/>
      </w:tblPr>
      <w:tblGrid>
        <w:gridCol w:w="454"/>
        <w:gridCol w:w="4821"/>
        <w:gridCol w:w="1530"/>
        <w:gridCol w:w="680"/>
        <w:gridCol w:w="680"/>
        <w:gridCol w:w="1360"/>
        <w:gridCol w:w="1417"/>
        <w:gridCol w:w="2325"/>
      </w:tblGrid>
      <w:tr w:rsidR="00AB7E42" w:rsidRPr="00FB028A" w14:paraId="76C3EAE7" w14:textId="77777777" w:rsidTr="00FB028A">
        <w:trPr>
          <w:cantSplit/>
          <w:tblHeader/>
          <w:jc w:val="center"/>
        </w:trPr>
        <w:tc>
          <w:tcPr>
            <w:tcW w:w="454" w:type="dxa"/>
            <w:shd w:val="clear" w:color="auto" w:fill="auto"/>
            <w:vAlign w:val="center"/>
          </w:tcPr>
          <w:p w14:paraId="6E8E1F28" w14:textId="77777777" w:rsidR="00AB7E42" w:rsidRPr="00F13106" w:rsidRDefault="00DB0080">
            <w:pPr>
              <w:spacing w:after="0"/>
              <w:jc w:val="center"/>
              <w:rPr>
                <w:rFonts w:cs="Times New Roman"/>
              </w:rPr>
            </w:pPr>
            <w:r w:rsidRPr="00F13106">
              <w:rPr>
                <w:rFonts w:cs="Times New Roman"/>
                <w:b/>
              </w:rPr>
              <w:t>№</w:t>
            </w:r>
          </w:p>
        </w:tc>
        <w:tc>
          <w:tcPr>
            <w:tcW w:w="4821" w:type="dxa"/>
            <w:shd w:val="clear" w:color="auto" w:fill="auto"/>
            <w:vAlign w:val="center"/>
          </w:tcPr>
          <w:p w14:paraId="5D4E46AD" w14:textId="77777777" w:rsidR="00AB7E42" w:rsidRPr="00F13106" w:rsidRDefault="00DB0080">
            <w:pPr>
              <w:spacing w:after="0"/>
              <w:jc w:val="center"/>
              <w:rPr>
                <w:rFonts w:cs="Times New Roman"/>
              </w:rPr>
            </w:pPr>
            <w:proofErr w:type="spellStart"/>
            <w:r w:rsidRPr="00F13106">
              <w:rPr>
                <w:rFonts w:cs="Times New Roman"/>
                <w:b/>
              </w:rPr>
              <w:t>Наименование</w:t>
            </w:r>
            <w:proofErr w:type="spellEnd"/>
            <w:r w:rsidRPr="00F13106">
              <w:rPr>
                <w:rFonts w:cs="Times New Roman"/>
                <w:b/>
              </w:rPr>
              <w:t xml:space="preserve"> </w:t>
            </w:r>
            <w:proofErr w:type="spellStart"/>
            <w:r w:rsidRPr="00F13106">
              <w:rPr>
                <w:rFonts w:cs="Times New Roman"/>
                <w:b/>
              </w:rPr>
              <w:t>товара</w:t>
            </w:r>
            <w:proofErr w:type="spellEnd"/>
          </w:p>
        </w:tc>
        <w:tc>
          <w:tcPr>
            <w:tcW w:w="1530" w:type="dxa"/>
            <w:shd w:val="clear" w:color="auto" w:fill="auto"/>
            <w:vAlign w:val="center"/>
          </w:tcPr>
          <w:p w14:paraId="1EFA5283" w14:textId="77777777" w:rsidR="00AB7E42" w:rsidRPr="00F13106" w:rsidRDefault="00DB0080">
            <w:pPr>
              <w:spacing w:after="0"/>
              <w:jc w:val="center"/>
              <w:rPr>
                <w:rFonts w:cs="Times New Roman"/>
              </w:rPr>
            </w:pPr>
            <w:r w:rsidRPr="00F13106">
              <w:rPr>
                <w:rFonts w:cs="Times New Roman"/>
                <w:b/>
              </w:rPr>
              <w:t>ОКПД2</w:t>
            </w:r>
          </w:p>
        </w:tc>
        <w:tc>
          <w:tcPr>
            <w:tcW w:w="680" w:type="dxa"/>
            <w:shd w:val="clear" w:color="auto" w:fill="auto"/>
            <w:vAlign w:val="center"/>
          </w:tcPr>
          <w:p w14:paraId="043C2224" w14:textId="77777777" w:rsidR="00AB7E42" w:rsidRPr="00F13106" w:rsidRDefault="00DB0080">
            <w:pPr>
              <w:spacing w:after="0"/>
              <w:jc w:val="center"/>
              <w:rPr>
                <w:rFonts w:cs="Times New Roman"/>
              </w:rPr>
            </w:pPr>
            <w:proofErr w:type="spellStart"/>
            <w:r w:rsidRPr="00F13106">
              <w:rPr>
                <w:rFonts w:cs="Times New Roman"/>
                <w:b/>
              </w:rPr>
              <w:t>Ед</w:t>
            </w:r>
            <w:proofErr w:type="spellEnd"/>
            <w:r w:rsidRPr="00F13106">
              <w:rPr>
                <w:rFonts w:cs="Times New Roman"/>
                <w:b/>
              </w:rPr>
              <w:t>.</w:t>
            </w:r>
          </w:p>
        </w:tc>
        <w:tc>
          <w:tcPr>
            <w:tcW w:w="680" w:type="dxa"/>
            <w:shd w:val="clear" w:color="auto" w:fill="auto"/>
            <w:vAlign w:val="center"/>
          </w:tcPr>
          <w:p w14:paraId="11F67B8C" w14:textId="77777777" w:rsidR="00AB7E42" w:rsidRPr="00F13106" w:rsidRDefault="00DB0080">
            <w:pPr>
              <w:spacing w:after="0"/>
              <w:jc w:val="center"/>
              <w:rPr>
                <w:rFonts w:cs="Times New Roman"/>
              </w:rPr>
            </w:pPr>
            <w:proofErr w:type="spellStart"/>
            <w:r w:rsidRPr="00F13106">
              <w:rPr>
                <w:rFonts w:cs="Times New Roman"/>
                <w:b/>
              </w:rPr>
              <w:t>Кол-во</w:t>
            </w:r>
            <w:proofErr w:type="spellEnd"/>
          </w:p>
        </w:tc>
        <w:tc>
          <w:tcPr>
            <w:tcW w:w="1360" w:type="dxa"/>
            <w:shd w:val="clear" w:color="auto" w:fill="auto"/>
            <w:vAlign w:val="center"/>
          </w:tcPr>
          <w:p w14:paraId="37EE73BD" w14:textId="77777777" w:rsidR="00AB7E42" w:rsidRPr="00F13106" w:rsidRDefault="00DB0080">
            <w:pPr>
              <w:spacing w:after="0"/>
              <w:jc w:val="center"/>
              <w:rPr>
                <w:rFonts w:cs="Times New Roman"/>
              </w:rPr>
            </w:pPr>
            <w:proofErr w:type="spellStart"/>
            <w:r w:rsidRPr="00F13106">
              <w:rPr>
                <w:rFonts w:cs="Times New Roman"/>
                <w:b/>
              </w:rPr>
              <w:t>Цена</w:t>
            </w:r>
            <w:proofErr w:type="spellEnd"/>
            <w:r w:rsidRPr="00F13106">
              <w:rPr>
                <w:rFonts w:cs="Times New Roman"/>
                <w:b/>
              </w:rPr>
              <w:t xml:space="preserve"> </w:t>
            </w:r>
            <w:proofErr w:type="spellStart"/>
            <w:r w:rsidRPr="00F13106">
              <w:rPr>
                <w:rFonts w:cs="Times New Roman"/>
                <w:b/>
              </w:rPr>
              <w:t>за</w:t>
            </w:r>
            <w:proofErr w:type="spellEnd"/>
            <w:r w:rsidRPr="00F13106">
              <w:rPr>
                <w:rFonts w:cs="Times New Roman"/>
                <w:b/>
              </w:rPr>
              <w:t xml:space="preserve"> </w:t>
            </w:r>
            <w:proofErr w:type="spellStart"/>
            <w:r w:rsidRPr="00F13106">
              <w:rPr>
                <w:rFonts w:cs="Times New Roman"/>
                <w:b/>
              </w:rPr>
              <w:t>единицу</w:t>
            </w:r>
            <w:proofErr w:type="spellEnd"/>
            <w:r w:rsidRPr="00F13106">
              <w:rPr>
                <w:rFonts w:cs="Times New Roman"/>
                <w:b/>
              </w:rPr>
              <w:t xml:space="preserve">, </w:t>
            </w:r>
            <w:proofErr w:type="spellStart"/>
            <w:r w:rsidRPr="00F13106">
              <w:rPr>
                <w:rFonts w:cs="Times New Roman"/>
                <w:b/>
              </w:rPr>
              <w:t>руб</w:t>
            </w:r>
            <w:proofErr w:type="spellEnd"/>
            <w:r w:rsidRPr="00F13106">
              <w:rPr>
                <w:rFonts w:cs="Times New Roman"/>
                <w:b/>
              </w:rPr>
              <w:t>.</w:t>
            </w:r>
          </w:p>
        </w:tc>
        <w:tc>
          <w:tcPr>
            <w:tcW w:w="1417" w:type="dxa"/>
            <w:shd w:val="clear" w:color="auto" w:fill="auto"/>
            <w:vAlign w:val="center"/>
          </w:tcPr>
          <w:p w14:paraId="51DAF73F" w14:textId="77777777" w:rsidR="00AB7E42" w:rsidRPr="00F13106" w:rsidRDefault="00DB0080">
            <w:pPr>
              <w:spacing w:after="0"/>
              <w:jc w:val="center"/>
              <w:rPr>
                <w:rFonts w:cs="Times New Roman"/>
              </w:rPr>
            </w:pPr>
            <w:proofErr w:type="spellStart"/>
            <w:r w:rsidRPr="00F13106">
              <w:rPr>
                <w:rFonts w:cs="Times New Roman"/>
                <w:b/>
              </w:rPr>
              <w:t>Стоимость</w:t>
            </w:r>
            <w:proofErr w:type="spellEnd"/>
            <w:r w:rsidRPr="00F13106">
              <w:rPr>
                <w:rFonts w:cs="Times New Roman"/>
                <w:b/>
              </w:rPr>
              <w:t xml:space="preserve">, </w:t>
            </w:r>
            <w:proofErr w:type="spellStart"/>
            <w:r w:rsidRPr="00F13106">
              <w:rPr>
                <w:rFonts w:cs="Times New Roman"/>
                <w:b/>
              </w:rPr>
              <w:t>руб</w:t>
            </w:r>
            <w:proofErr w:type="spellEnd"/>
            <w:r w:rsidRPr="00F13106">
              <w:rPr>
                <w:rFonts w:cs="Times New Roman"/>
                <w:b/>
              </w:rPr>
              <w:t>.</w:t>
            </w:r>
          </w:p>
        </w:tc>
        <w:tc>
          <w:tcPr>
            <w:tcW w:w="2325" w:type="dxa"/>
            <w:shd w:val="clear" w:color="auto" w:fill="auto"/>
            <w:vAlign w:val="center"/>
          </w:tcPr>
          <w:p w14:paraId="584C00B4" w14:textId="77777777" w:rsidR="00AB7E42" w:rsidRPr="00555F21" w:rsidRDefault="00DB0080">
            <w:pPr>
              <w:spacing w:after="0"/>
              <w:jc w:val="center"/>
              <w:rPr>
                <w:rFonts w:cs="Times New Roman"/>
                <w:lang w:val="ru-RU"/>
              </w:rPr>
            </w:pPr>
            <w:r w:rsidRPr="00555F21">
              <w:rPr>
                <w:highlight w:val="yellow"/>
                <w:lang w:val="ru-RU"/>
              </w:rPr>
              <w:t>Страна происхождения, номер реестровой записи</w:t>
            </w:r>
          </w:p>
        </w:tc>
      </w:tr>
      <w:tr w:rsidR="00CD3FA5" w:rsidRPr="00F13106" w14:paraId="6D60408F" w14:textId="77777777" w:rsidTr="00FB028A">
        <w:trPr>
          <w:cantSplit/>
          <w:jc w:val="center"/>
        </w:trPr>
        <w:tc>
          <w:tcPr>
            <w:tcW w:w="454" w:type="dxa"/>
            <w:vAlign w:val="center"/>
          </w:tcPr>
          <w:p w14:paraId="5517A73D" w14:textId="4B9DF3E0" w:rsidR="00CD3FA5" w:rsidRPr="00555F21" w:rsidRDefault="00CD3FA5" w:rsidP="00CD3FA5">
            <w:pPr>
              <w:spacing w:after="0"/>
              <w:jc w:val="center"/>
              <w:rPr>
                <w:rFonts w:cs="Times New Roman"/>
                <w:lang w:val="ru-RU"/>
              </w:rPr>
            </w:pPr>
            <w:bookmarkStart w:id="0" w:name="_GoBack" w:colFirst="4" w:colLast="4"/>
            <w:r>
              <w:rPr>
                <w:rFonts w:cs="Times New Roman"/>
                <w:lang w:val="ru-RU"/>
              </w:rPr>
              <w:t>1</w:t>
            </w:r>
          </w:p>
        </w:tc>
        <w:tc>
          <w:tcPr>
            <w:tcW w:w="4821" w:type="dxa"/>
            <w:vAlign w:val="center"/>
          </w:tcPr>
          <w:p w14:paraId="0777AACD" w14:textId="33E9F6DD" w:rsidR="00CD3FA5" w:rsidRPr="00F13106" w:rsidRDefault="00CD3FA5" w:rsidP="00CD3FA5">
            <w:pPr>
              <w:spacing w:after="0"/>
              <w:rPr>
                <w:rFonts w:cs="Times New Roman"/>
                <w:lang w:val="ru-RU"/>
              </w:rPr>
            </w:pPr>
            <w:proofErr w:type="spellStart"/>
            <w:r w:rsidRPr="00446659">
              <w:rPr>
                <w:rFonts w:cs="Times New Roman"/>
                <w:sz w:val="24"/>
                <w:szCs w:val="24"/>
              </w:rPr>
              <w:t>Ангидрин</w:t>
            </w:r>
            <w:proofErr w:type="spellEnd"/>
            <w:r w:rsidRPr="00446659">
              <w:rPr>
                <w:rFonts w:cs="Times New Roman"/>
                <w:sz w:val="24"/>
                <w:szCs w:val="24"/>
              </w:rPr>
              <w:t xml:space="preserve"> (20мл.), </w:t>
            </w:r>
            <w:proofErr w:type="spellStart"/>
            <w:r w:rsidRPr="00446659">
              <w:rPr>
                <w:rFonts w:cs="Times New Roman"/>
                <w:sz w:val="24"/>
                <w:szCs w:val="24"/>
              </w:rPr>
              <w:t>Владмива</w:t>
            </w:r>
            <w:proofErr w:type="spellEnd"/>
          </w:p>
        </w:tc>
        <w:tc>
          <w:tcPr>
            <w:tcW w:w="1530" w:type="dxa"/>
            <w:vAlign w:val="center"/>
          </w:tcPr>
          <w:p w14:paraId="14E03392" w14:textId="28FAA75E" w:rsidR="00CD3FA5" w:rsidRPr="00F13106" w:rsidRDefault="00CD3FA5" w:rsidP="00CD3FA5">
            <w:pPr>
              <w:spacing w:after="0"/>
              <w:jc w:val="center"/>
              <w:rPr>
                <w:rFonts w:cs="Times New Roman"/>
              </w:rPr>
            </w:pPr>
            <w:r w:rsidRPr="00446659">
              <w:rPr>
                <w:rFonts w:cs="Times New Roman"/>
                <w:sz w:val="24"/>
                <w:szCs w:val="24"/>
              </w:rPr>
              <w:t>21.20.24.180</w:t>
            </w:r>
          </w:p>
        </w:tc>
        <w:tc>
          <w:tcPr>
            <w:tcW w:w="680" w:type="dxa"/>
            <w:vAlign w:val="center"/>
          </w:tcPr>
          <w:p w14:paraId="78272B3F" w14:textId="216B0031" w:rsidR="00CD3FA5" w:rsidRPr="00F13106" w:rsidRDefault="00CD3FA5" w:rsidP="00CD3FA5">
            <w:pPr>
              <w:spacing w:after="0"/>
              <w:jc w:val="center"/>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1B30D78" w14:textId="35CBD980" w:rsidR="00CD3FA5" w:rsidRPr="00F13106" w:rsidRDefault="00CD3FA5" w:rsidP="00CD3FA5">
            <w:pPr>
              <w:spacing w:after="0"/>
              <w:jc w:val="center"/>
              <w:rPr>
                <w:rFonts w:cs="Times New Roman"/>
              </w:rPr>
            </w:pPr>
            <w:r w:rsidRPr="00446659">
              <w:rPr>
                <w:rFonts w:cs="Times New Roman"/>
                <w:sz w:val="24"/>
                <w:szCs w:val="24"/>
              </w:rPr>
              <w:t>5</w:t>
            </w:r>
          </w:p>
        </w:tc>
        <w:tc>
          <w:tcPr>
            <w:tcW w:w="1360" w:type="dxa"/>
            <w:vAlign w:val="center"/>
          </w:tcPr>
          <w:p w14:paraId="1D18788E" w14:textId="77777777" w:rsidR="00CD3FA5" w:rsidRPr="00F13106" w:rsidRDefault="00CD3FA5" w:rsidP="00CD3FA5">
            <w:pPr>
              <w:spacing w:after="0"/>
              <w:jc w:val="center"/>
              <w:rPr>
                <w:rFonts w:cs="Times New Roman"/>
              </w:rPr>
            </w:pPr>
          </w:p>
        </w:tc>
        <w:tc>
          <w:tcPr>
            <w:tcW w:w="1417" w:type="dxa"/>
            <w:vAlign w:val="center"/>
          </w:tcPr>
          <w:p w14:paraId="4ED5AFC2" w14:textId="77777777" w:rsidR="00CD3FA5" w:rsidRPr="00F13106" w:rsidRDefault="00CD3FA5" w:rsidP="00CD3FA5">
            <w:pPr>
              <w:spacing w:after="0"/>
              <w:jc w:val="center"/>
              <w:rPr>
                <w:rFonts w:cs="Times New Roman"/>
              </w:rPr>
            </w:pPr>
          </w:p>
        </w:tc>
        <w:tc>
          <w:tcPr>
            <w:tcW w:w="2325" w:type="dxa"/>
            <w:vAlign w:val="center"/>
          </w:tcPr>
          <w:p w14:paraId="76C48CF3" w14:textId="77777777" w:rsidR="00CD3FA5" w:rsidRPr="00F13106" w:rsidRDefault="00CD3FA5" w:rsidP="00CD3FA5">
            <w:pPr>
              <w:spacing w:after="0"/>
              <w:rPr>
                <w:rFonts w:cs="Times New Roman"/>
              </w:rPr>
            </w:pPr>
          </w:p>
        </w:tc>
      </w:tr>
      <w:tr w:rsidR="00CD3FA5" w:rsidRPr="00F13106" w14:paraId="40BE5A1A" w14:textId="77777777" w:rsidTr="00FB028A">
        <w:trPr>
          <w:cantSplit/>
          <w:jc w:val="center"/>
        </w:trPr>
        <w:tc>
          <w:tcPr>
            <w:tcW w:w="454" w:type="dxa"/>
            <w:vAlign w:val="center"/>
          </w:tcPr>
          <w:p w14:paraId="20999893" w14:textId="2616A6FA" w:rsidR="00CD3FA5" w:rsidRPr="00555F21" w:rsidRDefault="00CD3FA5" w:rsidP="00CD3FA5">
            <w:pPr>
              <w:spacing w:after="0"/>
              <w:jc w:val="center"/>
              <w:rPr>
                <w:rFonts w:cs="Times New Roman"/>
                <w:lang w:val="ru-RU"/>
              </w:rPr>
            </w:pPr>
            <w:r>
              <w:rPr>
                <w:rFonts w:cs="Times New Roman"/>
                <w:lang w:val="ru-RU"/>
              </w:rPr>
              <w:t>2</w:t>
            </w:r>
          </w:p>
        </w:tc>
        <w:tc>
          <w:tcPr>
            <w:tcW w:w="4821" w:type="dxa"/>
            <w:vAlign w:val="center"/>
          </w:tcPr>
          <w:p w14:paraId="3F7F0529" w14:textId="31B04F9B" w:rsidR="00CD3FA5" w:rsidRPr="00F13106" w:rsidRDefault="00CD3FA5" w:rsidP="00CD3FA5">
            <w:pPr>
              <w:spacing w:after="0"/>
              <w:rPr>
                <w:rFonts w:cs="Times New Roman"/>
              </w:rPr>
            </w:pPr>
            <w:proofErr w:type="spellStart"/>
            <w:r w:rsidRPr="00446659">
              <w:rPr>
                <w:rFonts w:cs="Times New Roman"/>
                <w:sz w:val="24"/>
                <w:szCs w:val="24"/>
              </w:rPr>
              <w:t>Bisico</w:t>
            </w:r>
            <w:proofErr w:type="spellEnd"/>
            <w:r w:rsidRPr="00446659">
              <w:rPr>
                <w:rFonts w:cs="Times New Roman"/>
                <w:sz w:val="24"/>
                <w:szCs w:val="24"/>
              </w:rPr>
              <w:t xml:space="preserve"> Function (2*150гр.+10гр.), </w:t>
            </w:r>
            <w:proofErr w:type="spellStart"/>
            <w:r w:rsidRPr="00446659">
              <w:rPr>
                <w:rFonts w:cs="Times New Roman"/>
                <w:sz w:val="24"/>
                <w:szCs w:val="24"/>
              </w:rPr>
              <w:t>Bisico</w:t>
            </w:r>
            <w:proofErr w:type="spellEnd"/>
          </w:p>
        </w:tc>
        <w:tc>
          <w:tcPr>
            <w:tcW w:w="1530" w:type="dxa"/>
            <w:vAlign w:val="center"/>
          </w:tcPr>
          <w:p w14:paraId="06F5D3DC" w14:textId="32F37D64" w:rsidR="00CD3FA5" w:rsidRPr="00F13106" w:rsidRDefault="00CD3FA5" w:rsidP="00CD3FA5">
            <w:pPr>
              <w:spacing w:after="0"/>
              <w:jc w:val="center"/>
              <w:rPr>
                <w:rFonts w:cs="Times New Roman"/>
              </w:rPr>
            </w:pPr>
            <w:r w:rsidRPr="00446659">
              <w:rPr>
                <w:rFonts w:cs="Times New Roman"/>
                <w:sz w:val="24"/>
                <w:szCs w:val="24"/>
              </w:rPr>
              <w:t>21.20.24.180</w:t>
            </w:r>
          </w:p>
        </w:tc>
        <w:tc>
          <w:tcPr>
            <w:tcW w:w="680" w:type="dxa"/>
            <w:vAlign w:val="center"/>
          </w:tcPr>
          <w:p w14:paraId="1FCD49DC" w14:textId="20F313E5" w:rsidR="00CD3FA5" w:rsidRPr="00F13106" w:rsidRDefault="00CD3FA5" w:rsidP="00CD3FA5">
            <w:pPr>
              <w:spacing w:after="0"/>
              <w:jc w:val="center"/>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1973379" w14:textId="6863DE3C" w:rsidR="00CD3FA5" w:rsidRPr="00F13106" w:rsidRDefault="00CD3FA5" w:rsidP="00CD3FA5">
            <w:pPr>
              <w:spacing w:after="0"/>
              <w:jc w:val="center"/>
              <w:rPr>
                <w:rFonts w:cs="Times New Roman"/>
              </w:rPr>
            </w:pPr>
            <w:r w:rsidRPr="00446659">
              <w:rPr>
                <w:rFonts w:cs="Times New Roman"/>
                <w:sz w:val="24"/>
                <w:szCs w:val="24"/>
              </w:rPr>
              <w:t>2</w:t>
            </w:r>
          </w:p>
        </w:tc>
        <w:tc>
          <w:tcPr>
            <w:tcW w:w="1360" w:type="dxa"/>
            <w:vAlign w:val="center"/>
          </w:tcPr>
          <w:p w14:paraId="409E656D" w14:textId="77777777" w:rsidR="00CD3FA5" w:rsidRPr="00F13106" w:rsidRDefault="00CD3FA5" w:rsidP="00CD3FA5">
            <w:pPr>
              <w:spacing w:after="0"/>
              <w:jc w:val="center"/>
              <w:rPr>
                <w:rFonts w:cs="Times New Roman"/>
              </w:rPr>
            </w:pPr>
          </w:p>
        </w:tc>
        <w:tc>
          <w:tcPr>
            <w:tcW w:w="1417" w:type="dxa"/>
            <w:vAlign w:val="center"/>
          </w:tcPr>
          <w:p w14:paraId="17A5D07B" w14:textId="77777777" w:rsidR="00CD3FA5" w:rsidRPr="00F13106" w:rsidRDefault="00CD3FA5" w:rsidP="00CD3FA5">
            <w:pPr>
              <w:spacing w:after="0"/>
              <w:jc w:val="center"/>
              <w:rPr>
                <w:rFonts w:cs="Times New Roman"/>
              </w:rPr>
            </w:pPr>
          </w:p>
        </w:tc>
        <w:tc>
          <w:tcPr>
            <w:tcW w:w="2325" w:type="dxa"/>
            <w:vAlign w:val="center"/>
          </w:tcPr>
          <w:p w14:paraId="4F3BB5E8" w14:textId="77777777" w:rsidR="00CD3FA5" w:rsidRPr="00F13106" w:rsidRDefault="00CD3FA5" w:rsidP="00CD3FA5">
            <w:pPr>
              <w:spacing w:after="0"/>
              <w:rPr>
                <w:rFonts w:cs="Times New Roman"/>
              </w:rPr>
            </w:pPr>
          </w:p>
        </w:tc>
      </w:tr>
      <w:tr w:rsidR="00CD3FA5" w:rsidRPr="00F13106" w14:paraId="0E0204DF" w14:textId="77777777" w:rsidTr="00FB028A">
        <w:trPr>
          <w:cantSplit/>
          <w:jc w:val="center"/>
        </w:trPr>
        <w:tc>
          <w:tcPr>
            <w:tcW w:w="454" w:type="dxa"/>
            <w:vAlign w:val="center"/>
          </w:tcPr>
          <w:p w14:paraId="61936299" w14:textId="693169CA" w:rsidR="00CD3FA5" w:rsidRPr="00555F21" w:rsidRDefault="00CD3FA5" w:rsidP="00CD3FA5">
            <w:pPr>
              <w:spacing w:after="0"/>
              <w:jc w:val="center"/>
              <w:rPr>
                <w:rFonts w:cs="Times New Roman"/>
                <w:lang w:val="ru-RU"/>
              </w:rPr>
            </w:pPr>
            <w:r>
              <w:rPr>
                <w:rFonts w:cs="Times New Roman"/>
                <w:lang w:val="ru-RU"/>
              </w:rPr>
              <w:t>3</w:t>
            </w:r>
          </w:p>
        </w:tc>
        <w:tc>
          <w:tcPr>
            <w:tcW w:w="4821" w:type="dxa"/>
            <w:vAlign w:val="center"/>
          </w:tcPr>
          <w:p w14:paraId="6E3A6889" w14:textId="53EAC68C" w:rsidR="00CD3FA5" w:rsidRPr="00F13106" w:rsidRDefault="00CD3FA5" w:rsidP="00CD3FA5">
            <w:pPr>
              <w:spacing w:after="0"/>
              <w:rPr>
                <w:rFonts w:cs="Times New Roman"/>
              </w:rPr>
            </w:pPr>
            <w:r w:rsidRPr="00446659">
              <w:rPr>
                <w:rFonts w:cs="Times New Roman"/>
                <w:sz w:val="24"/>
                <w:szCs w:val="24"/>
              </w:rPr>
              <w:t>BK</w:t>
            </w:r>
            <w:r w:rsidRPr="00446659">
              <w:rPr>
                <w:rFonts w:cs="Times New Roman"/>
                <w:sz w:val="24"/>
                <w:szCs w:val="24"/>
                <w:lang w:val="ru-RU"/>
              </w:rPr>
              <w:t xml:space="preserve"> 1001 - Копирка прямая синяя 200мкм. </w:t>
            </w:r>
            <w:r w:rsidRPr="00446659">
              <w:rPr>
                <w:rFonts w:cs="Times New Roman"/>
                <w:sz w:val="24"/>
                <w:szCs w:val="24"/>
              </w:rPr>
              <w:t>(300л.), Bausch</w:t>
            </w:r>
          </w:p>
        </w:tc>
        <w:tc>
          <w:tcPr>
            <w:tcW w:w="1530" w:type="dxa"/>
            <w:vAlign w:val="center"/>
          </w:tcPr>
          <w:p w14:paraId="51C9519F" w14:textId="421E40AA" w:rsidR="00CD3FA5" w:rsidRPr="00F13106" w:rsidRDefault="00CD3FA5" w:rsidP="00CD3FA5">
            <w:pPr>
              <w:spacing w:after="0"/>
              <w:jc w:val="center"/>
              <w:rPr>
                <w:rFonts w:cs="Times New Roman"/>
              </w:rPr>
            </w:pPr>
            <w:r w:rsidRPr="00446659">
              <w:rPr>
                <w:rFonts w:cs="Times New Roman"/>
                <w:sz w:val="24"/>
                <w:szCs w:val="24"/>
              </w:rPr>
              <w:t>32.50.50.190</w:t>
            </w:r>
          </w:p>
        </w:tc>
        <w:tc>
          <w:tcPr>
            <w:tcW w:w="680" w:type="dxa"/>
            <w:vAlign w:val="center"/>
          </w:tcPr>
          <w:p w14:paraId="334D125C" w14:textId="284F0598" w:rsidR="00CD3FA5" w:rsidRPr="00F13106" w:rsidRDefault="00CD3FA5" w:rsidP="00CD3FA5">
            <w:pPr>
              <w:spacing w:after="0"/>
              <w:jc w:val="center"/>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EC625D8" w14:textId="5A51A2B9" w:rsidR="00CD3FA5" w:rsidRPr="00F13106" w:rsidRDefault="00CD3FA5" w:rsidP="00CD3FA5">
            <w:pPr>
              <w:spacing w:after="0"/>
              <w:jc w:val="center"/>
              <w:rPr>
                <w:rFonts w:cs="Times New Roman"/>
              </w:rPr>
            </w:pPr>
            <w:r w:rsidRPr="00446659">
              <w:rPr>
                <w:rFonts w:cs="Times New Roman"/>
                <w:sz w:val="24"/>
                <w:szCs w:val="24"/>
              </w:rPr>
              <w:t>20</w:t>
            </w:r>
          </w:p>
        </w:tc>
        <w:tc>
          <w:tcPr>
            <w:tcW w:w="1360" w:type="dxa"/>
            <w:vAlign w:val="center"/>
          </w:tcPr>
          <w:p w14:paraId="02A6A1D2" w14:textId="77777777" w:rsidR="00CD3FA5" w:rsidRPr="00F13106" w:rsidRDefault="00CD3FA5" w:rsidP="00CD3FA5">
            <w:pPr>
              <w:spacing w:after="0"/>
              <w:jc w:val="center"/>
              <w:rPr>
                <w:rFonts w:cs="Times New Roman"/>
              </w:rPr>
            </w:pPr>
          </w:p>
        </w:tc>
        <w:tc>
          <w:tcPr>
            <w:tcW w:w="1417" w:type="dxa"/>
            <w:vAlign w:val="center"/>
          </w:tcPr>
          <w:p w14:paraId="4D9A9A4E" w14:textId="77777777" w:rsidR="00CD3FA5" w:rsidRPr="00F13106" w:rsidRDefault="00CD3FA5" w:rsidP="00CD3FA5">
            <w:pPr>
              <w:spacing w:after="0"/>
              <w:jc w:val="center"/>
              <w:rPr>
                <w:rFonts w:cs="Times New Roman"/>
              </w:rPr>
            </w:pPr>
          </w:p>
        </w:tc>
        <w:tc>
          <w:tcPr>
            <w:tcW w:w="2325" w:type="dxa"/>
            <w:vAlign w:val="center"/>
          </w:tcPr>
          <w:p w14:paraId="3F1E71D6" w14:textId="77777777" w:rsidR="00CD3FA5" w:rsidRPr="00F13106" w:rsidRDefault="00CD3FA5" w:rsidP="00CD3FA5">
            <w:pPr>
              <w:spacing w:after="0"/>
              <w:rPr>
                <w:rFonts w:cs="Times New Roman"/>
              </w:rPr>
            </w:pPr>
          </w:p>
        </w:tc>
      </w:tr>
      <w:tr w:rsidR="00CD3FA5" w:rsidRPr="00F13106" w14:paraId="6CA4CDCD" w14:textId="77777777" w:rsidTr="00FB028A">
        <w:trPr>
          <w:cantSplit/>
          <w:jc w:val="center"/>
        </w:trPr>
        <w:tc>
          <w:tcPr>
            <w:tcW w:w="454" w:type="dxa"/>
            <w:vAlign w:val="center"/>
          </w:tcPr>
          <w:p w14:paraId="25202A2D" w14:textId="47C82D58" w:rsidR="00CD3FA5" w:rsidRDefault="00CD3FA5" w:rsidP="00CD3FA5">
            <w:pPr>
              <w:spacing w:after="0"/>
              <w:jc w:val="center"/>
              <w:rPr>
                <w:rFonts w:cs="Times New Roman"/>
                <w:lang w:val="ru-RU"/>
              </w:rPr>
            </w:pPr>
            <w:r>
              <w:rPr>
                <w:rFonts w:cs="Times New Roman"/>
                <w:lang w:val="ru-RU"/>
              </w:rPr>
              <w:t>4</w:t>
            </w:r>
          </w:p>
        </w:tc>
        <w:tc>
          <w:tcPr>
            <w:tcW w:w="4821" w:type="dxa"/>
            <w:vAlign w:val="center"/>
          </w:tcPr>
          <w:p w14:paraId="5DFED0F8" w14:textId="70CFCF82" w:rsidR="00CD3FA5" w:rsidRPr="00F13106" w:rsidRDefault="00CD3FA5" w:rsidP="00CD3FA5">
            <w:pPr>
              <w:spacing w:after="0"/>
              <w:rPr>
                <w:rFonts w:cs="Times New Roman"/>
              </w:rPr>
            </w:pPr>
            <w:r w:rsidRPr="00446659">
              <w:rPr>
                <w:rFonts w:cs="Times New Roman"/>
                <w:sz w:val="24"/>
                <w:szCs w:val="24"/>
              </w:rPr>
              <w:t>BK</w:t>
            </w:r>
            <w:r w:rsidRPr="00446659">
              <w:rPr>
                <w:rFonts w:cs="Times New Roman"/>
                <w:sz w:val="24"/>
                <w:szCs w:val="24"/>
                <w:lang w:val="ru-RU"/>
              </w:rPr>
              <w:t xml:space="preserve"> 04 - Копирка подкова красная 200мкм. </w:t>
            </w:r>
            <w:r w:rsidRPr="00446659">
              <w:rPr>
                <w:rFonts w:cs="Times New Roman"/>
                <w:sz w:val="24"/>
                <w:szCs w:val="24"/>
              </w:rPr>
              <w:t>(50л.), Bausch</w:t>
            </w:r>
          </w:p>
        </w:tc>
        <w:tc>
          <w:tcPr>
            <w:tcW w:w="1530" w:type="dxa"/>
            <w:vAlign w:val="center"/>
          </w:tcPr>
          <w:p w14:paraId="13A3A505" w14:textId="1DA3A3B5" w:rsidR="00CD3FA5" w:rsidRPr="00F13106" w:rsidRDefault="00CD3FA5" w:rsidP="00CD3FA5">
            <w:pPr>
              <w:spacing w:after="0"/>
              <w:jc w:val="center"/>
              <w:rPr>
                <w:rFonts w:cs="Times New Roman"/>
              </w:rPr>
            </w:pPr>
            <w:r w:rsidRPr="00446659">
              <w:rPr>
                <w:rFonts w:cs="Times New Roman"/>
                <w:sz w:val="24"/>
                <w:szCs w:val="24"/>
              </w:rPr>
              <w:t>32.50.50.190</w:t>
            </w:r>
          </w:p>
        </w:tc>
        <w:tc>
          <w:tcPr>
            <w:tcW w:w="680" w:type="dxa"/>
            <w:vAlign w:val="center"/>
          </w:tcPr>
          <w:p w14:paraId="07FE6C03" w14:textId="7A96640B" w:rsidR="00CD3FA5" w:rsidRPr="00F13106" w:rsidRDefault="00CD3FA5" w:rsidP="00CD3FA5">
            <w:pPr>
              <w:spacing w:after="0"/>
              <w:jc w:val="center"/>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6827599" w14:textId="08DC87E0" w:rsidR="00CD3FA5" w:rsidRPr="00F13106" w:rsidRDefault="00CD3FA5" w:rsidP="00CD3FA5">
            <w:pPr>
              <w:spacing w:after="0"/>
              <w:jc w:val="center"/>
              <w:rPr>
                <w:rFonts w:cs="Times New Roman"/>
              </w:rPr>
            </w:pPr>
            <w:r w:rsidRPr="00446659">
              <w:rPr>
                <w:rFonts w:cs="Times New Roman"/>
                <w:sz w:val="24"/>
                <w:szCs w:val="24"/>
              </w:rPr>
              <w:t>20</w:t>
            </w:r>
          </w:p>
        </w:tc>
        <w:tc>
          <w:tcPr>
            <w:tcW w:w="1360" w:type="dxa"/>
            <w:vAlign w:val="center"/>
          </w:tcPr>
          <w:p w14:paraId="15E64580" w14:textId="77777777" w:rsidR="00CD3FA5" w:rsidRPr="00F13106" w:rsidRDefault="00CD3FA5" w:rsidP="00CD3FA5">
            <w:pPr>
              <w:spacing w:after="0"/>
              <w:jc w:val="center"/>
              <w:rPr>
                <w:rFonts w:cs="Times New Roman"/>
              </w:rPr>
            </w:pPr>
          </w:p>
        </w:tc>
        <w:tc>
          <w:tcPr>
            <w:tcW w:w="1417" w:type="dxa"/>
            <w:vAlign w:val="center"/>
          </w:tcPr>
          <w:p w14:paraId="3E050DF3" w14:textId="77777777" w:rsidR="00CD3FA5" w:rsidRPr="00F13106" w:rsidRDefault="00CD3FA5" w:rsidP="00CD3FA5">
            <w:pPr>
              <w:spacing w:after="0"/>
              <w:jc w:val="center"/>
              <w:rPr>
                <w:rFonts w:cs="Times New Roman"/>
              </w:rPr>
            </w:pPr>
          </w:p>
        </w:tc>
        <w:tc>
          <w:tcPr>
            <w:tcW w:w="2325" w:type="dxa"/>
            <w:vAlign w:val="center"/>
          </w:tcPr>
          <w:p w14:paraId="62F503EF" w14:textId="77777777" w:rsidR="00CD3FA5" w:rsidRPr="00F13106" w:rsidRDefault="00CD3FA5" w:rsidP="00CD3FA5">
            <w:pPr>
              <w:spacing w:after="0"/>
              <w:rPr>
                <w:rFonts w:cs="Times New Roman"/>
              </w:rPr>
            </w:pPr>
          </w:p>
        </w:tc>
      </w:tr>
      <w:tr w:rsidR="00CD3FA5" w:rsidRPr="00F13106" w14:paraId="73043BC0" w14:textId="77777777" w:rsidTr="00FB028A">
        <w:trPr>
          <w:cantSplit/>
          <w:jc w:val="center"/>
        </w:trPr>
        <w:tc>
          <w:tcPr>
            <w:tcW w:w="454" w:type="dxa"/>
            <w:vAlign w:val="center"/>
          </w:tcPr>
          <w:p w14:paraId="7E81A896" w14:textId="59661518" w:rsidR="00CD3FA5" w:rsidRPr="00FB028A" w:rsidRDefault="00CD3FA5" w:rsidP="00CD3FA5">
            <w:pPr>
              <w:spacing w:after="0"/>
              <w:jc w:val="right"/>
              <w:rPr>
                <w:rFonts w:cs="Times New Roman"/>
                <w:lang w:val="ru-RU"/>
              </w:rPr>
            </w:pPr>
            <w:r>
              <w:rPr>
                <w:rFonts w:cs="Times New Roman"/>
                <w:lang w:val="ru-RU"/>
              </w:rPr>
              <w:t>5</w:t>
            </w:r>
          </w:p>
        </w:tc>
        <w:tc>
          <w:tcPr>
            <w:tcW w:w="4821" w:type="dxa"/>
            <w:vAlign w:val="center"/>
          </w:tcPr>
          <w:p w14:paraId="4F2D90EE" w14:textId="6F58A895" w:rsidR="00CD3FA5" w:rsidRPr="00F13106" w:rsidRDefault="00CD3FA5" w:rsidP="00CD3FA5">
            <w:pPr>
              <w:spacing w:after="0"/>
              <w:rPr>
                <w:rFonts w:cs="Times New Roman"/>
              </w:rPr>
            </w:pPr>
            <w:proofErr w:type="spellStart"/>
            <w:r w:rsidRPr="00446659">
              <w:rPr>
                <w:rFonts w:cs="Times New Roman"/>
                <w:sz w:val="24"/>
                <w:szCs w:val="24"/>
              </w:rPr>
              <w:t>Гемостаб</w:t>
            </w:r>
            <w:proofErr w:type="spellEnd"/>
            <w:r w:rsidRPr="00446659">
              <w:rPr>
                <w:rFonts w:cs="Times New Roman"/>
                <w:sz w:val="24"/>
                <w:szCs w:val="24"/>
              </w:rPr>
              <w:t xml:space="preserve"> AlCl3 (13мл.), </w:t>
            </w:r>
            <w:proofErr w:type="spellStart"/>
            <w:r w:rsidRPr="00446659">
              <w:rPr>
                <w:rFonts w:cs="Times New Roman"/>
                <w:sz w:val="24"/>
                <w:szCs w:val="24"/>
              </w:rPr>
              <w:t>Омега</w:t>
            </w:r>
            <w:proofErr w:type="spellEnd"/>
          </w:p>
        </w:tc>
        <w:tc>
          <w:tcPr>
            <w:tcW w:w="1530" w:type="dxa"/>
            <w:vAlign w:val="center"/>
          </w:tcPr>
          <w:p w14:paraId="221DDFD7" w14:textId="29CC2A73"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6F210BBA" w14:textId="7688F34D"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61CBC97E" w14:textId="0F5548BC"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61FDC867" w14:textId="77777777" w:rsidR="00CD3FA5" w:rsidRPr="00F13106" w:rsidRDefault="00CD3FA5" w:rsidP="00CD3FA5">
            <w:pPr>
              <w:spacing w:after="0"/>
              <w:jc w:val="right"/>
              <w:rPr>
                <w:rFonts w:cs="Times New Roman"/>
              </w:rPr>
            </w:pPr>
          </w:p>
        </w:tc>
        <w:tc>
          <w:tcPr>
            <w:tcW w:w="1417" w:type="dxa"/>
            <w:vAlign w:val="center"/>
          </w:tcPr>
          <w:p w14:paraId="5FFE0B41" w14:textId="77777777" w:rsidR="00CD3FA5" w:rsidRPr="00F13106" w:rsidRDefault="00CD3FA5" w:rsidP="00CD3FA5">
            <w:pPr>
              <w:spacing w:after="0"/>
              <w:jc w:val="right"/>
              <w:rPr>
                <w:rFonts w:cs="Times New Roman"/>
              </w:rPr>
            </w:pPr>
          </w:p>
        </w:tc>
        <w:tc>
          <w:tcPr>
            <w:tcW w:w="2325" w:type="dxa"/>
            <w:vAlign w:val="center"/>
          </w:tcPr>
          <w:p w14:paraId="3002B5C6" w14:textId="77777777" w:rsidR="00CD3FA5" w:rsidRPr="00F13106" w:rsidRDefault="00CD3FA5" w:rsidP="00CD3FA5">
            <w:pPr>
              <w:spacing w:after="0"/>
              <w:jc w:val="right"/>
              <w:rPr>
                <w:rFonts w:cs="Times New Roman"/>
              </w:rPr>
            </w:pPr>
          </w:p>
        </w:tc>
      </w:tr>
      <w:tr w:rsidR="00CD3FA5" w:rsidRPr="00F13106" w14:paraId="1E278DF3" w14:textId="77777777" w:rsidTr="00FB028A">
        <w:trPr>
          <w:cantSplit/>
          <w:jc w:val="center"/>
        </w:trPr>
        <w:tc>
          <w:tcPr>
            <w:tcW w:w="454" w:type="dxa"/>
            <w:vAlign w:val="center"/>
          </w:tcPr>
          <w:p w14:paraId="09B01C31" w14:textId="4B2250E6" w:rsidR="00CD3FA5" w:rsidRPr="00FB028A" w:rsidRDefault="00CD3FA5" w:rsidP="00CD3FA5">
            <w:pPr>
              <w:spacing w:after="0"/>
              <w:jc w:val="right"/>
              <w:rPr>
                <w:rFonts w:cs="Times New Roman"/>
                <w:lang w:val="ru-RU"/>
              </w:rPr>
            </w:pPr>
            <w:r>
              <w:rPr>
                <w:rFonts w:cs="Times New Roman"/>
                <w:lang w:val="ru-RU"/>
              </w:rPr>
              <w:t>6</w:t>
            </w:r>
          </w:p>
        </w:tc>
        <w:tc>
          <w:tcPr>
            <w:tcW w:w="4821" w:type="dxa"/>
            <w:vAlign w:val="center"/>
          </w:tcPr>
          <w:p w14:paraId="44363D6C" w14:textId="37484DCC" w:rsidR="00CD3FA5" w:rsidRPr="00F13106" w:rsidRDefault="00CD3FA5" w:rsidP="00CD3FA5">
            <w:pPr>
              <w:spacing w:after="0"/>
              <w:rPr>
                <w:rFonts w:cs="Times New Roman"/>
              </w:rPr>
            </w:pPr>
            <w:proofErr w:type="spellStart"/>
            <w:r w:rsidRPr="00446659">
              <w:rPr>
                <w:rFonts w:cs="Times New Roman"/>
                <w:sz w:val="24"/>
                <w:szCs w:val="24"/>
              </w:rPr>
              <w:t>Глуфторэд</w:t>
            </w:r>
            <w:proofErr w:type="spellEnd"/>
            <w:r w:rsidRPr="00446659">
              <w:rPr>
                <w:rFonts w:cs="Times New Roman"/>
                <w:sz w:val="24"/>
                <w:szCs w:val="24"/>
              </w:rPr>
              <w:t xml:space="preserve"> (10мл.), </w:t>
            </w:r>
            <w:proofErr w:type="spellStart"/>
            <w:r w:rsidRPr="00446659">
              <w:rPr>
                <w:rFonts w:cs="Times New Roman"/>
                <w:sz w:val="24"/>
                <w:szCs w:val="24"/>
              </w:rPr>
              <w:t>Владмива</w:t>
            </w:r>
            <w:proofErr w:type="spellEnd"/>
          </w:p>
        </w:tc>
        <w:tc>
          <w:tcPr>
            <w:tcW w:w="1530" w:type="dxa"/>
            <w:vAlign w:val="center"/>
          </w:tcPr>
          <w:p w14:paraId="6FDF25DC" w14:textId="1885537F"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5EBC49A7" w14:textId="7EEAD42B"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86278AF" w14:textId="55D41C27" w:rsidR="00CD3FA5" w:rsidRPr="00F13106" w:rsidRDefault="00CD3FA5" w:rsidP="00CD3FA5">
            <w:pPr>
              <w:spacing w:after="0"/>
              <w:jc w:val="center"/>
              <w:rPr>
                <w:rFonts w:cs="Times New Roman"/>
              </w:rPr>
            </w:pPr>
            <w:r w:rsidRPr="00446659">
              <w:rPr>
                <w:rFonts w:cs="Times New Roman"/>
                <w:sz w:val="24"/>
                <w:szCs w:val="24"/>
              </w:rPr>
              <w:t>3</w:t>
            </w:r>
          </w:p>
        </w:tc>
        <w:tc>
          <w:tcPr>
            <w:tcW w:w="1360" w:type="dxa"/>
            <w:vAlign w:val="center"/>
          </w:tcPr>
          <w:p w14:paraId="74BCDCCA" w14:textId="77777777" w:rsidR="00CD3FA5" w:rsidRPr="00F13106" w:rsidRDefault="00CD3FA5" w:rsidP="00CD3FA5">
            <w:pPr>
              <w:spacing w:after="0"/>
              <w:jc w:val="right"/>
              <w:rPr>
                <w:rFonts w:cs="Times New Roman"/>
              </w:rPr>
            </w:pPr>
          </w:p>
        </w:tc>
        <w:tc>
          <w:tcPr>
            <w:tcW w:w="1417" w:type="dxa"/>
            <w:vAlign w:val="center"/>
          </w:tcPr>
          <w:p w14:paraId="0C6F1E1B" w14:textId="77777777" w:rsidR="00CD3FA5" w:rsidRPr="00F13106" w:rsidRDefault="00CD3FA5" w:rsidP="00CD3FA5">
            <w:pPr>
              <w:spacing w:after="0"/>
              <w:jc w:val="right"/>
              <w:rPr>
                <w:rFonts w:cs="Times New Roman"/>
              </w:rPr>
            </w:pPr>
          </w:p>
        </w:tc>
        <w:tc>
          <w:tcPr>
            <w:tcW w:w="2325" w:type="dxa"/>
            <w:vAlign w:val="center"/>
          </w:tcPr>
          <w:p w14:paraId="1DE2BADE" w14:textId="77777777" w:rsidR="00CD3FA5" w:rsidRPr="00F13106" w:rsidRDefault="00CD3FA5" w:rsidP="00CD3FA5">
            <w:pPr>
              <w:spacing w:after="0"/>
              <w:jc w:val="right"/>
              <w:rPr>
                <w:rFonts w:cs="Times New Roman"/>
              </w:rPr>
            </w:pPr>
          </w:p>
        </w:tc>
      </w:tr>
      <w:tr w:rsidR="00CD3FA5" w:rsidRPr="00FB028A" w14:paraId="2D99828C" w14:textId="77777777" w:rsidTr="00FB028A">
        <w:trPr>
          <w:cantSplit/>
          <w:jc w:val="center"/>
        </w:trPr>
        <w:tc>
          <w:tcPr>
            <w:tcW w:w="454" w:type="dxa"/>
            <w:vAlign w:val="center"/>
          </w:tcPr>
          <w:p w14:paraId="6E7D58B3" w14:textId="21FC25F7" w:rsidR="00CD3FA5" w:rsidRPr="00FB028A" w:rsidRDefault="00CD3FA5" w:rsidP="00CD3FA5">
            <w:pPr>
              <w:spacing w:after="0"/>
              <w:jc w:val="right"/>
              <w:rPr>
                <w:rFonts w:cs="Times New Roman"/>
                <w:lang w:val="ru-RU"/>
              </w:rPr>
            </w:pPr>
            <w:r>
              <w:rPr>
                <w:rFonts w:cs="Times New Roman"/>
                <w:lang w:val="ru-RU"/>
              </w:rPr>
              <w:t>7</w:t>
            </w:r>
          </w:p>
        </w:tc>
        <w:tc>
          <w:tcPr>
            <w:tcW w:w="4821" w:type="dxa"/>
            <w:vAlign w:val="center"/>
          </w:tcPr>
          <w:p w14:paraId="59C0B86C" w14:textId="6BDD53B6" w:rsidR="00CD3FA5" w:rsidRPr="00FB028A" w:rsidRDefault="00CD3FA5" w:rsidP="00CD3FA5">
            <w:pPr>
              <w:spacing w:after="0"/>
              <w:rPr>
                <w:rFonts w:cs="Times New Roman"/>
                <w:lang w:val="ru-RU"/>
              </w:rPr>
            </w:pPr>
            <w:r w:rsidRPr="00446659">
              <w:rPr>
                <w:rFonts w:cs="Times New Roman"/>
                <w:sz w:val="24"/>
                <w:szCs w:val="24"/>
                <w:lang w:val="ru-RU"/>
              </w:rPr>
              <w:t xml:space="preserve">Дентин-паста - без отдушки (50гр.), </w:t>
            </w:r>
            <w:proofErr w:type="spellStart"/>
            <w:r w:rsidRPr="00446659">
              <w:rPr>
                <w:rFonts w:cs="Times New Roman"/>
                <w:sz w:val="24"/>
                <w:szCs w:val="24"/>
                <w:lang w:val="ru-RU"/>
              </w:rPr>
              <w:t>Владмива</w:t>
            </w:r>
            <w:proofErr w:type="spellEnd"/>
          </w:p>
        </w:tc>
        <w:tc>
          <w:tcPr>
            <w:tcW w:w="1530" w:type="dxa"/>
            <w:vAlign w:val="center"/>
          </w:tcPr>
          <w:p w14:paraId="516FE891" w14:textId="4DE1012F"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4D39DAA4" w14:textId="11DA77ED"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F85A8DC" w14:textId="4548E56D" w:rsidR="00CD3FA5" w:rsidRPr="00FB028A" w:rsidRDefault="00CD3FA5" w:rsidP="00CD3FA5">
            <w:pPr>
              <w:spacing w:after="0"/>
              <w:jc w:val="center"/>
              <w:rPr>
                <w:rFonts w:cs="Times New Roman"/>
                <w:lang w:val="ru-RU"/>
              </w:rPr>
            </w:pPr>
            <w:r w:rsidRPr="00446659">
              <w:rPr>
                <w:rFonts w:cs="Times New Roman"/>
                <w:sz w:val="24"/>
                <w:szCs w:val="24"/>
              </w:rPr>
              <w:t>10</w:t>
            </w:r>
          </w:p>
        </w:tc>
        <w:tc>
          <w:tcPr>
            <w:tcW w:w="1360" w:type="dxa"/>
            <w:vAlign w:val="center"/>
          </w:tcPr>
          <w:p w14:paraId="05ABCD40" w14:textId="77777777" w:rsidR="00CD3FA5" w:rsidRPr="00FB028A" w:rsidRDefault="00CD3FA5" w:rsidP="00CD3FA5">
            <w:pPr>
              <w:spacing w:after="0"/>
              <w:jc w:val="right"/>
              <w:rPr>
                <w:rFonts w:cs="Times New Roman"/>
                <w:lang w:val="ru-RU"/>
              </w:rPr>
            </w:pPr>
          </w:p>
        </w:tc>
        <w:tc>
          <w:tcPr>
            <w:tcW w:w="1417" w:type="dxa"/>
            <w:vAlign w:val="center"/>
          </w:tcPr>
          <w:p w14:paraId="2AEDD51C" w14:textId="77777777" w:rsidR="00CD3FA5" w:rsidRPr="00FB028A" w:rsidRDefault="00CD3FA5" w:rsidP="00CD3FA5">
            <w:pPr>
              <w:spacing w:after="0"/>
              <w:jc w:val="right"/>
              <w:rPr>
                <w:rFonts w:cs="Times New Roman"/>
                <w:lang w:val="ru-RU"/>
              </w:rPr>
            </w:pPr>
          </w:p>
        </w:tc>
        <w:tc>
          <w:tcPr>
            <w:tcW w:w="2325" w:type="dxa"/>
            <w:vAlign w:val="center"/>
          </w:tcPr>
          <w:p w14:paraId="01156A3E" w14:textId="77777777" w:rsidR="00CD3FA5" w:rsidRPr="00FB028A" w:rsidRDefault="00CD3FA5" w:rsidP="00CD3FA5">
            <w:pPr>
              <w:spacing w:after="0"/>
              <w:jc w:val="right"/>
              <w:rPr>
                <w:rFonts w:cs="Times New Roman"/>
                <w:lang w:val="ru-RU"/>
              </w:rPr>
            </w:pPr>
          </w:p>
        </w:tc>
      </w:tr>
      <w:tr w:rsidR="00CD3FA5" w:rsidRPr="00FB028A" w14:paraId="53CB2CA3" w14:textId="77777777" w:rsidTr="00FB028A">
        <w:trPr>
          <w:cantSplit/>
          <w:jc w:val="center"/>
        </w:trPr>
        <w:tc>
          <w:tcPr>
            <w:tcW w:w="454" w:type="dxa"/>
            <w:vAlign w:val="center"/>
          </w:tcPr>
          <w:p w14:paraId="75320D46" w14:textId="7A79C0D5" w:rsidR="00CD3FA5" w:rsidRPr="00FB028A" w:rsidRDefault="00CD3FA5" w:rsidP="00CD3FA5">
            <w:pPr>
              <w:spacing w:after="0"/>
              <w:jc w:val="right"/>
              <w:rPr>
                <w:rFonts w:cs="Times New Roman"/>
                <w:lang w:val="ru-RU"/>
              </w:rPr>
            </w:pPr>
            <w:r>
              <w:rPr>
                <w:rFonts w:cs="Times New Roman"/>
                <w:lang w:val="ru-RU"/>
              </w:rPr>
              <w:t>8</w:t>
            </w:r>
          </w:p>
        </w:tc>
        <w:tc>
          <w:tcPr>
            <w:tcW w:w="4821" w:type="dxa"/>
            <w:vAlign w:val="center"/>
          </w:tcPr>
          <w:p w14:paraId="1C3428A9" w14:textId="24E16DB2" w:rsidR="00CD3FA5" w:rsidRPr="00FB028A" w:rsidRDefault="00CD3FA5" w:rsidP="00CD3FA5">
            <w:pPr>
              <w:spacing w:after="0"/>
              <w:rPr>
                <w:rFonts w:cs="Times New Roman"/>
                <w:lang w:val="ru-RU"/>
              </w:rPr>
            </w:pPr>
            <w:r w:rsidRPr="00446659">
              <w:rPr>
                <w:rFonts w:cs="Times New Roman"/>
                <w:sz w:val="24"/>
                <w:szCs w:val="24"/>
                <w:lang w:val="ru-RU"/>
              </w:rPr>
              <w:t xml:space="preserve">Спрей </w:t>
            </w:r>
            <w:proofErr w:type="spellStart"/>
            <w:r w:rsidRPr="00446659">
              <w:rPr>
                <w:rFonts w:cs="Times New Roman"/>
                <w:sz w:val="24"/>
                <w:szCs w:val="24"/>
                <w:lang w:val="ru-RU"/>
              </w:rPr>
              <w:t>окклюзионный</w:t>
            </w:r>
            <w:proofErr w:type="spellEnd"/>
            <w:r w:rsidRPr="00446659">
              <w:rPr>
                <w:rFonts w:cs="Times New Roman"/>
                <w:sz w:val="24"/>
                <w:szCs w:val="24"/>
                <w:lang w:val="ru-RU"/>
              </w:rPr>
              <w:t xml:space="preserve"> зелёный (75мл.), </w:t>
            </w:r>
            <w:r w:rsidRPr="00446659">
              <w:rPr>
                <w:rFonts w:cs="Times New Roman"/>
                <w:sz w:val="24"/>
                <w:szCs w:val="24"/>
              </w:rPr>
              <w:t>Yeti</w:t>
            </w:r>
          </w:p>
        </w:tc>
        <w:tc>
          <w:tcPr>
            <w:tcW w:w="1530" w:type="dxa"/>
            <w:vAlign w:val="center"/>
          </w:tcPr>
          <w:p w14:paraId="18089EC2" w14:textId="4BF73DF1"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1DBF3745" w14:textId="05376DC8"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BB80DC9" w14:textId="18965799" w:rsidR="00CD3FA5" w:rsidRPr="00FB028A" w:rsidRDefault="00CD3FA5" w:rsidP="00CD3FA5">
            <w:pPr>
              <w:spacing w:after="0"/>
              <w:jc w:val="center"/>
              <w:rPr>
                <w:rFonts w:cs="Times New Roman"/>
                <w:lang w:val="ru-RU"/>
              </w:rPr>
            </w:pPr>
            <w:r w:rsidRPr="00446659">
              <w:rPr>
                <w:rFonts w:cs="Times New Roman"/>
                <w:sz w:val="24"/>
                <w:szCs w:val="24"/>
              </w:rPr>
              <w:t>5</w:t>
            </w:r>
          </w:p>
        </w:tc>
        <w:tc>
          <w:tcPr>
            <w:tcW w:w="1360" w:type="dxa"/>
            <w:vAlign w:val="center"/>
          </w:tcPr>
          <w:p w14:paraId="6EF5A8F1" w14:textId="77777777" w:rsidR="00CD3FA5" w:rsidRPr="00FB028A" w:rsidRDefault="00CD3FA5" w:rsidP="00CD3FA5">
            <w:pPr>
              <w:spacing w:after="0"/>
              <w:jc w:val="right"/>
              <w:rPr>
                <w:rFonts w:cs="Times New Roman"/>
                <w:lang w:val="ru-RU"/>
              </w:rPr>
            </w:pPr>
          </w:p>
        </w:tc>
        <w:tc>
          <w:tcPr>
            <w:tcW w:w="1417" w:type="dxa"/>
            <w:vAlign w:val="center"/>
          </w:tcPr>
          <w:p w14:paraId="615F05FB" w14:textId="77777777" w:rsidR="00CD3FA5" w:rsidRPr="00FB028A" w:rsidRDefault="00CD3FA5" w:rsidP="00CD3FA5">
            <w:pPr>
              <w:spacing w:after="0"/>
              <w:jc w:val="right"/>
              <w:rPr>
                <w:rFonts w:cs="Times New Roman"/>
                <w:lang w:val="ru-RU"/>
              </w:rPr>
            </w:pPr>
          </w:p>
        </w:tc>
        <w:tc>
          <w:tcPr>
            <w:tcW w:w="2325" w:type="dxa"/>
            <w:vAlign w:val="center"/>
          </w:tcPr>
          <w:p w14:paraId="157565B2" w14:textId="77777777" w:rsidR="00CD3FA5" w:rsidRPr="00FB028A" w:rsidRDefault="00CD3FA5" w:rsidP="00CD3FA5">
            <w:pPr>
              <w:spacing w:after="0"/>
              <w:jc w:val="right"/>
              <w:rPr>
                <w:rFonts w:cs="Times New Roman"/>
                <w:lang w:val="ru-RU"/>
              </w:rPr>
            </w:pPr>
          </w:p>
        </w:tc>
      </w:tr>
      <w:tr w:rsidR="00CD3FA5" w:rsidRPr="00F13106" w14:paraId="2E1935BB" w14:textId="77777777" w:rsidTr="00FB028A">
        <w:trPr>
          <w:cantSplit/>
          <w:jc w:val="center"/>
        </w:trPr>
        <w:tc>
          <w:tcPr>
            <w:tcW w:w="454" w:type="dxa"/>
            <w:vAlign w:val="center"/>
          </w:tcPr>
          <w:p w14:paraId="347C544A" w14:textId="1DD5FA08" w:rsidR="00CD3FA5" w:rsidRPr="00FB028A" w:rsidRDefault="00CD3FA5" w:rsidP="00CD3FA5">
            <w:pPr>
              <w:spacing w:after="0"/>
              <w:jc w:val="right"/>
              <w:rPr>
                <w:rFonts w:cs="Times New Roman"/>
                <w:lang w:val="ru-RU"/>
              </w:rPr>
            </w:pPr>
            <w:r>
              <w:rPr>
                <w:rFonts w:cs="Times New Roman"/>
                <w:lang w:val="ru-RU"/>
              </w:rPr>
              <w:t>9</w:t>
            </w:r>
          </w:p>
        </w:tc>
        <w:tc>
          <w:tcPr>
            <w:tcW w:w="4821" w:type="dxa"/>
            <w:vAlign w:val="center"/>
          </w:tcPr>
          <w:p w14:paraId="20BA6404" w14:textId="773A13D0" w:rsidR="00CD3FA5" w:rsidRPr="00F13106" w:rsidRDefault="00CD3FA5" w:rsidP="00CD3FA5">
            <w:pPr>
              <w:spacing w:after="0"/>
              <w:rPr>
                <w:rFonts w:cs="Times New Roman"/>
              </w:rPr>
            </w:pPr>
            <w:proofErr w:type="spellStart"/>
            <w:r w:rsidRPr="00446659">
              <w:rPr>
                <w:rFonts w:cs="Times New Roman"/>
                <w:sz w:val="24"/>
                <w:szCs w:val="24"/>
              </w:rPr>
              <w:t>Orthoprint</w:t>
            </w:r>
            <w:proofErr w:type="spellEnd"/>
            <w:r w:rsidRPr="00446659">
              <w:rPr>
                <w:rFonts w:cs="Times New Roman"/>
                <w:sz w:val="24"/>
                <w:szCs w:val="24"/>
              </w:rPr>
              <w:t xml:space="preserve"> (500гр.), </w:t>
            </w:r>
            <w:proofErr w:type="spellStart"/>
            <w:r w:rsidRPr="00446659">
              <w:rPr>
                <w:rFonts w:cs="Times New Roman"/>
                <w:sz w:val="24"/>
                <w:szCs w:val="24"/>
              </w:rPr>
              <w:t>Zhermack</w:t>
            </w:r>
            <w:proofErr w:type="spellEnd"/>
          </w:p>
        </w:tc>
        <w:tc>
          <w:tcPr>
            <w:tcW w:w="1530" w:type="dxa"/>
            <w:vAlign w:val="center"/>
          </w:tcPr>
          <w:p w14:paraId="299BABB8" w14:textId="67102688"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54178982" w14:textId="3A7B4B5A"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6032E00" w14:textId="5AAB499E" w:rsidR="00CD3FA5" w:rsidRPr="00F13106" w:rsidRDefault="00CD3FA5" w:rsidP="00CD3FA5">
            <w:pPr>
              <w:spacing w:after="0"/>
              <w:jc w:val="center"/>
              <w:rPr>
                <w:rFonts w:cs="Times New Roman"/>
              </w:rPr>
            </w:pPr>
            <w:r w:rsidRPr="00446659">
              <w:rPr>
                <w:rFonts w:cs="Times New Roman"/>
                <w:sz w:val="24"/>
                <w:szCs w:val="24"/>
              </w:rPr>
              <w:t>75</w:t>
            </w:r>
          </w:p>
        </w:tc>
        <w:tc>
          <w:tcPr>
            <w:tcW w:w="1360" w:type="dxa"/>
            <w:vAlign w:val="center"/>
          </w:tcPr>
          <w:p w14:paraId="63086D72" w14:textId="77777777" w:rsidR="00CD3FA5" w:rsidRPr="00F13106" w:rsidRDefault="00CD3FA5" w:rsidP="00CD3FA5">
            <w:pPr>
              <w:spacing w:after="0"/>
              <w:jc w:val="right"/>
              <w:rPr>
                <w:rFonts w:cs="Times New Roman"/>
              </w:rPr>
            </w:pPr>
          </w:p>
        </w:tc>
        <w:tc>
          <w:tcPr>
            <w:tcW w:w="1417" w:type="dxa"/>
            <w:vAlign w:val="center"/>
          </w:tcPr>
          <w:p w14:paraId="555B9823" w14:textId="77777777" w:rsidR="00CD3FA5" w:rsidRPr="00F13106" w:rsidRDefault="00CD3FA5" w:rsidP="00CD3FA5">
            <w:pPr>
              <w:spacing w:after="0"/>
              <w:jc w:val="right"/>
              <w:rPr>
                <w:rFonts w:cs="Times New Roman"/>
              </w:rPr>
            </w:pPr>
          </w:p>
        </w:tc>
        <w:tc>
          <w:tcPr>
            <w:tcW w:w="2325" w:type="dxa"/>
            <w:vAlign w:val="center"/>
          </w:tcPr>
          <w:p w14:paraId="35E85BDE" w14:textId="77777777" w:rsidR="00CD3FA5" w:rsidRPr="00F13106" w:rsidRDefault="00CD3FA5" w:rsidP="00CD3FA5">
            <w:pPr>
              <w:spacing w:after="0"/>
              <w:jc w:val="right"/>
              <w:rPr>
                <w:rFonts w:cs="Times New Roman"/>
              </w:rPr>
            </w:pPr>
          </w:p>
        </w:tc>
      </w:tr>
      <w:tr w:rsidR="00CD3FA5" w:rsidRPr="00F13106" w14:paraId="72FC9F14" w14:textId="77777777" w:rsidTr="00FB028A">
        <w:trPr>
          <w:cantSplit/>
          <w:jc w:val="center"/>
        </w:trPr>
        <w:tc>
          <w:tcPr>
            <w:tcW w:w="454" w:type="dxa"/>
            <w:vAlign w:val="center"/>
          </w:tcPr>
          <w:p w14:paraId="182F17DC" w14:textId="5732E694" w:rsidR="00CD3FA5" w:rsidRPr="00FB028A" w:rsidRDefault="00CD3FA5" w:rsidP="00CD3FA5">
            <w:pPr>
              <w:spacing w:after="0"/>
              <w:jc w:val="right"/>
              <w:rPr>
                <w:rFonts w:cs="Times New Roman"/>
                <w:lang w:val="ru-RU"/>
              </w:rPr>
            </w:pPr>
            <w:r>
              <w:rPr>
                <w:rFonts w:cs="Times New Roman"/>
                <w:lang w:val="ru-RU"/>
              </w:rPr>
              <w:t>10</w:t>
            </w:r>
          </w:p>
        </w:tc>
        <w:tc>
          <w:tcPr>
            <w:tcW w:w="4821" w:type="dxa"/>
            <w:vAlign w:val="center"/>
          </w:tcPr>
          <w:p w14:paraId="61B30CFD" w14:textId="0A16FDB7" w:rsidR="00CD3FA5" w:rsidRPr="00F13106" w:rsidRDefault="00CD3FA5" w:rsidP="00CD3FA5">
            <w:pPr>
              <w:spacing w:after="0"/>
              <w:rPr>
                <w:rFonts w:cs="Times New Roman"/>
              </w:rPr>
            </w:pPr>
            <w:proofErr w:type="spellStart"/>
            <w:r w:rsidRPr="00446659">
              <w:rPr>
                <w:rFonts w:cs="Times New Roman"/>
                <w:sz w:val="24"/>
                <w:szCs w:val="24"/>
              </w:rPr>
              <w:t>Occlufast</w:t>
            </w:r>
            <w:proofErr w:type="spellEnd"/>
            <w:r w:rsidRPr="00446659">
              <w:rPr>
                <w:rFonts w:cs="Times New Roman"/>
                <w:sz w:val="24"/>
                <w:szCs w:val="24"/>
              </w:rPr>
              <w:t xml:space="preserve"> Rock (2*50мл.), </w:t>
            </w:r>
            <w:proofErr w:type="spellStart"/>
            <w:r w:rsidRPr="00446659">
              <w:rPr>
                <w:rFonts w:cs="Times New Roman"/>
                <w:sz w:val="24"/>
                <w:szCs w:val="24"/>
              </w:rPr>
              <w:t>Zhermack</w:t>
            </w:r>
            <w:proofErr w:type="spellEnd"/>
          </w:p>
        </w:tc>
        <w:tc>
          <w:tcPr>
            <w:tcW w:w="1530" w:type="dxa"/>
            <w:vAlign w:val="center"/>
          </w:tcPr>
          <w:p w14:paraId="2D063D59" w14:textId="71A32364"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636C4756" w14:textId="2706904B"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BF99D6F" w14:textId="783425B6"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42199A71" w14:textId="77777777" w:rsidR="00CD3FA5" w:rsidRPr="00F13106" w:rsidRDefault="00CD3FA5" w:rsidP="00CD3FA5">
            <w:pPr>
              <w:spacing w:after="0"/>
              <w:jc w:val="right"/>
              <w:rPr>
                <w:rFonts w:cs="Times New Roman"/>
              </w:rPr>
            </w:pPr>
          </w:p>
        </w:tc>
        <w:tc>
          <w:tcPr>
            <w:tcW w:w="1417" w:type="dxa"/>
            <w:vAlign w:val="center"/>
          </w:tcPr>
          <w:p w14:paraId="6B46C933" w14:textId="77777777" w:rsidR="00CD3FA5" w:rsidRPr="00F13106" w:rsidRDefault="00CD3FA5" w:rsidP="00CD3FA5">
            <w:pPr>
              <w:spacing w:after="0"/>
              <w:jc w:val="right"/>
              <w:rPr>
                <w:rFonts w:cs="Times New Roman"/>
              </w:rPr>
            </w:pPr>
          </w:p>
        </w:tc>
        <w:tc>
          <w:tcPr>
            <w:tcW w:w="2325" w:type="dxa"/>
            <w:vAlign w:val="center"/>
          </w:tcPr>
          <w:p w14:paraId="15A195CD" w14:textId="77777777" w:rsidR="00CD3FA5" w:rsidRPr="00F13106" w:rsidRDefault="00CD3FA5" w:rsidP="00CD3FA5">
            <w:pPr>
              <w:spacing w:after="0"/>
              <w:jc w:val="right"/>
              <w:rPr>
                <w:rFonts w:cs="Times New Roman"/>
              </w:rPr>
            </w:pPr>
          </w:p>
        </w:tc>
      </w:tr>
      <w:tr w:rsidR="00CD3FA5" w:rsidRPr="00F13106" w14:paraId="781BA068" w14:textId="77777777" w:rsidTr="00FB028A">
        <w:trPr>
          <w:cantSplit/>
          <w:jc w:val="center"/>
        </w:trPr>
        <w:tc>
          <w:tcPr>
            <w:tcW w:w="454" w:type="dxa"/>
            <w:vAlign w:val="center"/>
          </w:tcPr>
          <w:p w14:paraId="639CA70E" w14:textId="3729C56B" w:rsidR="00CD3FA5" w:rsidRPr="00FB028A" w:rsidRDefault="00CD3FA5" w:rsidP="00CD3FA5">
            <w:pPr>
              <w:spacing w:after="0"/>
              <w:jc w:val="right"/>
              <w:rPr>
                <w:rFonts w:cs="Times New Roman"/>
                <w:lang w:val="ru-RU"/>
              </w:rPr>
            </w:pPr>
            <w:r>
              <w:rPr>
                <w:rFonts w:cs="Times New Roman"/>
                <w:lang w:val="ru-RU"/>
              </w:rPr>
              <w:t>11</w:t>
            </w:r>
          </w:p>
        </w:tc>
        <w:tc>
          <w:tcPr>
            <w:tcW w:w="4821" w:type="dxa"/>
            <w:vAlign w:val="center"/>
          </w:tcPr>
          <w:p w14:paraId="0BC19F34" w14:textId="2F0FFF5E" w:rsidR="00CD3FA5" w:rsidRPr="00F13106" w:rsidRDefault="00CD3FA5" w:rsidP="00CD3FA5">
            <w:pPr>
              <w:spacing w:after="0"/>
              <w:rPr>
                <w:rFonts w:cs="Times New Roman"/>
              </w:rPr>
            </w:pPr>
            <w:r w:rsidRPr="00446659">
              <w:rPr>
                <w:rFonts w:cs="Times New Roman"/>
                <w:sz w:val="24"/>
                <w:szCs w:val="24"/>
              </w:rPr>
              <w:t xml:space="preserve">Elite НD+ Putty Soft Normal (2*250мл.), </w:t>
            </w:r>
            <w:proofErr w:type="spellStart"/>
            <w:r w:rsidRPr="00446659">
              <w:rPr>
                <w:rFonts w:cs="Times New Roman"/>
                <w:sz w:val="24"/>
                <w:szCs w:val="24"/>
              </w:rPr>
              <w:t>Zhermack</w:t>
            </w:r>
            <w:proofErr w:type="spellEnd"/>
          </w:p>
        </w:tc>
        <w:tc>
          <w:tcPr>
            <w:tcW w:w="1530" w:type="dxa"/>
            <w:vAlign w:val="center"/>
          </w:tcPr>
          <w:p w14:paraId="1E053C93" w14:textId="1A91BA6D"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9F18D19" w14:textId="41DA437F"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52BECCAD" w14:textId="0397A5DD"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7CBEE575" w14:textId="77777777" w:rsidR="00CD3FA5" w:rsidRPr="00F13106" w:rsidRDefault="00CD3FA5" w:rsidP="00CD3FA5">
            <w:pPr>
              <w:spacing w:after="0"/>
              <w:jc w:val="right"/>
              <w:rPr>
                <w:rFonts w:cs="Times New Roman"/>
              </w:rPr>
            </w:pPr>
          </w:p>
        </w:tc>
        <w:tc>
          <w:tcPr>
            <w:tcW w:w="1417" w:type="dxa"/>
            <w:vAlign w:val="center"/>
          </w:tcPr>
          <w:p w14:paraId="4275A6D3" w14:textId="77777777" w:rsidR="00CD3FA5" w:rsidRPr="00F13106" w:rsidRDefault="00CD3FA5" w:rsidP="00CD3FA5">
            <w:pPr>
              <w:spacing w:after="0"/>
              <w:jc w:val="right"/>
              <w:rPr>
                <w:rFonts w:cs="Times New Roman"/>
              </w:rPr>
            </w:pPr>
          </w:p>
        </w:tc>
        <w:tc>
          <w:tcPr>
            <w:tcW w:w="2325" w:type="dxa"/>
            <w:vAlign w:val="center"/>
          </w:tcPr>
          <w:p w14:paraId="368DC717" w14:textId="77777777" w:rsidR="00CD3FA5" w:rsidRPr="00F13106" w:rsidRDefault="00CD3FA5" w:rsidP="00CD3FA5">
            <w:pPr>
              <w:spacing w:after="0"/>
              <w:jc w:val="right"/>
              <w:rPr>
                <w:rFonts w:cs="Times New Roman"/>
              </w:rPr>
            </w:pPr>
          </w:p>
        </w:tc>
      </w:tr>
      <w:tr w:rsidR="00CD3FA5" w:rsidRPr="00F13106" w14:paraId="41ADC37D" w14:textId="77777777" w:rsidTr="00FB028A">
        <w:trPr>
          <w:cantSplit/>
          <w:jc w:val="center"/>
        </w:trPr>
        <w:tc>
          <w:tcPr>
            <w:tcW w:w="454" w:type="dxa"/>
            <w:vAlign w:val="center"/>
          </w:tcPr>
          <w:p w14:paraId="56E5BAEE" w14:textId="6A5C044F" w:rsidR="00CD3FA5" w:rsidRPr="00FB028A" w:rsidRDefault="00CD3FA5" w:rsidP="00CD3FA5">
            <w:pPr>
              <w:spacing w:after="0"/>
              <w:jc w:val="right"/>
              <w:rPr>
                <w:rFonts w:cs="Times New Roman"/>
                <w:lang w:val="ru-RU"/>
              </w:rPr>
            </w:pPr>
            <w:r>
              <w:rPr>
                <w:rFonts w:cs="Times New Roman"/>
                <w:lang w:val="ru-RU"/>
              </w:rPr>
              <w:t>12</w:t>
            </w:r>
          </w:p>
        </w:tc>
        <w:tc>
          <w:tcPr>
            <w:tcW w:w="4821" w:type="dxa"/>
            <w:vAlign w:val="center"/>
          </w:tcPr>
          <w:p w14:paraId="46410DC2" w14:textId="13C4813C" w:rsidR="00CD3FA5" w:rsidRPr="00F13106" w:rsidRDefault="00CD3FA5" w:rsidP="00CD3FA5">
            <w:pPr>
              <w:spacing w:after="0"/>
              <w:rPr>
                <w:rFonts w:cs="Times New Roman"/>
              </w:rPr>
            </w:pPr>
            <w:r w:rsidRPr="00446659">
              <w:rPr>
                <w:rFonts w:cs="Times New Roman"/>
                <w:sz w:val="24"/>
                <w:szCs w:val="24"/>
              </w:rPr>
              <w:t xml:space="preserve">Elite НD+ Light Body Normal (2*50мл.), </w:t>
            </w:r>
            <w:proofErr w:type="spellStart"/>
            <w:r w:rsidRPr="00446659">
              <w:rPr>
                <w:rFonts w:cs="Times New Roman"/>
                <w:sz w:val="24"/>
                <w:szCs w:val="24"/>
              </w:rPr>
              <w:t>Zhermack</w:t>
            </w:r>
            <w:proofErr w:type="spellEnd"/>
          </w:p>
        </w:tc>
        <w:tc>
          <w:tcPr>
            <w:tcW w:w="1530" w:type="dxa"/>
            <w:vAlign w:val="center"/>
          </w:tcPr>
          <w:p w14:paraId="48B9A863" w14:textId="63A9AE41"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157DC0CC" w14:textId="6D5C2617"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45A1BFE" w14:textId="6BC2D4BE"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5FF0967E" w14:textId="77777777" w:rsidR="00CD3FA5" w:rsidRPr="00F13106" w:rsidRDefault="00CD3FA5" w:rsidP="00CD3FA5">
            <w:pPr>
              <w:spacing w:after="0"/>
              <w:jc w:val="right"/>
              <w:rPr>
                <w:rFonts w:cs="Times New Roman"/>
              </w:rPr>
            </w:pPr>
          </w:p>
        </w:tc>
        <w:tc>
          <w:tcPr>
            <w:tcW w:w="1417" w:type="dxa"/>
            <w:vAlign w:val="center"/>
          </w:tcPr>
          <w:p w14:paraId="2BCA5AF5" w14:textId="77777777" w:rsidR="00CD3FA5" w:rsidRPr="00F13106" w:rsidRDefault="00CD3FA5" w:rsidP="00CD3FA5">
            <w:pPr>
              <w:spacing w:after="0"/>
              <w:jc w:val="right"/>
              <w:rPr>
                <w:rFonts w:cs="Times New Roman"/>
              </w:rPr>
            </w:pPr>
          </w:p>
        </w:tc>
        <w:tc>
          <w:tcPr>
            <w:tcW w:w="2325" w:type="dxa"/>
            <w:vAlign w:val="center"/>
          </w:tcPr>
          <w:p w14:paraId="0D103429" w14:textId="77777777" w:rsidR="00CD3FA5" w:rsidRPr="00F13106" w:rsidRDefault="00CD3FA5" w:rsidP="00CD3FA5">
            <w:pPr>
              <w:spacing w:after="0"/>
              <w:jc w:val="right"/>
              <w:rPr>
                <w:rFonts w:cs="Times New Roman"/>
              </w:rPr>
            </w:pPr>
          </w:p>
        </w:tc>
      </w:tr>
      <w:tr w:rsidR="00CD3FA5" w:rsidRPr="00FB028A" w14:paraId="0517DB23" w14:textId="77777777" w:rsidTr="00FB028A">
        <w:trPr>
          <w:cantSplit/>
          <w:jc w:val="center"/>
        </w:trPr>
        <w:tc>
          <w:tcPr>
            <w:tcW w:w="454" w:type="dxa"/>
            <w:vAlign w:val="center"/>
          </w:tcPr>
          <w:p w14:paraId="42316DE6" w14:textId="404C0898" w:rsidR="00CD3FA5" w:rsidRPr="00FB028A" w:rsidRDefault="00CD3FA5" w:rsidP="00CD3FA5">
            <w:pPr>
              <w:spacing w:after="0"/>
              <w:jc w:val="right"/>
              <w:rPr>
                <w:rFonts w:cs="Times New Roman"/>
                <w:lang w:val="ru-RU"/>
              </w:rPr>
            </w:pPr>
            <w:r>
              <w:rPr>
                <w:rFonts w:cs="Times New Roman"/>
                <w:lang w:val="ru-RU"/>
              </w:rPr>
              <w:t>13</w:t>
            </w:r>
          </w:p>
        </w:tc>
        <w:tc>
          <w:tcPr>
            <w:tcW w:w="4821" w:type="dxa"/>
            <w:vAlign w:val="center"/>
          </w:tcPr>
          <w:p w14:paraId="7D51E213" w14:textId="749E843B" w:rsidR="00CD3FA5" w:rsidRPr="00FB028A" w:rsidRDefault="00CD3FA5" w:rsidP="00CD3FA5">
            <w:pPr>
              <w:spacing w:after="0"/>
              <w:rPr>
                <w:rFonts w:cs="Times New Roman"/>
                <w:lang w:val="ru-RU"/>
              </w:rPr>
            </w:pPr>
            <w:r w:rsidRPr="00446659">
              <w:rPr>
                <w:rFonts w:cs="Times New Roman"/>
                <w:sz w:val="24"/>
                <w:szCs w:val="24"/>
                <w:lang w:val="ru-RU"/>
              </w:rPr>
              <w:t xml:space="preserve">Наконечники </w:t>
            </w:r>
            <w:proofErr w:type="spellStart"/>
            <w:r w:rsidRPr="00446659">
              <w:rPr>
                <w:rFonts w:cs="Times New Roman"/>
                <w:sz w:val="24"/>
                <w:szCs w:val="24"/>
              </w:rPr>
              <w:t>Monoart</w:t>
            </w:r>
            <w:proofErr w:type="spellEnd"/>
            <w:r w:rsidRPr="00446659">
              <w:rPr>
                <w:rFonts w:cs="Times New Roman"/>
                <w:sz w:val="24"/>
                <w:szCs w:val="24"/>
                <w:lang w:val="ru-RU"/>
              </w:rPr>
              <w:t xml:space="preserve"> для </w:t>
            </w:r>
            <w:proofErr w:type="spellStart"/>
            <w:r w:rsidRPr="00446659">
              <w:rPr>
                <w:rFonts w:cs="Times New Roman"/>
                <w:sz w:val="24"/>
                <w:szCs w:val="24"/>
                <w:lang w:val="ru-RU"/>
              </w:rPr>
              <w:t>слюноотсосов</w:t>
            </w:r>
            <w:proofErr w:type="spellEnd"/>
            <w:r w:rsidRPr="00446659">
              <w:rPr>
                <w:rFonts w:cs="Times New Roman"/>
                <w:sz w:val="24"/>
                <w:szCs w:val="24"/>
                <w:lang w:val="ru-RU"/>
              </w:rPr>
              <w:t xml:space="preserve">, бесцветные (100 шт.), </w:t>
            </w:r>
            <w:proofErr w:type="spellStart"/>
            <w:r w:rsidRPr="00446659">
              <w:rPr>
                <w:rFonts w:cs="Times New Roman"/>
                <w:sz w:val="24"/>
                <w:szCs w:val="24"/>
              </w:rPr>
              <w:t>Euronda</w:t>
            </w:r>
            <w:proofErr w:type="spellEnd"/>
          </w:p>
        </w:tc>
        <w:tc>
          <w:tcPr>
            <w:tcW w:w="1530" w:type="dxa"/>
            <w:vAlign w:val="center"/>
          </w:tcPr>
          <w:p w14:paraId="495AE4B8" w14:textId="7F8ED877" w:rsidR="00CD3FA5" w:rsidRPr="00FB028A" w:rsidRDefault="00CD3FA5" w:rsidP="00CD3FA5">
            <w:pPr>
              <w:spacing w:after="0"/>
              <w:jc w:val="right"/>
              <w:rPr>
                <w:rFonts w:cs="Times New Roman"/>
                <w:lang w:val="ru-RU"/>
              </w:rPr>
            </w:pPr>
            <w:r w:rsidRPr="00446659">
              <w:rPr>
                <w:rFonts w:cs="Times New Roman"/>
                <w:sz w:val="24"/>
                <w:szCs w:val="24"/>
              </w:rPr>
              <w:t>32.50.50.190</w:t>
            </w:r>
          </w:p>
        </w:tc>
        <w:tc>
          <w:tcPr>
            <w:tcW w:w="680" w:type="dxa"/>
            <w:vAlign w:val="center"/>
          </w:tcPr>
          <w:p w14:paraId="3F053D63" w14:textId="032E4116"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710D0F0" w14:textId="2C68657A" w:rsidR="00CD3FA5" w:rsidRPr="00FB028A" w:rsidRDefault="00CD3FA5" w:rsidP="00CD3FA5">
            <w:pPr>
              <w:spacing w:after="0"/>
              <w:jc w:val="center"/>
              <w:rPr>
                <w:rFonts w:cs="Times New Roman"/>
                <w:lang w:val="ru-RU"/>
              </w:rPr>
            </w:pPr>
            <w:r w:rsidRPr="00446659">
              <w:rPr>
                <w:rFonts w:cs="Times New Roman"/>
                <w:sz w:val="24"/>
                <w:szCs w:val="24"/>
              </w:rPr>
              <w:t>11</w:t>
            </w:r>
          </w:p>
        </w:tc>
        <w:tc>
          <w:tcPr>
            <w:tcW w:w="1360" w:type="dxa"/>
            <w:vAlign w:val="center"/>
          </w:tcPr>
          <w:p w14:paraId="6B2C5616" w14:textId="77777777" w:rsidR="00CD3FA5" w:rsidRPr="00FB028A" w:rsidRDefault="00CD3FA5" w:rsidP="00CD3FA5">
            <w:pPr>
              <w:spacing w:after="0"/>
              <w:jc w:val="right"/>
              <w:rPr>
                <w:rFonts w:cs="Times New Roman"/>
                <w:lang w:val="ru-RU"/>
              </w:rPr>
            </w:pPr>
          </w:p>
        </w:tc>
        <w:tc>
          <w:tcPr>
            <w:tcW w:w="1417" w:type="dxa"/>
            <w:vAlign w:val="center"/>
          </w:tcPr>
          <w:p w14:paraId="1EEF6E19" w14:textId="77777777" w:rsidR="00CD3FA5" w:rsidRPr="00FB028A" w:rsidRDefault="00CD3FA5" w:rsidP="00CD3FA5">
            <w:pPr>
              <w:spacing w:after="0"/>
              <w:jc w:val="right"/>
              <w:rPr>
                <w:rFonts w:cs="Times New Roman"/>
                <w:lang w:val="ru-RU"/>
              </w:rPr>
            </w:pPr>
          </w:p>
        </w:tc>
        <w:tc>
          <w:tcPr>
            <w:tcW w:w="2325" w:type="dxa"/>
            <w:vAlign w:val="center"/>
          </w:tcPr>
          <w:p w14:paraId="625F8255" w14:textId="77777777" w:rsidR="00CD3FA5" w:rsidRPr="00FB028A" w:rsidRDefault="00CD3FA5" w:rsidP="00CD3FA5">
            <w:pPr>
              <w:spacing w:after="0"/>
              <w:jc w:val="right"/>
              <w:rPr>
                <w:rFonts w:cs="Times New Roman"/>
                <w:lang w:val="ru-RU"/>
              </w:rPr>
            </w:pPr>
          </w:p>
        </w:tc>
      </w:tr>
      <w:tr w:rsidR="00CD3FA5" w:rsidRPr="00FB028A" w14:paraId="2ABB071F" w14:textId="77777777" w:rsidTr="00FB028A">
        <w:trPr>
          <w:cantSplit/>
          <w:jc w:val="center"/>
        </w:trPr>
        <w:tc>
          <w:tcPr>
            <w:tcW w:w="454" w:type="dxa"/>
            <w:vAlign w:val="center"/>
          </w:tcPr>
          <w:p w14:paraId="7F3E8289" w14:textId="6E9D319D" w:rsidR="00CD3FA5" w:rsidRPr="00FB028A" w:rsidRDefault="00CD3FA5" w:rsidP="00CD3FA5">
            <w:pPr>
              <w:spacing w:after="0"/>
              <w:jc w:val="right"/>
              <w:rPr>
                <w:rFonts w:cs="Times New Roman"/>
                <w:lang w:val="ru-RU"/>
              </w:rPr>
            </w:pPr>
            <w:r>
              <w:rPr>
                <w:rFonts w:cs="Times New Roman"/>
                <w:lang w:val="ru-RU"/>
              </w:rPr>
              <w:t>14</w:t>
            </w:r>
          </w:p>
        </w:tc>
        <w:tc>
          <w:tcPr>
            <w:tcW w:w="4821" w:type="dxa"/>
            <w:vAlign w:val="center"/>
          </w:tcPr>
          <w:p w14:paraId="1C22C426" w14:textId="0043B66F" w:rsidR="00CD3FA5" w:rsidRPr="00FB028A" w:rsidRDefault="00CD3FA5" w:rsidP="00CD3FA5">
            <w:pPr>
              <w:spacing w:after="0"/>
              <w:rPr>
                <w:rFonts w:cs="Times New Roman"/>
                <w:lang w:val="ru-RU"/>
              </w:rPr>
            </w:pPr>
            <w:proofErr w:type="spellStart"/>
            <w:r w:rsidRPr="00446659">
              <w:rPr>
                <w:rFonts w:cs="Times New Roman"/>
                <w:sz w:val="24"/>
                <w:szCs w:val="24"/>
                <w:lang w:val="ru-RU"/>
              </w:rPr>
              <w:t>ТемпоФот</w:t>
            </w:r>
            <w:proofErr w:type="spellEnd"/>
            <w:r w:rsidRPr="00446659">
              <w:rPr>
                <w:rFonts w:cs="Times New Roman"/>
                <w:sz w:val="24"/>
                <w:szCs w:val="24"/>
                <w:lang w:val="ru-RU"/>
              </w:rPr>
              <w:t xml:space="preserve"> - синяя паста высоковязкая (3гр.), </w:t>
            </w:r>
            <w:proofErr w:type="spellStart"/>
            <w:r w:rsidRPr="00446659">
              <w:rPr>
                <w:rFonts w:cs="Times New Roman"/>
                <w:sz w:val="24"/>
                <w:szCs w:val="24"/>
                <w:lang w:val="ru-RU"/>
              </w:rPr>
              <w:t>Владмива</w:t>
            </w:r>
            <w:proofErr w:type="spellEnd"/>
          </w:p>
        </w:tc>
        <w:tc>
          <w:tcPr>
            <w:tcW w:w="1530" w:type="dxa"/>
            <w:vAlign w:val="center"/>
          </w:tcPr>
          <w:p w14:paraId="7CCB9B60" w14:textId="261339CE"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2A14AD35" w14:textId="20839EDE"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645A37E" w14:textId="3C09B4E4" w:rsidR="00CD3FA5" w:rsidRPr="00FB028A" w:rsidRDefault="00CD3FA5" w:rsidP="00CD3FA5">
            <w:pPr>
              <w:spacing w:after="0"/>
              <w:jc w:val="center"/>
              <w:rPr>
                <w:rFonts w:cs="Times New Roman"/>
                <w:lang w:val="ru-RU"/>
              </w:rPr>
            </w:pPr>
            <w:r w:rsidRPr="00446659">
              <w:rPr>
                <w:rFonts w:cs="Times New Roman"/>
                <w:sz w:val="24"/>
                <w:szCs w:val="24"/>
              </w:rPr>
              <w:t>5</w:t>
            </w:r>
          </w:p>
        </w:tc>
        <w:tc>
          <w:tcPr>
            <w:tcW w:w="1360" w:type="dxa"/>
            <w:vAlign w:val="center"/>
          </w:tcPr>
          <w:p w14:paraId="689DFF6C" w14:textId="77777777" w:rsidR="00CD3FA5" w:rsidRPr="00FB028A" w:rsidRDefault="00CD3FA5" w:rsidP="00CD3FA5">
            <w:pPr>
              <w:spacing w:after="0"/>
              <w:jc w:val="right"/>
              <w:rPr>
                <w:rFonts w:cs="Times New Roman"/>
                <w:lang w:val="ru-RU"/>
              </w:rPr>
            </w:pPr>
          </w:p>
        </w:tc>
        <w:tc>
          <w:tcPr>
            <w:tcW w:w="1417" w:type="dxa"/>
            <w:vAlign w:val="center"/>
          </w:tcPr>
          <w:p w14:paraId="105CCCBF" w14:textId="77777777" w:rsidR="00CD3FA5" w:rsidRPr="00FB028A" w:rsidRDefault="00CD3FA5" w:rsidP="00CD3FA5">
            <w:pPr>
              <w:spacing w:after="0"/>
              <w:jc w:val="right"/>
              <w:rPr>
                <w:rFonts w:cs="Times New Roman"/>
                <w:lang w:val="ru-RU"/>
              </w:rPr>
            </w:pPr>
          </w:p>
        </w:tc>
        <w:tc>
          <w:tcPr>
            <w:tcW w:w="2325" w:type="dxa"/>
            <w:vAlign w:val="center"/>
          </w:tcPr>
          <w:p w14:paraId="53276E30" w14:textId="77777777" w:rsidR="00CD3FA5" w:rsidRPr="00FB028A" w:rsidRDefault="00CD3FA5" w:rsidP="00CD3FA5">
            <w:pPr>
              <w:spacing w:after="0"/>
              <w:jc w:val="right"/>
              <w:rPr>
                <w:rFonts w:cs="Times New Roman"/>
                <w:lang w:val="ru-RU"/>
              </w:rPr>
            </w:pPr>
          </w:p>
        </w:tc>
      </w:tr>
      <w:tr w:rsidR="00CD3FA5" w:rsidRPr="00FB028A" w14:paraId="53756980" w14:textId="77777777" w:rsidTr="00FB028A">
        <w:trPr>
          <w:cantSplit/>
          <w:jc w:val="center"/>
        </w:trPr>
        <w:tc>
          <w:tcPr>
            <w:tcW w:w="454" w:type="dxa"/>
            <w:vAlign w:val="center"/>
          </w:tcPr>
          <w:p w14:paraId="640D0860" w14:textId="41E116D0" w:rsidR="00CD3FA5" w:rsidRPr="00FB028A" w:rsidRDefault="00CD3FA5" w:rsidP="00CD3FA5">
            <w:pPr>
              <w:spacing w:after="0"/>
              <w:jc w:val="right"/>
              <w:rPr>
                <w:rFonts w:cs="Times New Roman"/>
                <w:lang w:val="ru-RU"/>
              </w:rPr>
            </w:pPr>
            <w:r>
              <w:rPr>
                <w:rFonts w:cs="Times New Roman"/>
                <w:lang w:val="ru-RU"/>
              </w:rPr>
              <w:t>15</w:t>
            </w:r>
          </w:p>
        </w:tc>
        <w:tc>
          <w:tcPr>
            <w:tcW w:w="4821" w:type="dxa"/>
            <w:vAlign w:val="center"/>
          </w:tcPr>
          <w:p w14:paraId="63073C17" w14:textId="40BA827C" w:rsidR="00CD3FA5" w:rsidRPr="00FB028A" w:rsidRDefault="00CD3FA5" w:rsidP="00CD3FA5">
            <w:pPr>
              <w:spacing w:after="0"/>
              <w:rPr>
                <w:rFonts w:cs="Times New Roman"/>
                <w:lang w:val="ru-RU"/>
              </w:rPr>
            </w:pPr>
            <w:r w:rsidRPr="00446659">
              <w:rPr>
                <w:rFonts w:cs="Times New Roman"/>
                <w:sz w:val="24"/>
                <w:szCs w:val="24"/>
                <w:lang w:val="ru-RU"/>
              </w:rPr>
              <w:t xml:space="preserve">Таблетки для полоскания зелёные, мята (1000шт.), </w:t>
            </w:r>
            <w:proofErr w:type="spellStart"/>
            <w:r w:rsidRPr="00446659">
              <w:rPr>
                <w:rFonts w:cs="Times New Roman"/>
                <w:sz w:val="24"/>
                <w:szCs w:val="24"/>
              </w:rPr>
              <w:t>Dispodent</w:t>
            </w:r>
            <w:proofErr w:type="spellEnd"/>
          </w:p>
        </w:tc>
        <w:tc>
          <w:tcPr>
            <w:tcW w:w="1530" w:type="dxa"/>
            <w:vAlign w:val="center"/>
          </w:tcPr>
          <w:p w14:paraId="279929CE" w14:textId="4A9D4EF4" w:rsidR="00CD3FA5" w:rsidRPr="00FB028A" w:rsidRDefault="00CD3FA5" w:rsidP="00CD3FA5">
            <w:pPr>
              <w:spacing w:after="0"/>
              <w:jc w:val="right"/>
              <w:rPr>
                <w:rFonts w:cs="Times New Roman"/>
                <w:lang w:val="ru-RU"/>
              </w:rPr>
            </w:pPr>
            <w:r w:rsidRPr="00446659">
              <w:rPr>
                <w:rFonts w:cs="Times New Roman"/>
                <w:sz w:val="24"/>
                <w:szCs w:val="24"/>
              </w:rPr>
              <w:t>20.42.18.190</w:t>
            </w:r>
          </w:p>
        </w:tc>
        <w:tc>
          <w:tcPr>
            <w:tcW w:w="680" w:type="dxa"/>
            <w:vAlign w:val="center"/>
          </w:tcPr>
          <w:p w14:paraId="39E58972" w14:textId="74727520"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5D6AA70" w14:textId="5B6D51D0" w:rsidR="00CD3FA5" w:rsidRPr="00FB028A" w:rsidRDefault="00CD3FA5" w:rsidP="00CD3FA5">
            <w:pPr>
              <w:spacing w:after="0"/>
              <w:jc w:val="center"/>
              <w:rPr>
                <w:rFonts w:cs="Times New Roman"/>
                <w:lang w:val="ru-RU"/>
              </w:rPr>
            </w:pPr>
            <w:r w:rsidRPr="00446659">
              <w:rPr>
                <w:rFonts w:cs="Times New Roman"/>
                <w:sz w:val="24"/>
                <w:szCs w:val="24"/>
              </w:rPr>
              <w:t>2</w:t>
            </w:r>
          </w:p>
        </w:tc>
        <w:tc>
          <w:tcPr>
            <w:tcW w:w="1360" w:type="dxa"/>
            <w:vAlign w:val="center"/>
          </w:tcPr>
          <w:p w14:paraId="0755643B" w14:textId="77777777" w:rsidR="00CD3FA5" w:rsidRPr="00FB028A" w:rsidRDefault="00CD3FA5" w:rsidP="00CD3FA5">
            <w:pPr>
              <w:spacing w:after="0"/>
              <w:jc w:val="right"/>
              <w:rPr>
                <w:rFonts w:cs="Times New Roman"/>
                <w:lang w:val="ru-RU"/>
              </w:rPr>
            </w:pPr>
          </w:p>
        </w:tc>
        <w:tc>
          <w:tcPr>
            <w:tcW w:w="1417" w:type="dxa"/>
            <w:vAlign w:val="center"/>
          </w:tcPr>
          <w:p w14:paraId="71F2E13B" w14:textId="77777777" w:rsidR="00CD3FA5" w:rsidRPr="00FB028A" w:rsidRDefault="00CD3FA5" w:rsidP="00CD3FA5">
            <w:pPr>
              <w:spacing w:after="0"/>
              <w:jc w:val="right"/>
              <w:rPr>
                <w:rFonts w:cs="Times New Roman"/>
                <w:lang w:val="ru-RU"/>
              </w:rPr>
            </w:pPr>
          </w:p>
        </w:tc>
        <w:tc>
          <w:tcPr>
            <w:tcW w:w="2325" w:type="dxa"/>
            <w:vAlign w:val="center"/>
          </w:tcPr>
          <w:p w14:paraId="0DB77E50" w14:textId="77777777" w:rsidR="00CD3FA5" w:rsidRPr="00FB028A" w:rsidRDefault="00CD3FA5" w:rsidP="00CD3FA5">
            <w:pPr>
              <w:spacing w:after="0"/>
              <w:jc w:val="right"/>
              <w:rPr>
                <w:rFonts w:cs="Times New Roman"/>
                <w:lang w:val="ru-RU"/>
              </w:rPr>
            </w:pPr>
          </w:p>
        </w:tc>
      </w:tr>
      <w:tr w:rsidR="00CD3FA5" w:rsidRPr="00FB028A" w14:paraId="06E42B57" w14:textId="77777777" w:rsidTr="00FB028A">
        <w:trPr>
          <w:cantSplit/>
          <w:jc w:val="center"/>
        </w:trPr>
        <w:tc>
          <w:tcPr>
            <w:tcW w:w="454" w:type="dxa"/>
            <w:vAlign w:val="center"/>
          </w:tcPr>
          <w:p w14:paraId="5A5D344E" w14:textId="25B23B31" w:rsidR="00CD3FA5" w:rsidRPr="00FB028A" w:rsidRDefault="00CD3FA5" w:rsidP="00CD3FA5">
            <w:pPr>
              <w:spacing w:after="0"/>
              <w:jc w:val="right"/>
              <w:rPr>
                <w:rFonts w:cs="Times New Roman"/>
                <w:lang w:val="ru-RU"/>
              </w:rPr>
            </w:pPr>
            <w:r>
              <w:rPr>
                <w:rFonts w:cs="Times New Roman"/>
                <w:lang w:val="ru-RU"/>
              </w:rPr>
              <w:t>16</w:t>
            </w:r>
          </w:p>
        </w:tc>
        <w:tc>
          <w:tcPr>
            <w:tcW w:w="4821" w:type="dxa"/>
            <w:vAlign w:val="center"/>
          </w:tcPr>
          <w:p w14:paraId="44AC8840" w14:textId="4E2CB7CC" w:rsidR="00CD3FA5" w:rsidRPr="00FB028A" w:rsidRDefault="00CD3FA5" w:rsidP="00CD3FA5">
            <w:pPr>
              <w:spacing w:after="0"/>
              <w:rPr>
                <w:rFonts w:cs="Times New Roman"/>
                <w:lang w:val="ru-RU"/>
              </w:rPr>
            </w:pPr>
            <w:r w:rsidRPr="00446659">
              <w:rPr>
                <w:rFonts w:cs="Times New Roman"/>
                <w:sz w:val="24"/>
                <w:szCs w:val="24"/>
                <w:lang w:val="ru-RU"/>
              </w:rPr>
              <w:t>Унифас-2 (100гр.+60гр.), Полимер-Стоматология</w:t>
            </w:r>
          </w:p>
        </w:tc>
        <w:tc>
          <w:tcPr>
            <w:tcW w:w="1530" w:type="dxa"/>
            <w:vAlign w:val="center"/>
          </w:tcPr>
          <w:p w14:paraId="29F3D904" w14:textId="0FEACC8C"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0AD93929" w14:textId="66045298"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A72910B" w14:textId="0BE8813E" w:rsidR="00CD3FA5" w:rsidRPr="00FB028A" w:rsidRDefault="00CD3FA5" w:rsidP="00CD3FA5">
            <w:pPr>
              <w:spacing w:after="0"/>
              <w:jc w:val="center"/>
              <w:rPr>
                <w:rFonts w:cs="Times New Roman"/>
                <w:lang w:val="ru-RU"/>
              </w:rPr>
            </w:pPr>
            <w:r w:rsidRPr="00446659">
              <w:rPr>
                <w:rFonts w:cs="Times New Roman"/>
                <w:sz w:val="24"/>
                <w:szCs w:val="24"/>
              </w:rPr>
              <w:t>11</w:t>
            </w:r>
          </w:p>
        </w:tc>
        <w:tc>
          <w:tcPr>
            <w:tcW w:w="1360" w:type="dxa"/>
            <w:vAlign w:val="center"/>
          </w:tcPr>
          <w:p w14:paraId="283320D9" w14:textId="77777777" w:rsidR="00CD3FA5" w:rsidRPr="00FB028A" w:rsidRDefault="00CD3FA5" w:rsidP="00CD3FA5">
            <w:pPr>
              <w:spacing w:after="0"/>
              <w:jc w:val="right"/>
              <w:rPr>
                <w:rFonts w:cs="Times New Roman"/>
                <w:lang w:val="ru-RU"/>
              </w:rPr>
            </w:pPr>
          </w:p>
        </w:tc>
        <w:tc>
          <w:tcPr>
            <w:tcW w:w="1417" w:type="dxa"/>
            <w:vAlign w:val="center"/>
          </w:tcPr>
          <w:p w14:paraId="4C7FF41B" w14:textId="77777777" w:rsidR="00CD3FA5" w:rsidRPr="00FB028A" w:rsidRDefault="00CD3FA5" w:rsidP="00CD3FA5">
            <w:pPr>
              <w:spacing w:after="0"/>
              <w:jc w:val="right"/>
              <w:rPr>
                <w:rFonts w:cs="Times New Roman"/>
                <w:lang w:val="ru-RU"/>
              </w:rPr>
            </w:pPr>
          </w:p>
        </w:tc>
        <w:tc>
          <w:tcPr>
            <w:tcW w:w="2325" w:type="dxa"/>
            <w:vAlign w:val="center"/>
          </w:tcPr>
          <w:p w14:paraId="63C49064" w14:textId="77777777" w:rsidR="00CD3FA5" w:rsidRPr="00FB028A" w:rsidRDefault="00CD3FA5" w:rsidP="00CD3FA5">
            <w:pPr>
              <w:spacing w:after="0"/>
              <w:jc w:val="right"/>
              <w:rPr>
                <w:rFonts w:cs="Times New Roman"/>
                <w:lang w:val="ru-RU"/>
              </w:rPr>
            </w:pPr>
          </w:p>
        </w:tc>
      </w:tr>
      <w:tr w:rsidR="00CD3FA5" w:rsidRPr="00FB028A" w14:paraId="79AF33C9" w14:textId="77777777" w:rsidTr="00FB028A">
        <w:trPr>
          <w:cantSplit/>
          <w:jc w:val="center"/>
        </w:trPr>
        <w:tc>
          <w:tcPr>
            <w:tcW w:w="454" w:type="dxa"/>
            <w:vAlign w:val="center"/>
          </w:tcPr>
          <w:p w14:paraId="7A5F685E" w14:textId="04B2AD44" w:rsidR="00CD3FA5" w:rsidRPr="00FB028A" w:rsidRDefault="00CD3FA5" w:rsidP="00CD3FA5">
            <w:pPr>
              <w:spacing w:after="0"/>
              <w:jc w:val="right"/>
              <w:rPr>
                <w:rFonts w:cs="Times New Roman"/>
                <w:lang w:val="ru-RU"/>
              </w:rPr>
            </w:pPr>
            <w:r>
              <w:rPr>
                <w:rFonts w:cs="Times New Roman"/>
                <w:lang w:val="ru-RU"/>
              </w:rPr>
              <w:t>17</w:t>
            </w:r>
          </w:p>
        </w:tc>
        <w:tc>
          <w:tcPr>
            <w:tcW w:w="4821" w:type="dxa"/>
            <w:vAlign w:val="center"/>
          </w:tcPr>
          <w:p w14:paraId="3933CE18" w14:textId="2493F2CA" w:rsidR="00CD3FA5" w:rsidRPr="00FB028A" w:rsidRDefault="00CD3FA5" w:rsidP="00CD3FA5">
            <w:pPr>
              <w:spacing w:after="0"/>
              <w:rPr>
                <w:rFonts w:cs="Times New Roman"/>
                <w:lang w:val="ru-RU"/>
              </w:rPr>
            </w:pPr>
            <w:r w:rsidRPr="00446659">
              <w:rPr>
                <w:rFonts w:cs="Times New Roman"/>
                <w:sz w:val="24"/>
                <w:szCs w:val="24"/>
                <w:lang w:val="ru-RU"/>
              </w:rPr>
              <w:t xml:space="preserve">Нить </w:t>
            </w:r>
            <w:proofErr w:type="spellStart"/>
            <w:r w:rsidRPr="00446659">
              <w:rPr>
                <w:rFonts w:cs="Times New Roman"/>
                <w:sz w:val="24"/>
                <w:szCs w:val="24"/>
                <w:lang w:val="ru-RU"/>
              </w:rPr>
              <w:t>ретракционная</w:t>
            </w:r>
            <w:proofErr w:type="spellEnd"/>
            <w:r w:rsidRPr="00446659">
              <w:rPr>
                <w:rFonts w:cs="Times New Roman"/>
                <w:sz w:val="24"/>
                <w:szCs w:val="24"/>
                <w:lang w:val="ru-RU"/>
              </w:rPr>
              <w:t xml:space="preserve"> </w:t>
            </w:r>
            <w:proofErr w:type="spellStart"/>
            <w:r w:rsidRPr="00446659">
              <w:rPr>
                <w:rFonts w:cs="Times New Roman"/>
                <w:sz w:val="24"/>
                <w:szCs w:val="24"/>
              </w:rPr>
              <w:t>AtriaPak</w:t>
            </w:r>
            <w:proofErr w:type="spellEnd"/>
            <w:r w:rsidRPr="00446659">
              <w:rPr>
                <w:rFonts w:cs="Times New Roman"/>
                <w:sz w:val="24"/>
                <w:szCs w:val="24"/>
                <w:lang w:val="ru-RU"/>
              </w:rPr>
              <w:t xml:space="preserve"> №000 плетеная без пропитки, </w:t>
            </w:r>
            <w:r w:rsidRPr="00446659">
              <w:rPr>
                <w:rFonts w:cs="Times New Roman"/>
                <w:sz w:val="24"/>
                <w:szCs w:val="24"/>
              </w:rPr>
              <w:t>Atria</w:t>
            </w:r>
          </w:p>
        </w:tc>
        <w:tc>
          <w:tcPr>
            <w:tcW w:w="1530" w:type="dxa"/>
            <w:vAlign w:val="center"/>
          </w:tcPr>
          <w:p w14:paraId="13763095" w14:textId="3DB5CB89"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38329102" w14:textId="4EE188BB"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6F1BB25" w14:textId="71B2D17B" w:rsidR="00CD3FA5" w:rsidRPr="00FB028A" w:rsidRDefault="00CD3FA5" w:rsidP="00CD3FA5">
            <w:pPr>
              <w:spacing w:after="0"/>
              <w:jc w:val="center"/>
              <w:rPr>
                <w:rFonts w:cs="Times New Roman"/>
                <w:lang w:val="ru-RU"/>
              </w:rPr>
            </w:pPr>
            <w:r w:rsidRPr="00446659">
              <w:rPr>
                <w:rFonts w:cs="Times New Roman"/>
                <w:sz w:val="24"/>
                <w:szCs w:val="24"/>
              </w:rPr>
              <w:t>4</w:t>
            </w:r>
          </w:p>
        </w:tc>
        <w:tc>
          <w:tcPr>
            <w:tcW w:w="1360" w:type="dxa"/>
            <w:vAlign w:val="center"/>
          </w:tcPr>
          <w:p w14:paraId="02A51D83" w14:textId="77777777" w:rsidR="00CD3FA5" w:rsidRPr="00FB028A" w:rsidRDefault="00CD3FA5" w:rsidP="00CD3FA5">
            <w:pPr>
              <w:spacing w:after="0"/>
              <w:jc w:val="right"/>
              <w:rPr>
                <w:rFonts w:cs="Times New Roman"/>
                <w:lang w:val="ru-RU"/>
              </w:rPr>
            </w:pPr>
          </w:p>
        </w:tc>
        <w:tc>
          <w:tcPr>
            <w:tcW w:w="1417" w:type="dxa"/>
            <w:vAlign w:val="center"/>
          </w:tcPr>
          <w:p w14:paraId="1369DE5E" w14:textId="77777777" w:rsidR="00CD3FA5" w:rsidRPr="00FB028A" w:rsidRDefault="00CD3FA5" w:rsidP="00CD3FA5">
            <w:pPr>
              <w:spacing w:after="0"/>
              <w:jc w:val="right"/>
              <w:rPr>
                <w:rFonts w:cs="Times New Roman"/>
                <w:lang w:val="ru-RU"/>
              </w:rPr>
            </w:pPr>
          </w:p>
        </w:tc>
        <w:tc>
          <w:tcPr>
            <w:tcW w:w="2325" w:type="dxa"/>
            <w:vAlign w:val="center"/>
          </w:tcPr>
          <w:p w14:paraId="5F848355" w14:textId="77777777" w:rsidR="00CD3FA5" w:rsidRPr="00FB028A" w:rsidRDefault="00CD3FA5" w:rsidP="00CD3FA5">
            <w:pPr>
              <w:spacing w:after="0"/>
              <w:jc w:val="right"/>
              <w:rPr>
                <w:rFonts w:cs="Times New Roman"/>
                <w:lang w:val="ru-RU"/>
              </w:rPr>
            </w:pPr>
          </w:p>
        </w:tc>
      </w:tr>
      <w:tr w:rsidR="00CD3FA5" w:rsidRPr="00F13106" w14:paraId="7EF11E51" w14:textId="77777777" w:rsidTr="00FB028A">
        <w:trPr>
          <w:cantSplit/>
          <w:jc w:val="center"/>
        </w:trPr>
        <w:tc>
          <w:tcPr>
            <w:tcW w:w="454" w:type="dxa"/>
            <w:vAlign w:val="center"/>
          </w:tcPr>
          <w:p w14:paraId="5162930A" w14:textId="04EAF78F" w:rsidR="00CD3FA5" w:rsidRPr="00FB028A" w:rsidRDefault="00CD3FA5" w:rsidP="00CD3FA5">
            <w:pPr>
              <w:spacing w:after="0"/>
              <w:jc w:val="right"/>
              <w:rPr>
                <w:rFonts w:cs="Times New Roman"/>
                <w:lang w:val="ru-RU"/>
              </w:rPr>
            </w:pPr>
            <w:r>
              <w:rPr>
                <w:rFonts w:cs="Times New Roman"/>
                <w:lang w:val="ru-RU"/>
              </w:rPr>
              <w:t>18</w:t>
            </w:r>
          </w:p>
        </w:tc>
        <w:tc>
          <w:tcPr>
            <w:tcW w:w="4821" w:type="dxa"/>
            <w:vAlign w:val="center"/>
          </w:tcPr>
          <w:p w14:paraId="4DAFCB90" w14:textId="5AD5F584" w:rsidR="00CD3FA5" w:rsidRPr="00F13106" w:rsidRDefault="00CD3FA5" w:rsidP="00CD3FA5">
            <w:pPr>
              <w:spacing w:after="0"/>
              <w:rPr>
                <w:rFonts w:cs="Times New Roman"/>
              </w:rPr>
            </w:pPr>
            <w:proofErr w:type="spellStart"/>
            <w:r w:rsidRPr="00446659">
              <w:rPr>
                <w:rFonts w:cs="Times New Roman"/>
                <w:sz w:val="24"/>
                <w:szCs w:val="24"/>
              </w:rPr>
              <w:t>Фенопласт</w:t>
            </w:r>
            <w:proofErr w:type="spellEnd"/>
            <w:r w:rsidRPr="00446659">
              <w:rPr>
                <w:rFonts w:cs="Times New Roman"/>
                <w:sz w:val="24"/>
                <w:szCs w:val="24"/>
              </w:rPr>
              <w:t xml:space="preserve"> (13мл.), </w:t>
            </w:r>
            <w:proofErr w:type="spellStart"/>
            <w:r w:rsidRPr="00446659">
              <w:rPr>
                <w:rFonts w:cs="Times New Roman"/>
                <w:sz w:val="24"/>
                <w:szCs w:val="24"/>
              </w:rPr>
              <w:t>Омега</w:t>
            </w:r>
            <w:proofErr w:type="spellEnd"/>
          </w:p>
        </w:tc>
        <w:tc>
          <w:tcPr>
            <w:tcW w:w="1530" w:type="dxa"/>
            <w:vAlign w:val="center"/>
          </w:tcPr>
          <w:p w14:paraId="6C21207C" w14:textId="024E14D9"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DE838B2" w14:textId="3D473CE9"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60D3E40C" w14:textId="741B5118" w:rsidR="00CD3FA5" w:rsidRPr="00F13106" w:rsidRDefault="00CD3FA5" w:rsidP="00CD3FA5">
            <w:pPr>
              <w:spacing w:after="0"/>
              <w:jc w:val="center"/>
              <w:rPr>
                <w:rFonts w:cs="Times New Roman"/>
              </w:rPr>
            </w:pPr>
            <w:r w:rsidRPr="00446659">
              <w:rPr>
                <w:rFonts w:cs="Times New Roman"/>
                <w:sz w:val="24"/>
                <w:szCs w:val="24"/>
              </w:rPr>
              <w:t>3</w:t>
            </w:r>
          </w:p>
        </w:tc>
        <w:tc>
          <w:tcPr>
            <w:tcW w:w="1360" w:type="dxa"/>
            <w:vAlign w:val="center"/>
          </w:tcPr>
          <w:p w14:paraId="3BE082F7" w14:textId="77777777" w:rsidR="00CD3FA5" w:rsidRPr="00F13106" w:rsidRDefault="00CD3FA5" w:rsidP="00CD3FA5">
            <w:pPr>
              <w:spacing w:after="0"/>
              <w:jc w:val="right"/>
              <w:rPr>
                <w:rFonts w:cs="Times New Roman"/>
              </w:rPr>
            </w:pPr>
          </w:p>
        </w:tc>
        <w:tc>
          <w:tcPr>
            <w:tcW w:w="1417" w:type="dxa"/>
            <w:vAlign w:val="center"/>
          </w:tcPr>
          <w:p w14:paraId="2F0D1912" w14:textId="77777777" w:rsidR="00CD3FA5" w:rsidRPr="00F13106" w:rsidRDefault="00CD3FA5" w:rsidP="00CD3FA5">
            <w:pPr>
              <w:spacing w:after="0"/>
              <w:jc w:val="right"/>
              <w:rPr>
                <w:rFonts w:cs="Times New Roman"/>
              </w:rPr>
            </w:pPr>
          </w:p>
        </w:tc>
        <w:tc>
          <w:tcPr>
            <w:tcW w:w="2325" w:type="dxa"/>
            <w:vAlign w:val="center"/>
          </w:tcPr>
          <w:p w14:paraId="24878B20" w14:textId="77777777" w:rsidR="00CD3FA5" w:rsidRPr="00F13106" w:rsidRDefault="00CD3FA5" w:rsidP="00CD3FA5">
            <w:pPr>
              <w:spacing w:after="0"/>
              <w:jc w:val="right"/>
              <w:rPr>
                <w:rFonts w:cs="Times New Roman"/>
              </w:rPr>
            </w:pPr>
          </w:p>
        </w:tc>
      </w:tr>
      <w:tr w:rsidR="00CD3FA5" w:rsidRPr="00F13106" w14:paraId="171B8814" w14:textId="77777777" w:rsidTr="00FB028A">
        <w:trPr>
          <w:cantSplit/>
          <w:jc w:val="center"/>
        </w:trPr>
        <w:tc>
          <w:tcPr>
            <w:tcW w:w="454" w:type="dxa"/>
            <w:vAlign w:val="center"/>
          </w:tcPr>
          <w:p w14:paraId="03250583" w14:textId="6EEAA836" w:rsidR="00CD3FA5" w:rsidRPr="00FB028A" w:rsidRDefault="00CD3FA5" w:rsidP="00CD3FA5">
            <w:pPr>
              <w:spacing w:after="0"/>
              <w:jc w:val="right"/>
              <w:rPr>
                <w:rFonts w:cs="Times New Roman"/>
                <w:lang w:val="ru-RU"/>
              </w:rPr>
            </w:pPr>
            <w:r>
              <w:rPr>
                <w:rFonts w:cs="Times New Roman"/>
                <w:lang w:val="ru-RU"/>
              </w:rPr>
              <w:t>19</w:t>
            </w:r>
          </w:p>
        </w:tc>
        <w:tc>
          <w:tcPr>
            <w:tcW w:w="4821" w:type="dxa"/>
            <w:vAlign w:val="center"/>
          </w:tcPr>
          <w:p w14:paraId="3E511E46" w14:textId="5D38A364" w:rsidR="00CD3FA5" w:rsidRPr="00F13106" w:rsidRDefault="00CD3FA5" w:rsidP="00CD3FA5">
            <w:pPr>
              <w:spacing w:after="0"/>
              <w:rPr>
                <w:rFonts w:cs="Times New Roman"/>
              </w:rPr>
            </w:pPr>
            <w:r w:rsidRPr="00446659">
              <w:rPr>
                <w:rFonts w:cs="Times New Roman"/>
                <w:sz w:val="24"/>
                <w:szCs w:val="24"/>
              </w:rPr>
              <w:t>Fuji Plus (15гр.+7мл.), GC</w:t>
            </w:r>
          </w:p>
        </w:tc>
        <w:tc>
          <w:tcPr>
            <w:tcW w:w="1530" w:type="dxa"/>
            <w:vAlign w:val="center"/>
          </w:tcPr>
          <w:p w14:paraId="4903394D" w14:textId="088286A7"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1BBA0F99" w14:textId="70F87B5A"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BF52524" w14:textId="5702F7D5" w:rsidR="00CD3FA5" w:rsidRPr="00F13106" w:rsidRDefault="00CD3FA5" w:rsidP="00CD3FA5">
            <w:pPr>
              <w:spacing w:after="0"/>
              <w:jc w:val="center"/>
              <w:rPr>
                <w:rFonts w:cs="Times New Roman"/>
              </w:rPr>
            </w:pPr>
            <w:r w:rsidRPr="00446659">
              <w:rPr>
                <w:rFonts w:cs="Times New Roman"/>
                <w:sz w:val="24"/>
                <w:szCs w:val="24"/>
              </w:rPr>
              <w:t>6</w:t>
            </w:r>
          </w:p>
        </w:tc>
        <w:tc>
          <w:tcPr>
            <w:tcW w:w="1360" w:type="dxa"/>
            <w:vAlign w:val="center"/>
          </w:tcPr>
          <w:p w14:paraId="169EB7A3" w14:textId="77777777" w:rsidR="00CD3FA5" w:rsidRPr="00F13106" w:rsidRDefault="00CD3FA5" w:rsidP="00CD3FA5">
            <w:pPr>
              <w:spacing w:after="0"/>
              <w:jc w:val="right"/>
              <w:rPr>
                <w:rFonts w:cs="Times New Roman"/>
              </w:rPr>
            </w:pPr>
          </w:p>
        </w:tc>
        <w:tc>
          <w:tcPr>
            <w:tcW w:w="1417" w:type="dxa"/>
            <w:vAlign w:val="center"/>
          </w:tcPr>
          <w:p w14:paraId="61F7AEB8" w14:textId="77777777" w:rsidR="00CD3FA5" w:rsidRPr="00F13106" w:rsidRDefault="00CD3FA5" w:rsidP="00CD3FA5">
            <w:pPr>
              <w:spacing w:after="0"/>
              <w:jc w:val="right"/>
              <w:rPr>
                <w:rFonts w:cs="Times New Roman"/>
              </w:rPr>
            </w:pPr>
          </w:p>
        </w:tc>
        <w:tc>
          <w:tcPr>
            <w:tcW w:w="2325" w:type="dxa"/>
            <w:vAlign w:val="center"/>
          </w:tcPr>
          <w:p w14:paraId="75F6C61F" w14:textId="77777777" w:rsidR="00CD3FA5" w:rsidRPr="00F13106" w:rsidRDefault="00CD3FA5" w:rsidP="00CD3FA5">
            <w:pPr>
              <w:spacing w:after="0"/>
              <w:jc w:val="right"/>
              <w:rPr>
                <w:rFonts w:cs="Times New Roman"/>
              </w:rPr>
            </w:pPr>
          </w:p>
        </w:tc>
      </w:tr>
      <w:tr w:rsidR="00CD3FA5" w:rsidRPr="00FB028A" w14:paraId="03F2155C" w14:textId="77777777" w:rsidTr="00FB028A">
        <w:trPr>
          <w:cantSplit/>
          <w:jc w:val="center"/>
        </w:trPr>
        <w:tc>
          <w:tcPr>
            <w:tcW w:w="454" w:type="dxa"/>
            <w:vAlign w:val="center"/>
          </w:tcPr>
          <w:p w14:paraId="164021A3" w14:textId="5C5CEA7C" w:rsidR="00CD3FA5" w:rsidRPr="00FB028A" w:rsidRDefault="00CD3FA5" w:rsidP="00CD3FA5">
            <w:pPr>
              <w:spacing w:after="0"/>
              <w:jc w:val="right"/>
              <w:rPr>
                <w:rFonts w:cs="Times New Roman"/>
                <w:lang w:val="ru-RU"/>
              </w:rPr>
            </w:pPr>
            <w:r>
              <w:rPr>
                <w:rFonts w:cs="Times New Roman"/>
                <w:lang w:val="ru-RU"/>
              </w:rPr>
              <w:lastRenderedPageBreak/>
              <w:t>20</w:t>
            </w:r>
          </w:p>
        </w:tc>
        <w:tc>
          <w:tcPr>
            <w:tcW w:w="4821" w:type="dxa"/>
            <w:vAlign w:val="center"/>
          </w:tcPr>
          <w:p w14:paraId="355730CC" w14:textId="60E11662" w:rsidR="00CD3FA5" w:rsidRPr="00FB028A" w:rsidRDefault="00CD3FA5" w:rsidP="00CD3FA5">
            <w:pPr>
              <w:spacing w:after="0"/>
              <w:rPr>
                <w:rFonts w:cs="Times New Roman"/>
                <w:lang w:val="ru-RU"/>
              </w:rPr>
            </w:pPr>
            <w:r w:rsidRPr="00446659">
              <w:rPr>
                <w:rFonts w:cs="Times New Roman"/>
                <w:sz w:val="24"/>
                <w:szCs w:val="24"/>
                <w:lang w:val="ru-RU"/>
              </w:rPr>
              <w:t xml:space="preserve">Блоки для замешивания Поли-панель 120*200мм (100шт.), </w:t>
            </w:r>
            <w:proofErr w:type="spellStart"/>
            <w:r w:rsidRPr="00446659">
              <w:rPr>
                <w:rFonts w:cs="Times New Roman"/>
                <w:sz w:val="24"/>
                <w:szCs w:val="24"/>
                <w:lang w:val="ru-RU"/>
              </w:rPr>
              <w:t>Дентика</w:t>
            </w:r>
            <w:proofErr w:type="spellEnd"/>
          </w:p>
        </w:tc>
        <w:tc>
          <w:tcPr>
            <w:tcW w:w="1530" w:type="dxa"/>
            <w:vAlign w:val="center"/>
          </w:tcPr>
          <w:p w14:paraId="6CF7DFFE" w14:textId="12746288" w:rsidR="00CD3FA5" w:rsidRPr="00FB028A" w:rsidRDefault="00CD3FA5" w:rsidP="00CD3FA5">
            <w:pPr>
              <w:spacing w:after="0"/>
              <w:jc w:val="right"/>
              <w:rPr>
                <w:rFonts w:cs="Times New Roman"/>
                <w:lang w:val="ru-RU"/>
              </w:rPr>
            </w:pPr>
            <w:r w:rsidRPr="00446659">
              <w:rPr>
                <w:rFonts w:cs="Times New Roman"/>
                <w:sz w:val="24"/>
                <w:szCs w:val="24"/>
              </w:rPr>
              <w:t>32.50.50.190</w:t>
            </w:r>
          </w:p>
        </w:tc>
        <w:tc>
          <w:tcPr>
            <w:tcW w:w="680" w:type="dxa"/>
            <w:vAlign w:val="center"/>
          </w:tcPr>
          <w:p w14:paraId="7C5903F6" w14:textId="07A11B31"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DF9FBC2" w14:textId="27EA98CC" w:rsidR="00CD3FA5" w:rsidRPr="00FB028A" w:rsidRDefault="00CD3FA5" w:rsidP="00CD3FA5">
            <w:pPr>
              <w:spacing w:after="0"/>
              <w:jc w:val="center"/>
              <w:rPr>
                <w:rFonts w:cs="Times New Roman"/>
                <w:lang w:val="ru-RU"/>
              </w:rPr>
            </w:pPr>
            <w:r w:rsidRPr="00446659">
              <w:rPr>
                <w:rFonts w:cs="Times New Roman"/>
                <w:sz w:val="24"/>
                <w:szCs w:val="24"/>
              </w:rPr>
              <w:t>10</w:t>
            </w:r>
          </w:p>
        </w:tc>
        <w:tc>
          <w:tcPr>
            <w:tcW w:w="1360" w:type="dxa"/>
            <w:vAlign w:val="center"/>
          </w:tcPr>
          <w:p w14:paraId="7A3C4A5E" w14:textId="77777777" w:rsidR="00CD3FA5" w:rsidRPr="00FB028A" w:rsidRDefault="00CD3FA5" w:rsidP="00CD3FA5">
            <w:pPr>
              <w:spacing w:after="0"/>
              <w:jc w:val="right"/>
              <w:rPr>
                <w:rFonts w:cs="Times New Roman"/>
                <w:lang w:val="ru-RU"/>
              </w:rPr>
            </w:pPr>
          </w:p>
        </w:tc>
        <w:tc>
          <w:tcPr>
            <w:tcW w:w="1417" w:type="dxa"/>
            <w:vAlign w:val="center"/>
          </w:tcPr>
          <w:p w14:paraId="75FDF2F4" w14:textId="77777777" w:rsidR="00CD3FA5" w:rsidRPr="00FB028A" w:rsidRDefault="00CD3FA5" w:rsidP="00CD3FA5">
            <w:pPr>
              <w:spacing w:after="0"/>
              <w:jc w:val="right"/>
              <w:rPr>
                <w:rFonts w:cs="Times New Roman"/>
                <w:lang w:val="ru-RU"/>
              </w:rPr>
            </w:pPr>
          </w:p>
        </w:tc>
        <w:tc>
          <w:tcPr>
            <w:tcW w:w="2325" w:type="dxa"/>
            <w:vAlign w:val="center"/>
          </w:tcPr>
          <w:p w14:paraId="2A5E6FC1" w14:textId="77777777" w:rsidR="00CD3FA5" w:rsidRPr="00FB028A" w:rsidRDefault="00CD3FA5" w:rsidP="00CD3FA5">
            <w:pPr>
              <w:spacing w:after="0"/>
              <w:jc w:val="right"/>
              <w:rPr>
                <w:rFonts w:cs="Times New Roman"/>
                <w:lang w:val="ru-RU"/>
              </w:rPr>
            </w:pPr>
          </w:p>
        </w:tc>
      </w:tr>
      <w:tr w:rsidR="00CD3FA5" w:rsidRPr="00F13106" w14:paraId="5D52EF2F" w14:textId="77777777" w:rsidTr="00FB028A">
        <w:trPr>
          <w:cantSplit/>
          <w:jc w:val="center"/>
        </w:trPr>
        <w:tc>
          <w:tcPr>
            <w:tcW w:w="454" w:type="dxa"/>
            <w:vAlign w:val="center"/>
          </w:tcPr>
          <w:p w14:paraId="76369E0E" w14:textId="1F0DD6DB" w:rsidR="00CD3FA5" w:rsidRPr="00FB028A" w:rsidRDefault="00CD3FA5" w:rsidP="00CD3FA5">
            <w:pPr>
              <w:spacing w:after="0"/>
              <w:jc w:val="right"/>
              <w:rPr>
                <w:rFonts w:cs="Times New Roman"/>
                <w:lang w:val="ru-RU"/>
              </w:rPr>
            </w:pPr>
            <w:r>
              <w:rPr>
                <w:rFonts w:cs="Times New Roman"/>
                <w:lang w:val="ru-RU"/>
              </w:rPr>
              <w:t>21</w:t>
            </w:r>
          </w:p>
        </w:tc>
        <w:tc>
          <w:tcPr>
            <w:tcW w:w="4821" w:type="dxa"/>
            <w:vAlign w:val="center"/>
          </w:tcPr>
          <w:p w14:paraId="285A6C55" w14:textId="36248C63" w:rsidR="00CD3FA5" w:rsidRPr="00F13106" w:rsidRDefault="00CD3FA5" w:rsidP="00CD3FA5">
            <w:pPr>
              <w:spacing w:after="0"/>
              <w:rPr>
                <w:rFonts w:cs="Times New Roman"/>
              </w:rPr>
            </w:pPr>
            <w:proofErr w:type="spellStart"/>
            <w:r w:rsidRPr="00446659">
              <w:rPr>
                <w:rFonts w:cs="Times New Roman"/>
                <w:sz w:val="24"/>
                <w:szCs w:val="24"/>
              </w:rPr>
              <w:t>ДентЛайт</w:t>
            </w:r>
            <w:proofErr w:type="spellEnd"/>
            <w:r w:rsidRPr="00446659">
              <w:rPr>
                <w:rFonts w:cs="Times New Roman"/>
                <w:sz w:val="24"/>
                <w:szCs w:val="24"/>
              </w:rPr>
              <w:t xml:space="preserve"> - </w:t>
            </w:r>
            <w:proofErr w:type="spellStart"/>
            <w:r w:rsidRPr="00446659">
              <w:rPr>
                <w:rFonts w:cs="Times New Roman"/>
                <w:sz w:val="24"/>
                <w:szCs w:val="24"/>
              </w:rPr>
              <w:t>набор</w:t>
            </w:r>
            <w:proofErr w:type="spellEnd"/>
            <w:r w:rsidRPr="00446659">
              <w:rPr>
                <w:rFonts w:cs="Times New Roman"/>
                <w:sz w:val="24"/>
                <w:szCs w:val="24"/>
              </w:rPr>
              <w:t xml:space="preserve"> (7 </w:t>
            </w:r>
            <w:proofErr w:type="spellStart"/>
            <w:r w:rsidRPr="00446659">
              <w:rPr>
                <w:rFonts w:cs="Times New Roman"/>
                <w:sz w:val="24"/>
                <w:szCs w:val="24"/>
              </w:rPr>
              <w:t>шприцов</w:t>
            </w:r>
            <w:proofErr w:type="spellEnd"/>
            <w:r w:rsidRPr="00446659">
              <w:rPr>
                <w:rFonts w:cs="Times New Roman"/>
                <w:sz w:val="24"/>
                <w:szCs w:val="24"/>
              </w:rPr>
              <w:t xml:space="preserve">), </w:t>
            </w:r>
            <w:proofErr w:type="spellStart"/>
            <w:r w:rsidRPr="00446659">
              <w:rPr>
                <w:rFonts w:cs="Times New Roman"/>
                <w:sz w:val="24"/>
                <w:szCs w:val="24"/>
              </w:rPr>
              <w:t>Владмива</w:t>
            </w:r>
            <w:proofErr w:type="spellEnd"/>
          </w:p>
        </w:tc>
        <w:tc>
          <w:tcPr>
            <w:tcW w:w="1530" w:type="dxa"/>
            <w:vAlign w:val="center"/>
          </w:tcPr>
          <w:p w14:paraId="2FFACC6D" w14:textId="15F4A5CF"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3813961" w14:textId="4A9CE511"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F831887" w14:textId="6DF48B98" w:rsidR="00CD3FA5" w:rsidRPr="00F13106" w:rsidRDefault="00CD3FA5" w:rsidP="00CD3FA5">
            <w:pPr>
              <w:spacing w:after="0"/>
              <w:jc w:val="center"/>
              <w:rPr>
                <w:rFonts w:cs="Times New Roman"/>
              </w:rPr>
            </w:pPr>
            <w:r w:rsidRPr="00446659">
              <w:rPr>
                <w:rFonts w:cs="Times New Roman"/>
                <w:sz w:val="24"/>
                <w:szCs w:val="24"/>
              </w:rPr>
              <w:t>8</w:t>
            </w:r>
          </w:p>
        </w:tc>
        <w:tc>
          <w:tcPr>
            <w:tcW w:w="1360" w:type="dxa"/>
            <w:vAlign w:val="center"/>
          </w:tcPr>
          <w:p w14:paraId="7350C829" w14:textId="77777777" w:rsidR="00CD3FA5" w:rsidRPr="00F13106" w:rsidRDefault="00CD3FA5" w:rsidP="00CD3FA5">
            <w:pPr>
              <w:spacing w:after="0"/>
              <w:jc w:val="right"/>
              <w:rPr>
                <w:rFonts w:cs="Times New Roman"/>
              </w:rPr>
            </w:pPr>
          </w:p>
        </w:tc>
        <w:tc>
          <w:tcPr>
            <w:tcW w:w="1417" w:type="dxa"/>
            <w:vAlign w:val="center"/>
          </w:tcPr>
          <w:p w14:paraId="7D1BB3EB" w14:textId="77777777" w:rsidR="00CD3FA5" w:rsidRPr="00F13106" w:rsidRDefault="00CD3FA5" w:rsidP="00CD3FA5">
            <w:pPr>
              <w:spacing w:after="0"/>
              <w:jc w:val="right"/>
              <w:rPr>
                <w:rFonts w:cs="Times New Roman"/>
              </w:rPr>
            </w:pPr>
          </w:p>
        </w:tc>
        <w:tc>
          <w:tcPr>
            <w:tcW w:w="2325" w:type="dxa"/>
            <w:vAlign w:val="center"/>
          </w:tcPr>
          <w:p w14:paraId="2AD23549" w14:textId="77777777" w:rsidR="00CD3FA5" w:rsidRPr="00F13106" w:rsidRDefault="00CD3FA5" w:rsidP="00CD3FA5">
            <w:pPr>
              <w:spacing w:after="0"/>
              <w:jc w:val="right"/>
              <w:rPr>
                <w:rFonts w:cs="Times New Roman"/>
              </w:rPr>
            </w:pPr>
          </w:p>
        </w:tc>
      </w:tr>
      <w:tr w:rsidR="00CD3FA5" w:rsidRPr="00F13106" w14:paraId="4FCF97BC" w14:textId="77777777" w:rsidTr="00FB028A">
        <w:trPr>
          <w:cantSplit/>
          <w:jc w:val="center"/>
        </w:trPr>
        <w:tc>
          <w:tcPr>
            <w:tcW w:w="454" w:type="dxa"/>
            <w:vAlign w:val="center"/>
          </w:tcPr>
          <w:p w14:paraId="51AECAB8" w14:textId="4DFF1633" w:rsidR="00CD3FA5" w:rsidRPr="00FB028A" w:rsidRDefault="00CD3FA5" w:rsidP="00CD3FA5">
            <w:pPr>
              <w:spacing w:after="0"/>
              <w:jc w:val="right"/>
              <w:rPr>
                <w:rFonts w:cs="Times New Roman"/>
                <w:lang w:val="ru-RU"/>
              </w:rPr>
            </w:pPr>
            <w:r>
              <w:rPr>
                <w:rFonts w:cs="Times New Roman"/>
                <w:lang w:val="ru-RU"/>
              </w:rPr>
              <w:t>22</w:t>
            </w:r>
          </w:p>
        </w:tc>
        <w:tc>
          <w:tcPr>
            <w:tcW w:w="4821" w:type="dxa"/>
            <w:vAlign w:val="center"/>
          </w:tcPr>
          <w:p w14:paraId="39A3DD38" w14:textId="332A8330" w:rsidR="00CD3FA5" w:rsidRPr="00F13106" w:rsidRDefault="00CD3FA5" w:rsidP="00CD3FA5">
            <w:pPr>
              <w:spacing w:after="0"/>
              <w:rPr>
                <w:rFonts w:cs="Times New Roman"/>
              </w:rPr>
            </w:pPr>
            <w:proofErr w:type="spellStart"/>
            <w:r w:rsidRPr="00446659">
              <w:rPr>
                <w:rFonts w:cs="Times New Roman"/>
                <w:sz w:val="24"/>
                <w:szCs w:val="24"/>
              </w:rPr>
              <w:t>Эндожи</w:t>
            </w:r>
            <w:proofErr w:type="spellEnd"/>
            <w:r w:rsidRPr="00446659">
              <w:rPr>
                <w:rFonts w:cs="Times New Roman"/>
                <w:sz w:val="24"/>
                <w:szCs w:val="24"/>
              </w:rPr>
              <w:t xml:space="preserve"> №1 (15мл.), </w:t>
            </w:r>
            <w:proofErr w:type="spellStart"/>
            <w:r w:rsidRPr="00446659">
              <w:rPr>
                <w:rFonts w:cs="Times New Roman"/>
                <w:sz w:val="24"/>
                <w:szCs w:val="24"/>
              </w:rPr>
              <w:t>Владмива</w:t>
            </w:r>
            <w:proofErr w:type="spellEnd"/>
          </w:p>
        </w:tc>
        <w:tc>
          <w:tcPr>
            <w:tcW w:w="1530" w:type="dxa"/>
            <w:vAlign w:val="center"/>
          </w:tcPr>
          <w:p w14:paraId="5E6A8828" w14:textId="6589B972"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37F64611" w14:textId="000C94D9"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DEAC45A" w14:textId="599C3CFB"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327BAA28" w14:textId="77777777" w:rsidR="00CD3FA5" w:rsidRPr="00F13106" w:rsidRDefault="00CD3FA5" w:rsidP="00CD3FA5">
            <w:pPr>
              <w:spacing w:after="0"/>
              <w:jc w:val="right"/>
              <w:rPr>
                <w:rFonts w:cs="Times New Roman"/>
              </w:rPr>
            </w:pPr>
          </w:p>
        </w:tc>
        <w:tc>
          <w:tcPr>
            <w:tcW w:w="1417" w:type="dxa"/>
            <w:vAlign w:val="center"/>
          </w:tcPr>
          <w:p w14:paraId="4D3B84F1" w14:textId="77777777" w:rsidR="00CD3FA5" w:rsidRPr="00F13106" w:rsidRDefault="00CD3FA5" w:rsidP="00CD3FA5">
            <w:pPr>
              <w:spacing w:after="0"/>
              <w:jc w:val="right"/>
              <w:rPr>
                <w:rFonts w:cs="Times New Roman"/>
              </w:rPr>
            </w:pPr>
          </w:p>
        </w:tc>
        <w:tc>
          <w:tcPr>
            <w:tcW w:w="2325" w:type="dxa"/>
            <w:vAlign w:val="center"/>
          </w:tcPr>
          <w:p w14:paraId="7F67E52B" w14:textId="77777777" w:rsidR="00CD3FA5" w:rsidRPr="00F13106" w:rsidRDefault="00CD3FA5" w:rsidP="00CD3FA5">
            <w:pPr>
              <w:spacing w:after="0"/>
              <w:jc w:val="right"/>
              <w:rPr>
                <w:rFonts w:cs="Times New Roman"/>
              </w:rPr>
            </w:pPr>
          </w:p>
        </w:tc>
      </w:tr>
      <w:tr w:rsidR="00CD3FA5" w:rsidRPr="00F13106" w14:paraId="64C9CD23" w14:textId="77777777" w:rsidTr="00FB028A">
        <w:trPr>
          <w:cantSplit/>
          <w:jc w:val="center"/>
        </w:trPr>
        <w:tc>
          <w:tcPr>
            <w:tcW w:w="454" w:type="dxa"/>
            <w:vAlign w:val="center"/>
          </w:tcPr>
          <w:p w14:paraId="69FCDD89" w14:textId="6C398DD1" w:rsidR="00CD3FA5" w:rsidRPr="00FB028A" w:rsidRDefault="00CD3FA5" w:rsidP="00CD3FA5">
            <w:pPr>
              <w:spacing w:after="0"/>
              <w:jc w:val="right"/>
              <w:rPr>
                <w:rFonts w:cs="Times New Roman"/>
                <w:lang w:val="ru-RU"/>
              </w:rPr>
            </w:pPr>
            <w:r>
              <w:rPr>
                <w:rFonts w:cs="Times New Roman"/>
                <w:lang w:val="ru-RU"/>
              </w:rPr>
              <w:t>23</w:t>
            </w:r>
          </w:p>
        </w:tc>
        <w:tc>
          <w:tcPr>
            <w:tcW w:w="4821" w:type="dxa"/>
            <w:vAlign w:val="center"/>
          </w:tcPr>
          <w:p w14:paraId="24CBD399" w14:textId="00F79E62" w:rsidR="00CD3FA5" w:rsidRPr="00F13106" w:rsidRDefault="00CD3FA5" w:rsidP="00CD3FA5">
            <w:pPr>
              <w:spacing w:after="0"/>
              <w:rPr>
                <w:rFonts w:cs="Times New Roman"/>
              </w:rPr>
            </w:pPr>
            <w:proofErr w:type="spellStart"/>
            <w:r w:rsidRPr="00446659">
              <w:rPr>
                <w:rFonts w:cs="Times New Roman"/>
                <w:sz w:val="24"/>
                <w:szCs w:val="24"/>
              </w:rPr>
              <w:t>Канюли</w:t>
            </w:r>
            <w:proofErr w:type="spellEnd"/>
            <w:r w:rsidRPr="00446659">
              <w:rPr>
                <w:rFonts w:cs="Times New Roman"/>
                <w:sz w:val="24"/>
                <w:szCs w:val="24"/>
              </w:rPr>
              <w:t xml:space="preserve"> </w:t>
            </w:r>
            <w:proofErr w:type="spellStart"/>
            <w:r w:rsidRPr="00446659">
              <w:rPr>
                <w:rFonts w:cs="Times New Roman"/>
                <w:sz w:val="24"/>
                <w:szCs w:val="24"/>
              </w:rPr>
              <w:t>интраоральные</w:t>
            </w:r>
            <w:proofErr w:type="spellEnd"/>
            <w:r w:rsidRPr="00446659">
              <w:rPr>
                <w:rFonts w:cs="Times New Roman"/>
                <w:sz w:val="24"/>
                <w:szCs w:val="24"/>
              </w:rPr>
              <w:t xml:space="preserve"> (100шт.), </w:t>
            </w:r>
            <w:proofErr w:type="spellStart"/>
            <w:r w:rsidRPr="00446659">
              <w:rPr>
                <w:rFonts w:cs="Times New Roman"/>
                <w:sz w:val="24"/>
                <w:szCs w:val="24"/>
              </w:rPr>
              <w:t>Dispodent</w:t>
            </w:r>
            <w:proofErr w:type="spellEnd"/>
          </w:p>
        </w:tc>
        <w:tc>
          <w:tcPr>
            <w:tcW w:w="1530" w:type="dxa"/>
            <w:vAlign w:val="center"/>
          </w:tcPr>
          <w:p w14:paraId="3A814D9A" w14:textId="6F9C384B" w:rsidR="00CD3FA5" w:rsidRPr="00F13106" w:rsidRDefault="00CD3FA5" w:rsidP="00CD3FA5">
            <w:pPr>
              <w:spacing w:after="0"/>
              <w:jc w:val="right"/>
              <w:rPr>
                <w:rFonts w:cs="Times New Roman"/>
              </w:rPr>
            </w:pPr>
            <w:r w:rsidRPr="00446659">
              <w:rPr>
                <w:rFonts w:cs="Times New Roman"/>
                <w:sz w:val="24"/>
                <w:szCs w:val="24"/>
              </w:rPr>
              <w:t>32.50.13.110</w:t>
            </w:r>
          </w:p>
        </w:tc>
        <w:tc>
          <w:tcPr>
            <w:tcW w:w="680" w:type="dxa"/>
            <w:vAlign w:val="center"/>
          </w:tcPr>
          <w:p w14:paraId="0D8AEF8E" w14:textId="7DB6E9DF"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614CF90" w14:textId="59DC3F46" w:rsidR="00CD3FA5" w:rsidRPr="00F13106" w:rsidRDefault="00CD3FA5" w:rsidP="00CD3FA5">
            <w:pPr>
              <w:spacing w:after="0"/>
              <w:jc w:val="center"/>
              <w:rPr>
                <w:rFonts w:cs="Times New Roman"/>
              </w:rPr>
            </w:pPr>
            <w:r w:rsidRPr="00446659">
              <w:rPr>
                <w:rFonts w:cs="Times New Roman"/>
                <w:sz w:val="24"/>
                <w:szCs w:val="24"/>
              </w:rPr>
              <w:t>3</w:t>
            </w:r>
          </w:p>
        </w:tc>
        <w:tc>
          <w:tcPr>
            <w:tcW w:w="1360" w:type="dxa"/>
            <w:vAlign w:val="center"/>
          </w:tcPr>
          <w:p w14:paraId="076B8AE7" w14:textId="77777777" w:rsidR="00CD3FA5" w:rsidRPr="00F13106" w:rsidRDefault="00CD3FA5" w:rsidP="00CD3FA5">
            <w:pPr>
              <w:spacing w:after="0"/>
              <w:jc w:val="right"/>
              <w:rPr>
                <w:rFonts w:cs="Times New Roman"/>
              </w:rPr>
            </w:pPr>
          </w:p>
        </w:tc>
        <w:tc>
          <w:tcPr>
            <w:tcW w:w="1417" w:type="dxa"/>
            <w:vAlign w:val="center"/>
          </w:tcPr>
          <w:p w14:paraId="43BC6D40" w14:textId="77777777" w:rsidR="00CD3FA5" w:rsidRPr="00F13106" w:rsidRDefault="00CD3FA5" w:rsidP="00CD3FA5">
            <w:pPr>
              <w:spacing w:after="0"/>
              <w:jc w:val="right"/>
              <w:rPr>
                <w:rFonts w:cs="Times New Roman"/>
              </w:rPr>
            </w:pPr>
          </w:p>
        </w:tc>
        <w:tc>
          <w:tcPr>
            <w:tcW w:w="2325" w:type="dxa"/>
            <w:vAlign w:val="center"/>
          </w:tcPr>
          <w:p w14:paraId="2EB805F8" w14:textId="77777777" w:rsidR="00CD3FA5" w:rsidRPr="00F13106" w:rsidRDefault="00CD3FA5" w:rsidP="00CD3FA5">
            <w:pPr>
              <w:spacing w:after="0"/>
              <w:jc w:val="right"/>
              <w:rPr>
                <w:rFonts w:cs="Times New Roman"/>
              </w:rPr>
            </w:pPr>
          </w:p>
        </w:tc>
      </w:tr>
      <w:tr w:rsidR="00CD3FA5" w:rsidRPr="00F13106" w14:paraId="3A5323EF" w14:textId="77777777" w:rsidTr="00FB028A">
        <w:trPr>
          <w:cantSplit/>
          <w:jc w:val="center"/>
        </w:trPr>
        <w:tc>
          <w:tcPr>
            <w:tcW w:w="454" w:type="dxa"/>
            <w:vAlign w:val="center"/>
          </w:tcPr>
          <w:p w14:paraId="2CCFB3F3" w14:textId="7391819A" w:rsidR="00CD3FA5" w:rsidRPr="00FB028A" w:rsidRDefault="00CD3FA5" w:rsidP="00CD3FA5">
            <w:pPr>
              <w:spacing w:after="0"/>
              <w:jc w:val="right"/>
              <w:rPr>
                <w:rFonts w:cs="Times New Roman"/>
                <w:lang w:val="ru-RU"/>
              </w:rPr>
            </w:pPr>
            <w:r>
              <w:rPr>
                <w:rFonts w:cs="Times New Roman"/>
                <w:lang w:val="ru-RU"/>
              </w:rPr>
              <w:t>24</w:t>
            </w:r>
          </w:p>
        </w:tc>
        <w:tc>
          <w:tcPr>
            <w:tcW w:w="4821" w:type="dxa"/>
            <w:vAlign w:val="center"/>
          </w:tcPr>
          <w:p w14:paraId="37372AE6" w14:textId="3683D631" w:rsidR="00CD3FA5" w:rsidRPr="00F13106" w:rsidRDefault="00CD3FA5" w:rsidP="00CD3FA5">
            <w:pPr>
              <w:spacing w:after="0"/>
              <w:rPr>
                <w:rFonts w:cs="Times New Roman"/>
              </w:rPr>
            </w:pPr>
            <w:r w:rsidRPr="00446659">
              <w:rPr>
                <w:rFonts w:cs="Times New Roman"/>
                <w:sz w:val="24"/>
                <w:szCs w:val="24"/>
              </w:rPr>
              <w:t>Multi-</w:t>
            </w:r>
            <w:proofErr w:type="spellStart"/>
            <w:r w:rsidRPr="00446659">
              <w:rPr>
                <w:rFonts w:cs="Times New Roman"/>
                <w:sz w:val="24"/>
                <w:szCs w:val="24"/>
              </w:rPr>
              <w:t>Shtift</w:t>
            </w:r>
            <w:proofErr w:type="spellEnd"/>
            <w:r w:rsidRPr="00446659">
              <w:rPr>
                <w:rFonts w:cs="Times New Roman"/>
                <w:sz w:val="24"/>
                <w:szCs w:val="24"/>
              </w:rPr>
              <w:t xml:space="preserve"> - </w:t>
            </w:r>
            <w:proofErr w:type="spellStart"/>
            <w:r w:rsidRPr="00446659">
              <w:rPr>
                <w:rFonts w:cs="Times New Roman"/>
                <w:sz w:val="24"/>
                <w:szCs w:val="24"/>
              </w:rPr>
              <w:t>беззольные</w:t>
            </w:r>
            <w:proofErr w:type="spellEnd"/>
            <w:r w:rsidRPr="00446659">
              <w:rPr>
                <w:rFonts w:cs="Times New Roman"/>
                <w:sz w:val="24"/>
                <w:szCs w:val="24"/>
              </w:rPr>
              <w:t xml:space="preserve"> </w:t>
            </w:r>
            <w:proofErr w:type="spellStart"/>
            <w:r w:rsidRPr="00446659">
              <w:rPr>
                <w:rFonts w:cs="Times New Roman"/>
                <w:sz w:val="24"/>
                <w:szCs w:val="24"/>
              </w:rPr>
              <w:t>штифты</w:t>
            </w:r>
            <w:proofErr w:type="spellEnd"/>
            <w:r w:rsidRPr="00446659">
              <w:rPr>
                <w:rFonts w:cs="Times New Roman"/>
                <w:sz w:val="24"/>
                <w:szCs w:val="24"/>
              </w:rPr>
              <w:t xml:space="preserve">, </w:t>
            </w:r>
            <w:proofErr w:type="spellStart"/>
            <w:r w:rsidRPr="00446659">
              <w:rPr>
                <w:rFonts w:cs="Times New Roman"/>
                <w:sz w:val="24"/>
                <w:szCs w:val="24"/>
              </w:rPr>
              <w:t>диаметр</w:t>
            </w:r>
            <w:proofErr w:type="spellEnd"/>
            <w:r w:rsidRPr="00446659">
              <w:rPr>
                <w:rFonts w:cs="Times New Roman"/>
                <w:sz w:val="24"/>
                <w:szCs w:val="24"/>
              </w:rPr>
              <w:t xml:space="preserve"> 1</w:t>
            </w:r>
            <w:proofErr w:type="gramStart"/>
            <w:r w:rsidRPr="00446659">
              <w:rPr>
                <w:rFonts w:cs="Times New Roman"/>
                <w:sz w:val="24"/>
                <w:szCs w:val="24"/>
              </w:rPr>
              <w:t>,5</w:t>
            </w:r>
            <w:proofErr w:type="gramEnd"/>
            <w:r w:rsidRPr="00446659">
              <w:rPr>
                <w:rFonts w:cs="Times New Roman"/>
                <w:sz w:val="24"/>
                <w:szCs w:val="24"/>
              </w:rPr>
              <w:t xml:space="preserve"> </w:t>
            </w:r>
            <w:proofErr w:type="spellStart"/>
            <w:r w:rsidRPr="00446659">
              <w:rPr>
                <w:rFonts w:cs="Times New Roman"/>
                <w:sz w:val="24"/>
                <w:szCs w:val="24"/>
              </w:rPr>
              <w:t>мм</w:t>
            </w:r>
            <w:proofErr w:type="spellEnd"/>
            <w:r w:rsidRPr="00446659">
              <w:rPr>
                <w:rFonts w:cs="Times New Roman"/>
                <w:sz w:val="24"/>
                <w:szCs w:val="24"/>
              </w:rPr>
              <w:t xml:space="preserve">. (80шт.), </w:t>
            </w:r>
            <w:proofErr w:type="spellStart"/>
            <w:r w:rsidRPr="00446659">
              <w:rPr>
                <w:rFonts w:cs="Times New Roman"/>
                <w:sz w:val="24"/>
                <w:szCs w:val="24"/>
              </w:rPr>
              <w:t>РуДент</w:t>
            </w:r>
            <w:proofErr w:type="spellEnd"/>
          </w:p>
        </w:tc>
        <w:tc>
          <w:tcPr>
            <w:tcW w:w="1530" w:type="dxa"/>
            <w:vAlign w:val="center"/>
          </w:tcPr>
          <w:p w14:paraId="5A75872E" w14:textId="572890BA" w:rsidR="00CD3FA5" w:rsidRPr="00F13106" w:rsidRDefault="00CD3FA5" w:rsidP="00CD3FA5">
            <w:pPr>
              <w:spacing w:after="0"/>
              <w:jc w:val="right"/>
              <w:rPr>
                <w:rFonts w:cs="Times New Roman"/>
              </w:rPr>
            </w:pPr>
            <w:r w:rsidRPr="00446659">
              <w:rPr>
                <w:rFonts w:cs="Times New Roman"/>
                <w:sz w:val="24"/>
                <w:szCs w:val="24"/>
              </w:rPr>
              <w:t>32.50.22.140</w:t>
            </w:r>
          </w:p>
        </w:tc>
        <w:tc>
          <w:tcPr>
            <w:tcW w:w="680" w:type="dxa"/>
            <w:vAlign w:val="center"/>
          </w:tcPr>
          <w:p w14:paraId="69CFD071" w14:textId="6D37142F"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647C6BFF" w14:textId="71745551" w:rsidR="00CD3FA5" w:rsidRPr="00F13106" w:rsidRDefault="00CD3FA5" w:rsidP="00CD3FA5">
            <w:pPr>
              <w:spacing w:after="0"/>
              <w:jc w:val="center"/>
              <w:rPr>
                <w:rFonts w:cs="Times New Roman"/>
              </w:rPr>
            </w:pPr>
            <w:r w:rsidRPr="00446659">
              <w:rPr>
                <w:rFonts w:cs="Times New Roman"/>
                <w:sz w:val="24"/>
                <w:szCs w:val="24"/>
              </w:rPr>
              <w:t>3</w:t>
            </w:r>
          </w:p>
        </w:tc>
        <w:tc>
          <w:tcPr>
            <w:tcW w:w="1360" w:type="dxa"/>
            <w:vAlign w:val="center"/>
          </w:tcPr>
          <w:p w14:paraId="1447F386" w14:textId="77777777" w:rsidR="00CD3FA5" w:rsidRPr="00F13106" w:rsidRDefault="00CD3FA5" w:rsidP="00CD3FA5">
            <w:pPr>
              <w:spacing w:after="0"/>
              <w:jc w:val="right"/>
              <w:rPr>
                <w:rFonts w:cs="Times New Roman"/>
              </w:rPr>
            </w:pPr>
          </w:p>
        </w:tc>
        <w:tc>
          <w:tcPr>
            <w:tcW w:w="1417" w:type="dxa"/>
            <w:vAlign w:val="center"/>
          </w:tcPr>
          <w:p w14:paraId="27562603" w14:textId="77777777" w:rsidR="00CD3FA5" w:rsidRPr="00F13106" w:rsidRDefault="00CD3FA5" w:rsidP="00CD3FA5">
            <w:pPr>
              <w:spacing w:after="0"/>
              <w:jc w:val="right"/>
              <w:rPr>
                <w:rFonts w:cs="Times New Roman"/>
              </w:rPr>
            </w:pPr>
          </w:p>
        </w:tc>
        <w:tc>
          <w:tcPr>
            <w:tcW w:w="2325" w:type="dxa"/>
            <w:vAlign w:val="center"/>
          </w:tcPr>
          <w:p w14:paraId="2EFCFBC3" w14:textId="77777777" w:rsidR="00CD3FA5" w:rsidRPr="00F13106" w:rsidRDefault="00CD3FA5" w:rsidP="00CD3FA5">
            <w:pPr>
              <w:spacing w:after="0"/>
              <w:jc w:val="right"/>
              <w:rPr>
                <w:rFonts w:cs="Times New Roman"/>
              </w:rPr>
            </w:pPr>
          </w:p>
        </w:tc>
      </w:tr>
      <w:tr w:rsidR="00CD3FA5" w:rsidRPr="00FB028A" w14:paraId="1748E0CF" w14:textId="77777777" w:rsidTr="00FB028A">
        <w:trPr>
          <w:cantSplit/>
          <w:jc w:val="center"/>
        </w:trPr>
        <w:tc>
          <w:tcPr>
            <w:tcW w:w="454" w:type="dxa"/>
            <w:vAlign w:val="center"/>
          </w:tcPr>
          <w:p w14:paraId="2296553A" w14:textId="1884D7A4" w:rsidR="00CD3FA5" w:rsidRPr="00FB028A" w:rsidRDefault="00CD3FA5" w:rsidP="00CD3FA5">
            <w:pPr>
              <w:spacing w:after="0"/>
              <w:jc w:val="right"/>
              <w:rPr>
                <w:rFonts w:cs="Times New Roman"/>
                <w:lang w:val="ru-RU"/>
              </w:rPr>
            </w:pPr>
            <w:r>
              <w:rPr>
                <w:rFonts w:cs="Times New Roman"/>
                <w:lang w:val="ru-RU"/>
              </w:rPr>
              <w:t>25</w:t>
            </w:r>
          </w:p>
        </w:tc>
        <w:tc>
          <w:tcPr>
            <w:tcW w:w="4821" w:type="dxa"/>
            <w:vAlign w:val="center"/>
          </w:tcPr>
          <w:p w14:paraId="7C505DE5" w14:textId="7ABCDF4E" w:rsidR="00CD3FA5" w:rsidRPr="00FB028A" w:rsidRDefault="00CD3FA5" w:rsidP="00CD3FA5">
            <w:pPr>
              <w:spacing w:after="0"/>
              <w:rPr>
                <w:rFonts w:cs="Times New Roman"/>
                <w:lang w:val="ru-RU"/>
              </w:rPr>
            </w:pPr>
            <w:proofErr w:type="spellStart"/>
            <w:r w:rsidRPr="00446659">
              <w:rPr>
                <w:rFonts w:cs="Times New Roman"/>
                <w:sz w:val="24"/>
                <w:szCs w:val="24"/>
                <w:lang w:val="ru-RU"/>
              </w:rPr>
              <w:t>Денест</w:t>
            </w:r>
            <w:proofErr w:type="spellEnd"/>
            <w:r w:rsidRPr="00446659">
              <w:rPr>
                <w:rFonts w:cs="Times New Roman"/>
                <w:sz w:val="24"/>
                <w:szCs w:val="24"/>
                <w:lang w:val="ru-RU"/>
              </w:rPr>
              <w:t xml:space="preserve"> Рок - </w:t>
            </w:r>
            <w:proofErr w:type="spellStart"/>
            <w:r w:rsidRPr="00446659">
              <w:rPr>
                <w:rFonts w:cs="Times New Roman"/>
                <w:sz w:val="24"/>
                <w:szCs w:val="24"/>
                <w:lang w:val="ru-RU"/>
              </w:rPr>
              <w:t>супергипс</w:t>
            </w:r>
            <w:proofErr w:type="spellEnd"/>
            <w:r w:rsidRPr="00446659">
              <w:rPr>
                <w:rFonts w:cs="Times New Roman"/>
                <w:sz w:val="24"/>
                <w:szCs w:val="24"/>
                <w:lang w:val="ru-RU"/>
              </w:rPr>
              <w:t xml:space="preserve"> </w:t>
            </w:r>
            <w:r w:rsidRPr="00446659">
              <w:rPr>
                <w:rFonts w:cs="Times New Roman"/>
                <w:sz w:val="24"/>
                <w:szCs w:val="24"/>
              </w:rPr>
              <w:t>IV</w:t>
            </w:r>
            <w:r w:rsidRPr="00446659">
              <w:rPr>
                <w:rFonts w:cs="Times New Roman"/>
                <w:sz w:val="24"/>
                <w:szCs w:val="24"/>
                <w:lang w:val="ru-RU"/>
              </w:rPr>
              <w:t xml:space="preserve"> класса бежевый (5кг.), </w:t>
            </w:r>
            <w:proofErr w:type="spellStart"/>
            <w:r w:rsidRPr="00446659">
              <w:rPr>
                <w:rFonts w:cs="Times New Roman"/>
                <w:sz w:val="24"/>
                <w:szCs w:val="24"/>
              </w:rPr>
              <w:t>Eurmed</w:t>
            </w:r>
            <w:proofErr w:type="spellEnd"/>
          </w:p>
        </w:tc>
        <w:tc>
          <w:tcPr>
            <w:tcW w:w="1530" w:type="dxa"/>
            <w:vAlign w:val="center"/>
          </w:tcPr>
          <w:p w14:paraId="322F1380" w14:textId="4A451699" w:rsidR="00CD3FA5" w:rsidRPr="00FB028A" w:rsidRDefault="00CD3FA5" w:rsidP="00CD3FA5">
            <w:pPr>
              <w:spacing w:after="0"/>
              <w:jc w:val="right"/>
              <w:rPr>
                <w:rFonts w:cs="Times New Roman"/>
                <w:lang w:val="ru-RU"/>
              </w:rPr>
            </w:pPr>
            <w:r w:rsidRPr="00446659">
              <w:rPr>
                <w:rFonts w:cs="Times New Roman"/>
                <w:sz w:val="24"/>
                <w:szCs w:val="24"/>
              </w:rPr>
              <w:t>20.59.52.120</w:t>
            </w:r>
          </w:p>
        </w:tc>
        <w:tc>
          <w:tcPr>
            <w:tcW w:w="680" w:type="dxa"/>
            <w:vAlign w:val="center"/>
          </w:tcPr>
          <w:p w14:paraId="530BF256" w14:textId="750E4695"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C5CA91C" w14:textId="16F9EC0E" w:rsidR="00CD3FA5" w:rsidRPr="00FB028A" w:rsidRDefault="00CD3FA5" w:rsidP="00CD3FA5">
            <w:pPr>
              <w:spacing w:after="0"/>
              <w:jc w:val="center"/>
              <w:rPr>
                <w:rFonts w:cs="Times New Roman"/>
                <w:lang w:val="ru-RU"/>
              </w:rPr>
            </w:pPr>
            <w:r w:rsidRPr="00446659">
              <w:rPr>
                <w:rFonts w:cs="Times New Roman"/>
                <w:sz w:val="24"/>
                <w:szCs w:val="24"/>
              </w:rPr>
              <w:t>3</w:t>
            </w:r>
          </w:p>
        </w:tc>
        <w:tc>
          <w:tcPr>
            <w:tcW w:w="1360" w:type="dxa"/>
            <w:vAlign w:val="center"/>
          </w:tcPr>
          <w:p w14:paraId="59D03ECF" w14:textId="77777777" w:rsidR="00CD3FA5" w:rsidRPr="00FB028A" w:rsidRDefault="00CD3FA5" w:rsidP="00CD3FA5">
            <w:pPr>
              <w:spacing w:after="0"/>
              <w:jc w:val="right"/>
              <w:rPr>
                <w:rFonts w:cs="Times New Roman"/>
                <w:lang w:val="ru-RU"/>
              </w:rPr>
            </w:pPr>
          </w:p>
        </w:tc>
        <w:tc>
          <w:tcPr>
            <w:tcW w:w="1417" w:type="dxa"/>
            <w:vAlign w:val="center"/>
          </w:tcPr>
          <w:p w14:paraId="25066869" w14:textId="77777777" w:rsidR="00CD3FA5" w:rsidRPr="00FB028A" w:rsidRDefault="00CD3FA5" w:rsidP="00CD3FA5">
            <w:pPr>
              <w:spacing w:after="0"/>
              <w:jc w:val="right"/>
              <w:rPr>
                <w:rFonts w:cs="Times New Roman"/>
                <w:lang w:val="ru-RU"/>
              </w:rPr>
            </w:pPr>
          </w:p>
        </w:tc>
        <w:tc>
          <w:tcPr>
            <w:tcW w:w="2325" w:type="dxa"/>
            <w:vAlign w:val="center"/>
          </w:tcPr>
          <w:p w14:paraId="01E05C7D" w14:textId="77777777" w:rsidR="00CD3FA5" w:rsidRPr="00FB028A" w:rsidRDefault="00CD3FA5" w:rsidP="00CD3FA5">
            <w:pPr>
              <w:spacing w:after="0"/>
              <w:jc w:val="right"/>
              <w:rPr>
                <w:rFonts w:cs="Times New Roman"/>
                <w:lang w:val="ru-RU"/>
              </w:rPr>
            </w:pPr>
          </w:p>
        </w:tc>
      </w:tr>
      <w:tr w:rsidR="00CD3FA5" w:rsidRPr="00FB028A" w14:paraId="00497678" w14:textId="77777777" w:rsidTr="00FB028A">
        <w:trPr>
          <w:cantSplit/>
          <w:jc w:val="center"/>
        </w:trPr>
        <w:tc>
          <w:tcPr>
            <w:tcW w:w="454" w:type="dxa"/>
            <w:vAlign w:val="center"/>
          </w:tcPr>
          <w:p w14:paraId="61E51DEC" w14:textId="4B8982BA" w:rsidR="00CD3FA5" w:rsidRPr="00FB028A" w:rsidRDefault="00CD3FA5" w:rsidP="00CD3FA5">
            <w:pPr>
              <w:spacing w:after="0"/>
              <w:jc w:val="right"/>
              <w:rPr>
                <w:rFonts w:cs="Times New Roman"/>
                <w:lang w:val="ru-RU"/>
              </w:rPr>
            </w:pPr>
            <w:r>
              <w:rPr>
                <w:rFonts w:cs="Times New Roman"/>
                <w:lang w:val="ru-RU"/>
              </w:rPr>
              <w:t>26</w:t>
            </w:r>
          </w:p>
        </w:tc>
        <w:tc>
          <w:tcPr>
            <w:tcW w:w="4821" w:type="dxa"/>
            <w:vAlign w:val="center"/>
          </w:tcPr>
          <w:p w14:paraId="2DB9C479" w14:textId="3ACF9FE8" w:rsidR="00CD3FA5" w:rsidRPr="00FB028A" w:rsidRDefault="00CD3FA5" w:rsidP="00CD3FA5">
            <w:pPr>
              <w:spacing w:after="0"/>
              <w:rPr>
                <w:rFonts w:cs="Times New Roman"/>
                <w:lang w:val="ru-RU"/>
              </w:rPr>
            </w:pPr>
            <w:r w:rsidRPr="00446659">
              <w:rPr>
                <w:rFonts w:cs="Times New Roman"/>
                <w:sz w:val="24"/>
                <w:szCs w:val="24"/>
              </w:rPr>
              <w:t>Fuji</w:t>
            </w:r>
            <w:r w:rsidRPr="00446659">
              <w:rPr>
                <w:rFonts w:cs="Times New Roman"/>
                <w:sz w:val="24"/>
                <w:szCs w:val="24"/>
                <w:lang w:val="ru-RU"/>
              </w:rPr>
              <w:t xml:space="preserve"> </w:t>
            </w:r>
            <w:r w:rsidRPr="00446659">
              <w:rPr>
                <w:rFonts w:cs="Times New Roman"/>
                <w:sz w:val="24"/>
                <w:szCs w:val="24"/>
              </w:rPr>
              <w:t>Rock</w:t>
            </w:r>
            <w:r w:rsidRPr="00446659">
              <w:rPr>
                <w:rFonts w:cs="Times New Roman"/>
                <w:sz w:val="24"/>
                <w:szCs w:val="24"/>
                <w:lang w:val="ru-RU"/>
              </w:rPr>
              <w:t xml:space="preserve"> - </w:t>
            </w:r>
            <w:r w:rsidRPr="00446659">
              <w:rPr>
                <w:rFonts w:cs="Times New Roman"/>
                <w:sz w:val="24"/>
                <w:szCs w:val="24"/>
              </w:rPr>
              <w:t>c</w:t>
            </w:r>
            <w:proofErr w:type="spellStart"/>
            <w:r w:rsidRPr="00446659">
              <w:rPr>
                <w:rFonts w:cs="Times New Roman"/>
                <w:sz w:val="24"/>
                <w:szCs w:val="24"/>
                <w:lang w:val="ru-RU"/>
              </w:rPr>
              <w:t>упергипс</w:t>
            </w:r>
            <w:proofErr w:type="spellEnd"/>
            <w:r w:rsidRPr="00446659">
              <w:rPr>
                <w:rFonts w:cs="Times New Roman"/>
                <w:sz w:val="24"/>
                <w:szCs w:val="24"/>
                <w:lang w:val="ru-RU"/>
              </w:rPr>
              <w:t xml:space="preserve"> </w:t>
            </w:r>
            <w:r w:rsidRPr="00446659">
              <w:rPr>
                <w:rFonts w:cs="Times New Roman"/>
                <w:sz w:val="24"/>
                <w:szCs w:val="24"/>
              </w:rPr>
              <w:t>IV</w:t>
            </w:r>
            <w:r w:rsidRPr="00446659">
              <w:rPr>
                <w:rFonts w:cs="Times New Roman"/>
                <w:sz w:val="24"/>
                <w:szCs w:val="24"/>
                <w:lang w:val="ru-RU"/>
              </w:rPr>
              <w:t xml:space="preserve"> класса золотисто-коричневый (5кг.), </w:t>
            </w:r>
            <w:r w:rsidRPr="00446659">
              <w:rPr>
                <w:rFonts w:cs="Times New Roman"/>
                <w:sz w:val="24"/>
                <w:szCs w:val="24"/>
              </w:rPr>
              <w:t>GC</w:t>
            </w:r>
          </w:p>
        </w:tc>
        <w:tc>
          <w:tcPr>
            <w:tcW w:w="1530" w:type="dxa"/>
            <w:vAlign w:val="center"/>
          </w:tcPr>
          <w:p w14:paraId="4AB31259" w14:textId="5780BC0E" w:rsidR="00CD3FA5" w:rsidRPr="00FB028A" w:rsidRDefault="00CD3FA5" w:rsidP="00CD3FA5">
            <w:pPr>
              <w:spacing w:after="0"/>
              <w:jc w:val="right"/>
              <w:rPr>
                <w:rFonts w:cs="Times New Roman"/>
                <w:lang w:val="ru-RU"/>
              </w:rPr>
            </w:pPr>
            <w:r w:rsidRPr="00446659">
              <w:rPr>
                <w:rFonts w:cs="Times New Roman"/>
                <w:sz w:val="24"/>
                <w:szCs w:val="24"/>
              </w:rPr>
              <w:t>20.59.52.120</w:t>
            </w:r>
          </w:p>
        </w:tc>
        <w:tc>
          <w:tcPr>
            <w:tcW w:w="680" w:type="dxa"/>
            <w:vAlign w:val="center"/>
          </w:tcPr>
          <w:p w14:paraId="52D3C99B" w14:textId="3FB6B78B"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1EA2104" w14:textId="0CE190A8" w:rsidR="00CD3FA5" w:rsidRPr="00FB028A" w:rsidRDefault="00CD3FA5" w:rsidP="00CD3FA5">
            <w:pPr>
              <w:spacing w:after="0"/>
              <w:jc w:val="center"/>
              <w:rPr>
                <w:rFonts w:cs="Times New Roman"/>
                <w:lang w:val="ru-RU"/>
              </w:rPr>
            </w:pPr>
            <w:r w:rsidRPr="00446659">
              <w:rPr>
                <w:rFonts w:cs="Times New Roman"/>
                <w:sz w:val="24"/>
                <w:szCs w:val="24"/>
              </w:rPr>
              <w:t>8</w:t>
            </w:r>
          </w:p>
        </w:tc>
        <w:tc>
          <w:tcPr>
            <w:tcW w:w="1360" w:type="dxa"/>
            <w:vAlign w:val="center"/>
          </w:tcPr>
          <w:p w14:paraId="2E016AE6" w14:textId="77777777" w:rsidR="00CD3FA5" w:rsidRPr="00FB028A" w:rsidRDefault="00CD3FA5" w:rsidP="00CD3FA5">
            <w:pPr>
              <w:spacing w:after="0"/>
              <w:jc w:val="right"/>
              <w:rPr>
                <w:rFonts w:cs="Times New Roman"/>
                <w:lang w:val="ru-RU"/>
              </w:rPr>
            </w:pPr>
          </w:p>
        </w:tc>
        <w:tc>
          <w:tcPr>
            <w:tcW w:w="1417" w:type="dxa"/>
            <w:vAlign w:val="center"/>
          </w:tcPr>
          <w:p w14:paraId="076EC83C" w14:textId="77777777" w:rsidR="00CD3FA5" w:rsidRPr="00FB028A" w:rsidRDefault="00CD3FA5" w:rsidP="00CD3FA5">
            <w:pPr>
              <w:spacing w:after="0"/>
              <w:jc w:val="right"/>
              <w:rPr>
                <w:rFonts w:cs="Times New Roman"/>
                <w:lang w:val="ru-RU"/>
              </w:rPr>
            </w:pPr>
          </w:p>
        </w:tc>
        <w:tc>
          <w:tcPr>
            <w:tcW w:w="2325" w:type="dxa"/>
            <w:vAlign w:val="center"/>
          </w:tcPr>
          <w:p w14:paraId="40044EA2" w14:textId="77777777" w:rsidR="00CD3FA5" w:rsidRPr="00FB028A" w:rsidRDefault="00CD3FA5" w:rsidP="00CD3FA5">
            <w:pPr>
              <w:spacing w:after="0"/>
              <w:jc w:val="right"/>
              <w:rPr>
                <w:rFonts w:cs="Times New Roman"/>
                <w:lang w:val="ru-RU"/>
              </w:rPr>
            </w:pPr>
          </w:p>
        </w:tc>
      </w:tr>
      <w:tr w:rsidR="00CD3FA5" w:rsidRPr="00FB028A" w14:paraId="5BCE1954" w14:textId="77777777" w:rsidTr="00FB028A">
        <w:trPr>
          <w:cantSplit/>
          <w:jc w:val="center"/>
        </w:trPr>
        <w:tc>
          <w:tcPr>
            <w:tcW w:w="454" w:type="dxa"/>
            <w:vAlign w:val="center"/>
          </w:tcPr>
          <w:p w14:paraId="1D52965D" w14:textId="30E3A7A3" w:rsidR="00CD3FA5" w:rsidRPr="00FB028A" w:rsidRDefault="00CD3FA5" w:rsidP="00CD3FA5">
            <w:pPr>
              <w:spacing w:after="0"/>
              <w:jc w:val="right"/>
              <w:rPr>
                <w:rFonts w:cs="Times New Roman"/>
                <w:lang w:val="ru-RU"/>
              </w:rPr>
            </w:pPr>
            <w:r>
              <w:rPr>
                <w:rFonts w:cs="Times New Roman"/>
                <w:lang w:val="ru-RU"/>
              </w:rPr>
              <w:t>27</w:t>
            </w:r>
          </w:p>
        </w:tc>
        <w:tc>
          <w:tcPr>
            <w:tcW w:w="4821" w:type="dxa"/>
            <w:vAlign w:val="center"/>
          </w:tcPr>
          <w:p w14:paraId="045F2D2E" w14:textId="4A3668C3" w:rsidR="00CD3FA5" w:rsidRPr="00FB028A" w:rsidRDefault="00CD3FA5" w:rsidP="00CD3FA5">
            <w:pPr>
              <w:spacing w:after="0"/>
              <w:rPr>
                <w:rFonts w:cs="Times New Roman"/>
                <w:lang w:val="ru-RU"/>
              </w:rPr>
            </w:pPr>
            <w:proofErr w:type="spellStart"/>
            <w:r w:rsidRPr="00446659">
              <w:rPr>
                <w:rFonts w:cs="Times New Roman"/>
                <w:sz w:val="24"/>
                <w:szCs w:val="24"/>
                <w:lang w:val="ru-RU"/>
              </w:rPr>
              <w:t>Кламмеры</w:t>
            </w:r>
            <w:proofErr w:type="spellEnd"/>
            <w:r w:rsidRPr="00446659">
              <w:rPr>
                <w:rFonts w:cs="Times New Roman"/>
                <w:sz w:val="24"/>
                <w:szCs w:val="24"/>
                <w:lang w:val="ru-RU"/>
              </w:rPr>
              <w:t xml:space="preserve"> 1,0 мм х 25 мм (50шт) с покрытием </w:t>
            </w:r>
            <w:r w:rsidRPr="00446659">
              <w:rPr>
                <w:rFonts w:cs="Times New Roman"/>
                <w:sz w:val="24"/>
                <w:szCs w:val="24"/>
              </w:rPr>
              <w:t>TIN</w:t>
            </w:r>
          </w:p>
        </w:tc>
        <w:tc>
          <w:tcPr>
            <w:tcW w:w="1530" w:type="dxa"/>
            <w:vAlign w:val="center"/>
          </w:tcPr>
          <w:p w14:paraId="5254F2D6" w14:textId="00BB4213" w:rsidR="00CD3FA5" w:rsidRPr="00FB028A" w:rsidRDefault="00CD3FA5" w:rsidP="00CD3FA5">
            <w:pPr>
              <w:spacing w:after="0"/>
              <w:jc w:val="right"/>
              <w:rPr>
                <w:rFonts w:cs="Times New Roman"/>
                <w:lang w:val="ru-RU"/>
              </w:rPr>
            </w:pPr>
            <w:r w:rsidRPr="00446659">
              <w:rPr>
                <w:rFonts w:cs="Times New Roman"/>
                <w:sz w:val="24"/>
                <w:szCs w:val="24"/>
              </w:rPr>
              <w:t>32.50.22.140</w:t>
            </w:r>
          </w:p>
        </w:tc>
        <w:tc>
          <w:tcPr>
            <w:tcW w:w="680" w:type="dxa"/>
            <w:vAlign w:val="center"/>
          </w:tcPr>
          <w:p w14:paraId="1FF4CD44" w14:textId="5FAC1B3F"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D737529" w14:textId="44774004" w:rsidR="00CD3FA5" w:rsidRPr="00FB028A" w:rsidRDefault="00CD3FA5" w:rsidP="00CD3FA5">
            <w:pPr>
              <w:spacing w:after="0"/>
              <w:jc w:val="center"/>
              <w:rPr>
                <w:rFonts w:cs="Times New Roman"/>
                <w:lang w:val="ru-RU"/>
              </w:rPr>
            </w:pPr>
            <w:r w:rsidRPr="00446659">
              <w:rPr>
                <w:rFonts w:cs="Times New Roman"/>
                <w:sz w:val="24"/>
                <w:szCs w:val="24"/>
              </w:rPr>
              <w:t>8</w:t>
            </w:r>
          </w:p>
        </w:tc>
        <w:tc>
          <w:tcPr>
            <w:tcW w:w="1360" w:type="dxa"/>
            <w:vAlign w:val="center"/>
          </w:tcPr>
          <w:p w14:paraId="21625600" w14:textId="77777777" w:rsidR="00CD3FA5" w:rsidRPr="00FB028A" w:rsidRDefault="00CD3FA5" w:rsidP="00CD3FA5">
            <w:pPr>
              <w:spacing w:after="0"/>
              <w:jc w:val="right"/>
              <w:rPr>
                <w:rFonts w:cs="Times New Roman"/>
                <w:lang w:val="ru-RU"/>
              </w:rPr>
            </w:pPr>
          </w:p>
        </w:tc>
        <w:tc>
          <w:tcPr>
            <w:tcW w:w="1417" w:type="dxa"/>
            <w:vAlign w:val="center"/>
          </w:tcPr>
          <w:p w14:paraId="548A0901" w14:textId="77777777" w:rsidR="00CD3FA5" w:rsidRPr="00FB028A" w:rsidRDefault="00CD3FA5" w:rsidP="00CD3FA5">
            <w:pPr>
              <w:spacing w:after="0"/>
              <w:jc w:val="right"/>
              <w:rPr>
                <w:rFonts w:cs="Times New Roman"/>
                <w:lang w:val="ru-RU"/>
              </w:rPr>
            </w:pPr>
          </w:p>
        </w:tc>
        <w:tc>
          <w:tcPr>
            <w:tcW w:w="2325" w:type="dxa"/>
            <w:vAlign w:val="center"/>
          </w:tcPr>
          <w:p w14:paraId="4E883E62" w14:textId="77777777" w:rsidR="00CD3FA5" w:rsidRPr="00FB028A" w:rsidRDefault="00CD3FA5" w:rsidP="00CD3FA5">
            <w:pPr>
              <w:spacing w:after="0"/>
              <w:jc w:val="right"/>
              <w:rPr>
                <w:rFonts w:cs="Times New Roman"/>
                <w:lang w:val="ru-RU"/>
              </w:rPr>
            </w:pPr>
          </w:p>
        </w:tc>
      </w:tr>
      <w:tr w:rsidR="00CD3FA5" w:rsidRPr="00F13106" w14:paraId="3FD765AE" w14:textId="77777777" w:rsidTr="00FB028A">
        <w:trPr>
          <w:cantSplit/>
          <w:jc w:val="center"/>
        </w:trPr>
        <w:tc>
          <w:tcPr>
            <w:tcW w:w="454" w:type="dxa"/>
            <w:vAlign w:val="center"/>
          </w:tcPr>
          <w:p w14:paraId="0CAEA2A8" w14:textId="243CA41C" w:rsidR="00CD3FA5" w:rsidRPr="00FB028A" w:rsidRDefault="00CD3FA5" w:rsidP="00CD3FA5">
            <w:pPr>
              <w:spacing w:after="0"/>
              <w:jc w:val="right"/>
              <w:rPr>
                <w:rFonts w:cs="Times New Roman"/>
                <w:lang w:val="ru-RU"/>
              </w:rPr>
            </w:pPr>
            <w:r>
              <w:rPr>
                <w:rFonts w:cs="Times New Roman"/>
                <w:lang w:val="ru-RU"/>
              </w:rPr>
              <w:t>28</w:t>
            </w:r>
          </w:p>
        </w:tc>
        <w:tc>
          <w:tcPr>
            <w:tcW w:w="4821" w:type="dxa"/>
            <w:vAlign w:val="center"/>
          </w:tcPr>
          <w:p w14:paraId="22A2B32B" w14:textId="245DE6BF" w:rsidR="00CD3FA5" w:rsidRPr="00F13106" w:rsidRDefault="00CD3FA5" w:rsidP="00CD3FA5">
            <w:pPr>
              <w:spacing w:after="0"/>
              <w:rPr>
                <w:rFonts w:cs="Times New Roman"/>
              </w:rPr>
            </w:pPr>
            <w:r w:rsidRPr="00446659">
              <w:rPr>
                <w:rFonts w:cs="Times New Roman"/>
                <w:sz w:val="24"/>
                <w:szCs w:val="24"/>
              </w:rPr>
              <w:t xml:space="preserve">Plaque Photo, 50 </w:t>
            </w:r>
            <w:proofErr w:type="spellStart"/>
            <w:r w:rsidRPr="00446659">
              <w:rPr>
                <w:rFonts w:cs="Times New Roman"/>
                <w:sz w:val="24"/>
                <w:szCs w:val="24"/>
              </w:rPr>
              <w:t>шт</w:t>
            </w:r>
            <w:proofErr w:type="spellEnd"/>
            <w:r w:rsidRPr="00446659">
              <w:rPr>
                <w:rFonts w:cs="Times New Roman"/>
                <w:sz w:val="24"/>
                <w:szCs w:val="24"/>
              </w:rPr>
              <w:t>, WP5001,Willmann&amp;Pein</w:t>
            </w:r>
          </w:p>
        </w:tc>
        <w:tc>
          <w:tcPr>
            <w:tcW w:w="1530" w:type="dxa"/>
            <w:vAlign w:val="center"/>
          </w:tcPr>
          <w:p w14:paraId="56C02B92" w14:textId="2AE29657"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25546DA9" w14:textId="689E323A"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2FFBC45" w14:textId="2DDFC221" w:rsidR="00CD3FA5" w:rsidRPr="00F13106" w:rsidRDefault="00CD3FA5" w:rsidP="00CD3FA5">
            <w:pPr>
              <w:spacing w:after="0"/>
              <w:jc w:val="center"/>
              <w:rPr>
                <w:rFonts w:cs="Times New Roman"/>
              </w:rPr>
            </w:pPr>
            <w:r w:rsidRPr="00446659">
              <w:rPr>
                <w:rFonts w:cs="Times New Roman"/>
                <w:sz w:val="24"/>
                <w:szCs w:val="24"/>
              </w:rPr>
              <w:t>5</w:t>
            </w:r>
          </w:p>
        </w:tc>
        <w:tc>
          <w:tcPr>
            <w:tcW w:w="1360" w:type="dxa"/>
            <w:vAlign w:val="center"/>
          </w:tcPr>
          <w:p w14:paraId="17E66EAC" w14:textId="77777777" w:rsidR="00CD3FA5" w:rsidRPr="00F13106" w:rsidRDefault="00CD3FA5" w:rsidP="00CD3FA5">
            <w:pPr>
              <w:spacing w:after="0"/>
              <w:jc w:val="right"/>
              <w:rPr>
                <w:rFonts w:cs="Times New Roman"/>
              </w:rPr>
            </w:pPr>
          </w:p>
        </w:tc>
        <w:tc>
          <w:tcPr>
            <w:tcW w:w="1417" w:type="dxa"/>
            <w:vAlign w:val="center"/>
          </w:tcPr>
          <w:p w14:paraId="7E307A86" w14:textId="77777777" w:rsidR="00CD3FA5" w:rsidRPr="00F13106" w:rsidRDefault="00CD3FA5" w:rsidP="00CD3FA5">
            <w:pPr>
              <w:spacing w:after="0"/>
              <w:jc w:val="right"/>
              <w:rPr>
                <w:rFonts w:cs="Times New Roman"/>
              </w:rPr>
            </w:pPr>
          </w:p>
        </w:tc>
        <w:tc>
          <w:tcPr>
            <w:tcW w:w="2325" w:type="dxa"/>
            <w:vAlign w:val="center"/>
          </w:tcPr>
          <w:p w14:paraId="24D94FCE" w14:textId="77777777" w:rsidR="00CD3FA5" w:rsidRPr="00F13106" w:rsidRDefault="00CD3FA5" w:rsidP="00CD3FA5">
            <w:pPr>
              <w:spacing w:after="0"/>
              <w:jc w:val="right"/>
              <w:rPr>
                <w:rFonts w:cs="Times New Roman"/>
              </w:rPr>
            </w:pPr>
          </w:p>
        </w:tc>
      </w:tr>
      <w:tr w:rsidR="00CD3FA5" w:rsidRPr="00F13106" w14:paraId="74BBBA1D" w14:textId="77777777" w:rsidTr="00FB028A">
        <w:trPr>
          <w:cantSplit/>
          <w:jc w:val="center"/>
        </w:trPr>
        <w:tc>
          <w:tcPr>
            <w:tcW w:w="454" w:type="dxa"/>
            <w:vAlign w:val="center"/>
          </w:tcPr>
          <w:p w14:paraId="4564A7DE" w14:textId="2376EAD8" w:rsidR="00CD3FA5" w:rsidRPr="00FB028A" w:rsidRDefault="00CD3FA5" w:rsidP="00CD3FA5">
            <w:pPr>
              <w:spacing w:after="0"/>
              <w:jc w:val="right"/>
              <w:rPr>
                <w:rFonts w:cs="Times New Roman"/>
                <w:lang w:val="ru-RU"/>
              </w:rPr>
            </w:pPr>
            <w:r>
              <w:rPr>
                <w:rFonts w:cs="Times New Roman"/>
                <w:lang w:val="ru-RU"/>
              </w:rPr>
              <w:t>29</w:t>
            </w:r>
          </w:p>
        </w:tc>
        <w:tc>
          <w:tcPr>
            <w:tcW w:w="4821" w:type="dxa"/>
            <w:vAlign w:val="center"/>
          </w:tcPr>
          <w:p w14:paraId="4188B974" w14:textId="4169E210" w:rsidR="00CD3FA5" w:rsidRPr="00F13106" w:rsidRDefault="00CD3FA5" w:rsidP="00CD3FA5">
            <w:pPr>
              <w:spacing w:after="0"/>
              <w:rPr>
                <w:rFonts w:cs="Times New Roman"/>
              </w:rPr>
            </w:pPr>
            <w:r w:rsidRPr="00446659">
              <w:rPr>
                <w:rFonts w:cs="Times New Roman"/>
                <w:sz w:val="24"/>
                <w:szCs w:val="24"/>
              </w:rPr>
              <w:t>Magnum Ceramic S (</w:t>
            </w:r>
            <w:proofErr w:type="spellStart"/>
            <w:r w:rsidRPr="00446659">
              <w:rPr>
                <w:rFonts w:cs="Times New Roman"/>
                <w:sz w:val="24"/>
                <w:szCs w:val="24"/>
              </w:rPr>
              <w:t>NiCr</w:t>
            </w:r>
            <w:proofErr w:type="spellEnd"/>
            <w:r w:rsidRPr="00446659">
              <w:rPr>
                <w:rFonts w:cs="Times New Roman"/>
                <w:sz w:val="24"/>
                <w:szCs w:val="24"/>
              </w:rPr>
              <w:t xml:space="preserve">) - </w:t>
            </w:r>
            <w:proofErr w:type="spellStart"/>
            <w:r w:rsidRPr="00446659">
              <w:rPr>
                <w:rFonts w:cs="Times New Roman"/>
                <w:sz w:val="24"/>
                <w:szCs w:val="24"/>
              </w:rPr>
              <w:t>для</w:t>
            </w:r>
            <w:proofErr w:type="spellEnd"/>
            <w:r w:rsidRPr="00446659">
              <w:rPr>
                <w:rFonts w:cs="Times New Roman"/>
                <w:sz w:val="24"/>
                <w:szCs w:val="24"/>
              </w:rPr>
              <w:t xml:space="preserve"> </w:t>
            </w:r>
            <w:proofErr w:type="spellStart"/>
            <w:r w:rsidRPr="00446659">
              <w:rPr>
                <w:rFonts w:cs="Times New Roman"/>
                <w:sz w:val="24"/>
                <w:szCs w:val="24"/>
              </w:rPr>
              <w:t>керамики</w:t>
            </w:r>
            <w:proofErr w:type="spellEnd"/>
            <w:r w:rsidRPr="00446659">
              <w:rPr>
                <w:rFonts w:cs="Times New Roman"/>
                <w:sz w:val="24"/>
                <w:szCs w:val="24"/>
              </w:rPr>
              <w:t xml:space="preserve"> (1кг.), Mesa</w:t>
            </w:r>
          </w:p>
        </w:tc>
        <w:tc>
          <w:tcPr>
            <w:tcW w:w="1530" w:type="dxa"/>
            <w:vAlign w:val="center"/>
          </w:tcPr>
          <w:p w14:paraId="353F6DC2" w14:textId="51AE4D5D"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5D62846A" w14:textId="17F9BBF5"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77EC7A7" w14:textId="7C273C4F" w:rsidR="00CD3FA5" w:rsidRPr="00F13106" w:rsidRDefault="00CD3FA5" w:rsidP="00CD3FA5">
            <w:pPr>
              <w:spacing w:after="0"/>
              <w:jc w:val="center"/>
              <w:rPr>
                <w:rFonts w:cs="Times New Roman"/>
              </w:rPr>
            </w:pPr>
            <w:r w:rsidRPr="00446659">
              <w:rPr>
                <w:rFonts w:cs="Times New Roman"/>
                <w:sz w:val="24"/>
                <w:szCs w:val="24"/>
              </w:rPr>
              <w:t>7</w:t>
            </w:r>
          </w:p>
        </w:tc>
        <w:tc>
          <w:tcPr>
            <w:tcW w:w="1360" w:type="dxa"/>
            <w:vAlign w:val="center"/>
          </w:tcPr>
          <w:p w14:paraId="45BE0FC9" w14:textId="77777777" w:rsidR="00CD3FA5" w:rsidRPr="00F13106" w:rsidRDefault="00CD3FA5" w:rsidP="00CD3FA5">
            <w:pPr>
              <w:spacing w:after="0"/>
              <w:jc w:val="right"/>
              <w:rPr>
                <w:rFonts w:cs="Times New Roman"/>
              </w:rPr>
            </w:pPr>
          </w:p>
        </w:tc>
        <w:tc>
          <w:tcPr>
            <w:tcW w:w="1417" w:type="dxa"/>
            <w:vAlign w:val="center"/>
          </w:tcPr>
          <w:p w14:paraId="27705BC0" w14:textId="77777777" w:rsidR="00CD3FA5" w:rsidRPr="00F13106" w:rsidRDefault="00CD3FA5" w:rsidP="00CD3FA5">
            <w:pPr>
              <w:spacing w:after="0"/>
              <w:jc w:val="right"/>
              <w:rPr>
                <w:rFonts w:cs="Times New Roman"/>
              </w:rPr>
            </w:pPr>
          </w:p>
        </w:tc>
        <w:tc>
          <w:tcPr>
            <w:tcW w:w="2325" w:type="dxa"/>
            <w:vAlign w:val="center"/>
          </w:tcPr>
          <w:p w14:paraId="1C7CA467" w14:textId="77777777" w:rsidR="00CD3FA5" w:rsidRPr="00F13106" w:rsidRDefault="00CD3FA5" w:rsidP="00CD3FA5">
            <w:pPr>
              <w:spacing w:after="0"/>
              <w:jc w:val="right"/>
              <w:rPr>
                <w:rFonts w:cs="Times New Roman"/>
              </w:rPr>
            </w:pPr>
          </w:p>
        </w:tc>
      </w:tr>
      <w:tr w:rsidR="00CD3FA5" w:rsidRPr="00FB028A" w14:paraId="77F09FDB" w14:textId="77777777" w:rsidTr="00FB028A">
        <w:trPr>
          <w:cantSplit/>
          <w:jc w:val="center"/>
        </w:trPr>
        <w:tc>
          <w:tcPr>
            <w:tcW w:w="454" w:type="dxa"/>
            <w:vAlign w:val="center"/>
          </w:tcPr>
          <w:p w14:paraId="60DFDB4D" w14:textId="2C9AF0AF" w:rsidR="00CD3FA5" w:rsidRPr="00FB028A" w:rsidRDefault="00CD3FA5" w:rsidP="00CD3FA5">
            <w:pPr>
              <w:spacing w:after="0"/>
              <w:jc w:val="right"/>
              <w:rPr>
                <w:rFonts w:cs="Times New Roman"/>
                <w:lang w:val="ru-RU"/>
              </w:rPr>
            </w:pPr>
            <w:r>
              <w:rPr>
                <w:rFonts w:cs="Times New Roman"/>
                <w:lang w:val="ru-RU"/>
              </w:rPr>
              <w:t>30</w:t>
            </w:r>
          </w:p>
        </w:tc>
        <w:tc>
          <w:tcPr>
            <w:tcW w:w="4821" w:type="dxa"/>
            <w:vAlign w:val="center"/>
          </w:tcPr>
          <w:p w14:paraId="06ED010D" w14:textId="16124DE4" w:rsidR="00CD3FA5" w:rsidRPr="00FB028A" w:rsidRDefault="00CD3FA5" w:rsidP="00CD3FA5">
            <w:pPr>
              <w:spacing w:after="0"/>
              <w:rPr>
                <w:rFonts w:cs="Times New Roman"/>
                <w:lang w:val="ru-RU"/>
              </w:rPr>
            </w:pPr>
            <w:r w:rsidRPr="00446659">
              <w:rPr>
                <w:rFonts w:cs="Times New Roman"/>
                <w:sz w:val="24"/>
                <w:szCs w:val="24"/>
                <w:lang w:val="ru-RU"/>
              </w:rPr>
              <w:t xml:space="preserve">Сплав легкоплавкий (1шт*60г), </w:t>
            </w:r>
            <w:proofErr w:type="spellStart"/>
            <w:r w:rsidRPr="00446659">
              <w:rPr>
                <w:rFonts w:cs="Times New Roman"/>
                <w:sz w:val="24"/>
                <w:szCs w:val="24"/>
                <w:lang w:val="ru-RU"/>
              </w:rPr>
              <w:t>Владмива</w:t>
            </w:r>
            <w:proofErr w:type="spellEnd"/>
          </w:p>
        </w:tc>
        <w:tc>
          <w:tcPr>
            <w:tcW w:w="1530" w:type="dxa"/>
            <w:vAlign w:val="center"/>
          </w:tcPr>
          <w:p w14:paraId="4D4E0EA9" w14:textId="26DAD240"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4695596A" w14:textId="62AC5428"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6A940030" w14:textId="0841981E" w:rsidR="00CD3FA5" w:rsidRPr="00FB028A" w:rsidRDefault="00CD3FA5" w:rsidP="00CD3FA5">
            <w:pPr>
              <w:spacing w:after="0"/>
              <w:jc w:val="center"/>
              <w:rPr>
                <w:rFonts w:cs="Times New Roman"/>
                <w:lang w:val="ru-RU"/>
              </w:rPr>
            </w:pPr>
            <w:r w:rsidRPr="00446659">
              <w:rPr>
                <w:rFonts w:cs="Times New Roman"/>
                <w:sz w:val="24"/>
                <w:szCs w:val="24"/>
              </w:rPr>
              <w:t>10</w:t>
            </w:r>
          </w:p>
        </w:tc>
        <w:tc>
          <w:tcPr>
            <w:tcW w:w="1360" w:type="dxa"/>
            <w:vAlign w:val="center"/>
          </w:tcPr>
          <w:p w14:paraId="4AD8129F" w14:textId="77777777" w:rsidR="00CD3FA5" w:rsidRPr="00FB028A" w:rsidRDefault="00CD3FA5" w:rsidP="00CD3FA5">
            <w:pPr>
              <w:spacing w:after="0"/>
              <w:jc w:val="right"/>
              <w:rPr>
                <w:rFonts w:cs="Times New Roman"/>
                <w:lang w:val="ru-RU"/>
              </w:rPr>
            </w:pPr>
          </w:p>
        </w:tc>
        <w:tc>
          <w:tcPr>
            <w:tcW w:w="1417" w:type="dxa"/>
            <w:vAlign w:val="center"/>
          </w:tcPr>
          <w:p w14:paraId="5E4F27CA" w14:textId="77777777" w:rsidR="00CD3FA5" w:rsidRPr="00FB028A" w:rsidRDefault="00CD3FA5" w:rsidP="00CD3FA5">
            <w:pPr>
              <w:spacing w:after="0"/>
              <w:jc w:val="right"/>
              <w:rPr>
                <w:rFonts w:cs="Times New Roman"/>
                <w:lang w:val="ru-RU"/>
              </w:rPr>
            </w:pPr>
          </w:p>
        </w:tc>
        <w:tc>
          <w:tcPr>
            <w:tcW w:w="2325" w:type="dxa"/>
            <w:vAlign w:val="center"/>
          </w:tcPr>
          <w:p w14:paraId="1DB65BE8" w14:textId="77777777" w:rsidR="00CD3FA5" w:rsidRPr="00FB028A" w:rsidRDefault="00CD3FA5" w:rsidP="00CD3FA5">
            <w:pPr>
              <w:spacing w:after="0"/>
              <w:jc w:val="right"/>
              <w:rPr>
                <w:rFonts w:cs="Times New Roman"/>
                <w:lang w:val="ru-RU"/>
              </w:rPr>
            </w:pPr>
          </w:p>
        </w:tc>
      </w:tr>
      <w:tr w:rsidR="00CD3FA5" w:rsidRPr="00FB028A" w14:paraId="54199D0D" w14:textId="77777777" w:rsidTr="00FB028A">
        <w:trPr>
          <w:cantSplit/>
          <w:jc w:val="center"/>
        </w:trPr>
        <w:tc>
          <w:tcPr>
            <w:tcW w:w="454" w:type="dxa"/>
            <w:vAlign w:val="center"/>
          </w:tcPr>
          <w:p w14:paraId="653186D3" w14:textId="16CDF0BB" w:rsidR="00CD3FA5" w:rsidRPr="00FB028A" w:rsidRDefault="00CD3FA5" w:rsidP="00CD3FA5">
            <w:pPr>
              <w:spacing w:after="0"/>
              <w:jc w:val="right"/>
              <w:rPr>
                <w:rFonts w:cs="Times New Roman"/>
                <w:lang w:val="ru-RU"/>
              </w:rPr>
            </w:pPr>
            <w:r>
              <w:rPr>
                <w:rFonts w:cs="Times New Roman"/>
                <w:lang w:val="ru-RU"/>
              </w:rPr>
              <w:t>31</w:t>
            </w:r>
          </w:p>
        </w:tc>
        <w:tc>
          <w:tcPr>
            <w:tcW w:w="4821" w:type="dxa"/>
            <w:vAlign w:val="center"/>
          </w:tcPr>
          <w:p w14:paraId="380E26A4" w14:textId="5742E1A5" w:rsidR="00CD3FA5" w:rsidRPr="00FB028A" w:rsidRDefault="00CD3FA5" w:rsidP="00CD3FA5">
            <w:pPr>
              <w:spacing w:after="0"/>
              <w:rPr>
                <w:rFonts w:cs="Times New Roman"/>
                <w:lang w:val="ru-RU"/>
              </w:rPr>
            </w:pPr>
            <w:proofErr w:type="spellStart"/>
            <w:r w:rsidRPr="00446659">
              <w:rPr>
                <w:rFonts w:cs="Times New Roman"/>
                <w:sz w:val="24"/>
                <w:szCs w:val="24"/>
                <w:lang w:val="ru-RU"/>
              </w:rPr>
              <w:t>Денест</w:t>
            </w:r>
            <w:proofErr w:type="spellEnd"/>
            <w:r w:rsidRPr="00446659">
              <w:rPr>
                <w:rFonts w:cs="Times New Roman"/>
                <w:sz w:val="24"/>
                <w:szCs w:val="24"/>
                <w:lang w:val="ru-RU"/>
              </w:rPr>
              <w:t xml:space="preserve"> </w:t>
            </w:r>
            <w:proofErr w:type="spellStart"/>
            <w:r w:rsidRPr="00446659">
              <w:rPr>
                <w:rFonts w:cs="Times New Roman"/>
                <w:sz w:val="24"/>
                <w:szCs w:val="24"/>
                <w:lang w:val="ru-RU"/>
              </w:rPr>
              <w:t>Солид</w:t>
            </w:r>
            <w:proofErr w:type="spellEnd"/>
            <w:r w:rsidRPr="00446659">
              <w:rPr>
                <w:rFonts w:cs="Times New Roman"/>
                <w:sz w:val="24"/>
                <w:szCs w:val="24"/>
                <w:lang w:val="ru-RU"/>
              </w:rPr>
              <w:t xml:space="preserve"> - </w:t>
            </w:r>
            <w:proofErr w:type="spellStart"/>
            <w:r w:rsidRPr="00446659">
              <w:rPr>
                <w:rFonts w:cs="Times New Roman"/>
                <w:sz w:val="24"/>
                <w:szCs w:val="24"/>
                <w:lang w:val="ru-RU"/>
              </w:rPr>
              <w:t>супергипс</w:t>
            </w:r>
            <w:proofErr w:type="spellEnd"/>
            <w:r w:rsidRPr="00446659">
              <w:rPr>
                <w:rFonts w:cs="Times New Roman"/>
                <w:sz w:val="24"/>
                <w:szCs w:val="24"/>
                <w:lang w:val="ru-RU"/>
              </w:rPr>
              <w:t xml:space="preserve"> </w:t>
            </w:r>
            <w:r w:rsidRPr="00446659">
              <w:rPr>
                <w:rFonts w:cs="Times New Roman"/>
                <w:sz w:val="24"/>
                <w:szCs w:val="24"/>
              </w:rPr>
              <w:t>III</w:t>
            </w:r>
            <w:r w:rsidRPr="00446659">
              <w:rPr>
                <w:rFonts w:cs="Times New Roman"/>
                <w:sz w:val="24"/>
                <w:szCs w:val="24"/>
                <w:lang w:val="ru-RU"/>
              </w:rPr>
              <w:t xml:space="preserve"> класса голубой (25кг.), </w:t>
            </w:r>
            <w:proofErr w:type="spellStart"/>
            <w:r w:rsidRPr="00446659">
              <w:rPr>
                <w:rFonts w:cs="Times New Roman"/>
                <w:sz w:val="24"/>
                <w:szCs w:val="24"/>
              </w:rPr>
              <w:t>Eurmed</w:t>
            </w:r>
            <w:proofErr w:type="spellEnd"/>
          </w:p>
        </w:tc>
        <w:tc>
          <w:tcPr>
            <w:tcW w:w="1530" w:type="dxa"/>
            <w:vAlign w:val="center"/>
          </w:tcPr>
          <w:p w14:paraId="11ED4131" w14:textId="33C09ACC" w:rsidR="00CD3FA5" w:rsidRPr="00FB028A" w:rsidRDefault="00CD3FA5" w:rsidP="00CD3FA5">
            <w:pPr>
              <w:spacing w:after="0"/>
              <w:jc w:val="right"/>
              <w:rPr>
                <w:rFonts w:cs="Times New Roman"/>
                <w:lang w:val="ru-RU"/>
              </w:rPr>
            </w:pPr>
            <w:r w:rsidRPr="00446659">
              <w:rPr>
                <w:rFonts w:cs="Times New Roman"/>
                <w:sz w:val="24"/>
                <w:szCs w:val="24"/>
              </w:rPr>
              <w:t>20.59.52.120</w:t>
            </w:r>
          </w:p>
        </w:tc>
        <w:tc>
          <w:tcPr>
            <w:tcW w:w="680" w:type="dxa"/>
            <w:vAlign w:val="center"/>
          </w:tcPr>
          <w:p w14:paraId="55EA9F95" w14:textId="08257E8B"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4F90C78" w14:textId="57755C49" w:rsidR="00CD3FA5" w:rsidRPr="00FB028A" w:rsidRDefault="00CD3FA5" w:rsidP="00CD3FA5">
            <w:pPr>
              <w:spacing w:after="0"/>
              <w:jc w:val="center"/>
              <w:rPr>
                <w:rFonts w:cs="Times New Roman"/>
                <w:lang w:val="ru-RU"/>
              </w:rPr>
            </w:pPr>
            <w:r w:rsidRPr="00446659">
              <w:rPr>
                <w:rFonts w:cs="Times New Roman"/>
                <w:sz w:val="24"/>
                <w:szCs w:val="24"/>
              </w:rPr>
              <w:t>3</w:t>
            </w:r>
          </w:p>
        </w:tc>
        <w:tc>
          <w:tcPr>
            <w:tcW w:w="1360" w:type="dxa"/>
            <w:vAlign w:val="center"/>
          </w:tcPr>
          <w:p w14:paraId="01601C4F" w14:textId="77777777" w:rsidR="00CD3FA5" w:rsidRPr="00FB028A" w:rsidRDefault="00CD3FA5" w:rsidP="00CD3FA5">
            <w:pPr>
              <w:spacing w:after="0"/>
              <w:jc w:val="right"/>
              <w:rPr>
                <w:rFonts w:cs="Times New Roman"/>
                <w:lang w:val="ru-RU"/>
              </w:rPr>
            </w:pPr>
          </w:p>
        </w:tc>
        <w:tc>
          <w:tcPr>
            <w:tcW w:w="1417" w:type="dxa"/>
            <w:vAlign w:val="center"/>
          </w:tcPr>
          <w:p w14:paraId="5F2AA577" w14:textId="77777777" w:rsidR="00CD3FA5" w:rsidRPr="00FB028A" w:rsidRDefault="00CD3FA5" w:rsidP="00CD3FA5">
            <w:pPr>
              <w:spacing w:after="0"/>
              <w:jc w:val="right"/>
              <w:rPr>
                <w:rFonts w:cs="Times New Roman"/>
                <w:lang w:val="ru-RU"/>
              </w:rPr>
            </w:pPr>
          </w:p>
        </w:tc>
        <w:tc>
          <w:tcPr>
            <w:tcW w:w="2325" w:type="dxa"/>
            <w:vAlign w:val="center"/>
          </w:tcPr>
          <w:p w14:paraId="021AAADD" w14:textId="77777777" w:rsidR="00CD3FA5" w:rsidRPr="00FB028A" w:rsidRDefault="00CD3FA5" w:rsidP="00CD3FA5">
            <w:pPr>
              <w:spacing w:after="0"/>
              <w:jc w:val="right"/>
              <w:rPr>
                <w:rFonts w:cs="Times New Roman"/>
                <w:lang w:val="ru-RU"/>
              </w:rPr>
            </w:pPr>
          </w:p>
        </w:tc>
      </w:tr>
      <w:tr w:rsidR="00CD3FA5" w:rsidRPr="00FB028A" w14:paraId="6954588A" w14:textId="77777777" w:rsidTr="00FB028A">
        <w:trPr>
          <w:cantSplit/>
          <w:jc w:val="center"/>
        </w:trPr>
        <w:tc>
          <w:tcPr>
            <w:tcW w:w="454" w:type="dxa"/>
            <w:vAlign w:val="center"/>
          </w:tcPr>
          <w:p w14:paraId="003F6EF6" w14:textId="4238AB19" w:rsidR="00CD3FA5" w:rsidRPr="00FB028A" w:rsidRDefault="00CD3FA5" w:rsidP="00CD3FA5">
            <w:pPr>
              <w:spacing w:after="0"/>
              <w:jc w:val="right"/>
              <w:rPr>
                <w:rFonts w:cs="Times New Roman"/>
                <w:lang w:val="ru-RU"/>
              </w:rPr>
            </w:pPr>
            <w:r>
              <w:rPr>
                <w:rFonts w:cs="Times New Roman"/>
                <w:lang w:val="ru-RU"/>
              </w:rPr>
              <w:t>32</w:t>
            </w:r>
          </w:p>
        </w:tc>
        <w:tc>
          <w:tcPr>
            <w:tcW w:w="4821" w:type="dxa"/>
            <w:vAlign w:val="center"/>
          </w:tcPr>
          <w:p w14:paraId="1C908CEA" w14:textId="3BD74B29" w:rsidR="00CD3FA5" w:rsidRPr="00FB028A" w:rsidRDefault="00CD3FA5" w:rsidP="00CD3FA5">
            <w:pPr>
              <w:spacing w:after="0"/>
              <w:rPr>
                <w:rFonts w:cs="Times New Roman"/>
                <w:lang w:val="ru-RU"/>
              </w:rPr>
            </w:pPr>
            <w:r w:rsidRPr="00446659">
              <w:rPr>
                <w:rFonts w:cs="Times New Roman"/>
                <w:sz w:val="24"/>
                <w:szCs w:val="24"/>
                <w:lang w:val="ru-RU"/>
              </w:rPr>
              <w:t>Порошок полировальный Полир-Про (4кг.), целит</w:t>
            </w:r>
          </w:p>
        </w:tc>
        <w:tc>
          <w:tcPr>
            <w:tcW w:w="1530" w:type="dxa"/>
            <w:vAlign w:val="center"/>
          </w:tcPr>
          <w:p w14:paraId="707AB3AA" w14:textId="7EFF4AC3"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2E4B7400" w14:textId="21743F37"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FADE591" w14:textId="4C624EDC" w:rsidR="00CD3FA5" w:rsidRPr="00FB028A" w:rsidRDefault="00CD3FA5" w:rsidP="00CD3FA5">
            <w:pPr>
              <w:spacing w:after="0"/>
              <w:jc w:val="center"/>
              <w:rPr>
                <w:rFonts w:cs="Times New Roman"/>
                <w:lang w:val="ru-RU"/>
              </w:rPr>
            </w:pPr>
            <w:r w:rsidRPr="00446659">
              <w:rPr>
                <w:rFonts w:cs="Times New Roman"/>
                <w:sz w:val="24"/>
                <w:szCs w:val="24"/>
              </w:rPr>
              <w:t>5</w:t>
            </w:r>
          </w:p>
        </w:tc>
        <w:tc>
          <w:tcPr>
            <w:tcW w:w="1360" w:type="dxa"/>
            <w:vAlign w:val="center"/>
          </w:tcPr>
          <w:p w14:paraId="6D4C9CAD" w14:textId="77777777" w:rsidR="00CD3FA5" w:rsidRPr="00FB028A" w:rsidRDefault="00CD3FA5" w:rsidP="00CD3FA5">
            <w:pPr>
              <w:spacing w:after="0"/>
              <w:jc w:val="right"/>
              <w:rPr>
                <w:rFonts w:cs="Times New Roman"/>
                <w:lang w:val="ru-RU"/>
              </w:rPr>
            </w:pPr>
          </w:p>
        </w:tc>
        <w:tc>
          <w:tcPr>
            <w:tcW w:w="1417" w:type="dxa"/>
            <w:vAlign w:val="center"/>
          </w:tcPr>
          <w:p w14:paraId="2F23911C" w14:textId="77777777" w:rsidR="00CD3FA5" w:rsidRPr="00FB028A" w:rsidRDefault="00CD3FA5" w:rsidP="00CD3FA5">
            <w:pPr>
              <w:spacing w:after="0"/>
              <w:jc w:val="right"/>
              <w:rPr>
                <w:rFonts w:cs="Times New Roman"/>
                <w:lang w:val="ru-RU"/>
              </w:rPr>
            </w:pPr>
          </w:p>
        </w:tc>
        <w:tc>
          <w:tcPr>
            <w:tcW w:w="2325" w:type="dxa"/>
            <w:vAlign w:val="center"/>
          </w:tcPr>
          <w:p w14:paraId="0282A72F" w14:textId="77777777" w:rsidR="00CD3FA5" w:rsidRPr="00FB028A" w:rsidRDefault="00CD3FA5" w:rsidP="00CD3FA5">
            <w:pPr>
              <w:spacing w:after="0"/>
              <w:jc w:val="right"/>
              <w:rPr>
                <w:rFonts w:cs="Times New Roman"/>
                <w:lang w:val="ru-RU"/>
              </w:rPr>
            </w:pPr>
          </w:p>
        </w:tc>
      </w:tr>
      <w:tr w:rsidR="00CD3FA5" w:rsidRPr="00F13106" w14:paraId="0AB6A600" w14:textId="77777777" w:rsidTr="00FB028A">
        <w:trPr>
          <w:cantSplit/>
          <w:jc w:val="center"/>
        </w:trPr>
        <w:tc>
          <w:tcPr>
            <w:tcW w:w="454" w:type="dxa"/>
            <w:vAlign w:val="center"/>
          </w:tcPr>
          <w:p w14:paraId="63D59540" w14:textId="122DE604" w:rsidR="00CD3FA5" w:rsidRPr="00FB028A" w:rsidRDefault="00CD3FA5" w:rsidP="00CD3FA5">
            <w:pPr>
              <w:spacing w:after="0"/>
              <w:jc w:val="right"/>
              <w:rPr>
                <w:rFonts w:cs="Times New Roman"/>
                <w:lang w:val="ru-RU"/>
              </w:rPr>
            </w:pPr>
            <w:r>
              <w:rPr>
                <w:rFonts w:cs="Times New Roman"/>
                <w:lang w:val="ru-RU"/>
              </w:rPr>
              <w:t>33</w:t>
            </w:r>
          </w:p>
        </w:tc>
        <w:tc>
          <w:tcPr>
            <w:tcW w:w="4821" w:type="dxa"/>
            <w:vAlign w:val="center"/>
          </w:tcPr>
          <w:p w14:paraId="13CBB768" w14:textId="4D6B4407" w:rsidR="00CD3FA5" w:rsidRPr="00F13106" w:rsidRDefault="00CD3FA5" w:rsidP="00CD3FA5">
            <w:pPr>
              <w:spacing w:after="0"/>
              <w:rPr>
                <w:rFonts w:cs="Times New Roman"/>
              </w:rPr>
            </w:pPr>
            <w:r w:rsidRPr="00446659">
              <w:rPr>
                <w:rFonts w:cs="Times New Roman"/>
                <w:sz w:val="24"/>
                <w:szCs w:val="24"/>
              </w:rPr>
              <w:t>Z4 (30*500гр.+4л.), N&amp;V</w:t>
            </w:r>
          </w:p>
        </w:tc>
        <w:tc>
          <w:tcPr>
            <w:tcW w:w="1530" w:type="dxa"/>
            <w:vAlign w:val="center"/>
          </w:tcPr>
          <w:p w14:paraId="0947CDA0" w14:textId="22E4260F"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22A8397C" w14:textId="03A9D49C"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2AB21307" w14:textId="72782ECD" w:rsidR="00CD3FA5" w:rsidRPr="00F13106" w:rsidRDefault="00CD3FA5" w:rsidP="00CD3FA5">
            <w:pPr>
              <w:spacing w:after="0"/>
              <w:jc w:val="center"/>
              <w:rPr>
                <w:rFonts w:cs="Times New Roman"/>
              </w:rPr>
            </w:pPr>
            <w:r w:rsidRPr="00446659">
              <w:rPr>
                <w:rFonts w:cs="Times New Roman"/>
                <w:sz w:val="24"/>
                <w:szCs w:val="24"/>
              </w:rPr>
              <w:t>5</w:t>
            </w:r>
          </w:p>
        </w:tc>
        <w:tc>
          <w:tcPr>
            <w:tcW w:w="1360" w:type="dxa"/>
            <w:vAlign w:val="center"/>
          </w:tcPr>
          <w:p w14:paraId="0C90CA3D" w14:textId="77777777" w:rsidR="00CD3FA5" w:rsidRPr="00F13106" w:rsidRDefault="00CD3FA5" w:rsidP="00CD3FA5">
            <w:pPr>
              <w:spacing w:after="0"/>
              <w:jc w:val="right"/>
              <w:rPr>
                <w:rFonts w:cs="Times New Roman"/>
              </w:rPr>
            </w:pPr>
          </w:p>
        </w:tc>
        <w:tc>
          <w:tcPr>
            <w:tcW w:w="1417" w:type="dxa"/>
            <w:vAlign w:val="center"/>
          </w:tcPr>
          <w:p w14:paraId="29AB3FB5" w14:textId="77777777" w:rsidR="00CD3FA5" w:rsidRPr="00F13106" w:rsidRDefault="00CD3FA5" w:rsidP="00CD3FA5">
            <w:pPr>
              <w:spacing w:after="0"/>
              <w:jc w:val="right"/>
              <w:rPr>
                <w:rFonts w:cs="Times New Roman"/>
              </w:rPr>
            </w:pPr>
          </w:p>
        </w:tc>
        <w:tc>
          <w:tcPr>
            <w:tcW w:w="2325" w:type="dxa"/>
            <w:vAlign w:val="center"/>
          </w:tcPr>
          <w:p w14:paraId="29B7C96A" w14:textId="77777777" w:rsidR="00CD3FA5" w:rsidRPr="00F13106" w:rsidRDefault="00CD3FA5" w:rsidP="00CD3FA5">
            <w:pPr>
              <w:spacing w:after="0"/>
              <w:jc w:val="right"/>
              <w:rPr>
                <w:rFonts w:cs="Times New Roman"/>
              </w:rPr>
            </w:pPr>
          </w:p>
        </w:tc>
      </w:tr>
      <w:tr w:rsidR="00CD3FA5" w:rsidRPr="00F13106" w14:paraId="36BE4E84" w14:textId="77777777" w:rsidTr="00FB028A">
        <w:trPr>
          <w:cantSplit/>
          <w:jc w:val="center"/>
        </w:trPr>
        <w:tc>
          <w:tcPr>
            <w:tcW w:w="454" w:type="dxa"/>
            <w:vAlign w:val="center"/>
          </w:tcPr>
          <w:p w14:paraId="1C0B1436" w14:textId="55424B5C" w:rsidR="00CD3FA5" w:rsidRPr="00FB028A" w:rsidRDefault="00CD3FA5" w:rsidP="00CD3FA5">
            <w:pPr>
              <w:spacing w:after="0"/>
              <w:jc w:val="right"/>
              <w:rPr>
                <w:rFonts w:cs="Times New Roman"/>
                <w:lang w:val="ru-RU"/>
              </w:rPr>
            </w:pPr>
            <w:r>
              <w:rPr>
                <w:rFonts w:cs="Times New Roman"/>
                <w:lang w:val="ru-RU"/>
              </w:rPr>
              <w:t>34</w:t>
            </w:r>
          </w:p>
        </w:tc>
        <w:tc>
          <w:tcPr>
            <w:tcW w:w="4821" w:type="dxa"/>
            <w:vAlign w:val="center"/>
          </w:tcPr>
          <w:p w14:paraId="701316A8" w14:textId="271D9C1B" w:rsidR="00CD3FA5" w:rsidRPr="00F13106" w:rsidRDefault="00CD3FA5" w:rsidP="00CD3FA5">
            <w:pPr>
              <w:spacing w:after="0"/>
              <w:rPr>
                <w:rFonts w:cs="Times New Roman"/>
              </w:rPr>
            </w:pPr>
            <w:proofErr w:type="spellStart"/>
            <w:r w:rsidRPr="00446659">
              <w:rPr>
                <w:rFonts w:cs="Times New Roman"/>
                <w:sz w:val="24"/>
                <w:szCs w:val="24"/>
              </w:rPr>
              <w:t>Изолак</w:t>
            </w:r>
            <w:proofErr w:type="spellEnd"/>
            <w:r w:rsidRPr="00446659">
              <w:rPr>
                <w:rFonts w:cs="Times New Roman"/>
                <w:sz w:val="24"/>
                <w:szCs w:val="24"/>
              </w:rPr>
              <w:t xml:space="preserve"> (500мл.), </w:t>
            </w:r>
            <w:proofErr w:type="spellStart"/>
            <w:r w:rsidRPr="00446659">
              <w:rPr>
                <w:rFonts w:cs="Times New Roman"/>
                <w:sz w:val="24"/>
                <w:szCs w:val="24"/>
              </w:rPr>
              <w:t>Целит</w:t>
            </w:r>
            <w:proofErr w:type="spellEnd"/>
          </w:p>
        </w:tc>
        <w:tc>
          <w:tcPr>
            <w:tcW w:w="1530" w:type="dxa"/>
            <w:vAlign w:val="center"/>
          </w:tcPr>
          <w:p w14:paraId="27593055" w14:textId="2594D3CF"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239FE5C0" w14:textId="254E1DEB"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83DCB6B" w14:textId="07A8695C" w:rsidR="00CD3FA5" w:rsidRPr="00F13106" w:rsidRDefault="00CD3FA5" w:rsidP="00CD3FA5">
            <w:pPr>
              <w:spacing w:after="0"/>
              <w:jc w:val="center"/>
              <w:rPr>
                <w:rFonts w:cs="Times New Roman"/>
              </w:rPr>
            </w:pPr>
            <w:r w:rsidRPr="00446659">
              <w:rPr>
                <w:rFonts w:cs="Times New Roman"/>
                <w:sz w:val="24"/>
                <w:szCs w:val="24"/>
              </w:rPr>
              <w:t>5</w:t>
            </w:r>
          </w:p>
        </w:tc>
        <w:tc>
          <w:tcPr>
            <w:tcW w:w="1360" w:type="dxa"/>
            <w:vAlign w:val="center"/>
          </w:tcPr>
          <w:p w14:paraId="05B1AB74" w14:textId="77777777" w:rsidR="00CD3FA5" w:rsidRPr="00F13106" w:rsidRDefault="00CD3FA5" w:rsidP="00CD3FA5">
            <w:pPr>
              <w:spacing w:after="0"/>
              <w:jc w:val="right"/>
              <w:rPr>
                <w:rFonts w:cs="Times New Roman"/>
              </w:rPr>
            </w:pPr>
          </w:p>
        </w:tc>
        <w:tc>
          <w:tcPr>
            <w:tcW w:w="1417" w:type="dxa"/>
            <w:vAlign w:val="center"/>
          </w:tcPr>
          <w:p w14:paraId="0C0B43FB" w14:textId="77777777" w:rsidR="00CD3FA5" w:rsidRPr="00F13106" w:rsidRDefault="00CD3FA5" w:rsidP="00CD3FA5">
            <w:pPr>
              <w:spacing w:after="0"/>
              <w:jc w:val="right"/>
              <w:rPr>
                <w:rFonts w:cs="Times New Roman"/>
              </w:rPr>
            </w:pPr>
          </w:p>
        </w:tc>
        <w:tc>
          <w:tcPr>
            <w:tcW w:w="2325" w:type="dxa"/>
            <w:vAlign w:val="center"/>
          </w:tcPr>
          <w:p w14:paraId="273BA88F" w14:textId="77777777" w:rsidR="00CD3FA5" w:rsidRPr="00F13106" w:rsidRDefault="00CD3FA5" w:rsidP="00CD3FA5">
            <w:pPr>
              <w:spacing w:after="0"/>
              <w:jc w:val="right"/>
              <w:rPr>
                <w:rFonts w:cs="Times New Roman"/>
              </w:rPr>
            </w:pPr>
          </w:p>
        </w:tc>
      </w:tr>
      <w:tr w:rsidR="00CD3FA5" w:rsidRPr="00F13106" w14:paraId="0E66E923" w14:textId="77777777" w:rsidTr="00FB028A">
        <w:trPr>
          <w:cantSplit/>
          <w:jc w:val="center"/>
        </w:trPr>
        <w:tc>
          <w:tcPr>
            <w:tcW w:w="454" w:type="dxa"/>
            <w:vAlign w:val="center"/>
          </w:tcPr>
          <w:p w14:paraId="3DD6EC41" w14:textId="7B65EAF6" w:rsidR="00CD3FA5" w:rsidRPr="00FB028A" w:rsidRDefault="00CD3FA5" w:rsidP="00CD3FA5">
            <w:pPr>
              <w:spacing w:after="0"/>
              <w:jc w:val="right"/>
              <w:rPr>
                <w:rFonts w:cs="Times New Roman"/>
                <w:lang w:val="ru-RU"/>
              </w:rPr>
            </w:pPr>
            <w:r>
              <w:rPr>
                <w:rFonts w:cs="Times New Roman"/>
                <w:lang w:val="ru-RU"/>
              </w:rPr>
              <w:t>35</w:t>
            </w:r>
          </w:p>
        </w:tc>
        <w:tc>
          <w:tcPr>
            <w:tcW w:w="4821" w:type="dxa"/>
            <w:vAlign w:val="center"/>
          </w:tcPr>
          <w:p w14:paraId="79324C55" w14:textId="35FA904D" w:rsidR="00CD3FA5" w:rsidRPr="00F13106" w:rsidRDefault="00CD3FA5" w:rsidP="00CD3FA5">
            <w:pPr>
              <w:spacing w:after="0"/>
              <w:rPr>
                <w:rFonts w:cs="Times New Roman"/>
              </w:rPr>
            </w:pPr>
            <w:proofErr w:type="spellStart"/>
            <w:r w:rsidRPr="00446659">
              <w:rPr>
                <w:rFonts w:cs="Times New Roman"/>
                <w:sz w:val="24"/>
                <w:szCs w:val="24"/>
              </w:rPr>
              <w:t>Speedex</w:t>
            </w:r>
            <w:proofErr w:type="spellEnd"/>
            <w:r w:rsidRPr="00446659">
              <w:rPr>
                <w:rFonts w:cs="Times New Roman"/>
                <w:sz w:val="24"/>
                <w:szCs w:val="24"/>
              </w:rPr>
              <w:t xml:space="preserve"> Putty (910мл.), </w:t>
            </w:r>
            <w:proofErr w:type="spellStart"/>
            <w:r w:rsidRPr="00446659">
              <w:rPr>
                <w:rFonts w:cs="Times New Roman"/>
                <w:sz w:val="24"/>
                <w:szCs w:val="24"/>
              </w:rPr>
              <w:t>Coltene</w:t>
            </w:r>
            <w:proofErr w:type="spellEnd"/>
          </w:p>
        </w:tc>
        <w:tc>
          <w:tcPr>
            <w:tcW w:w="1530" w:type="dxa"/>
            <w:vAlign w:val="center"/>
          </w:tcPr>
          <w:p w14:paraId="19A7471A" w14:textId="598E752E"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15F6B6A" w14:textId="40DE9185"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4A8997A" w14:textId="62DE9DB3" w:rsidR="00CD3FA5" w:rsidRPr="00F13106" w:rsidRDefault="00CD3FA5" w:rsidP="00CD3FA5">
            <w:pPr>
              <w:spacing w:after="0"/>
              <w:jc w:val="center"/>
              <w:rPr>
                <w:rFonts w:cs="Times New Roman"/>
              </w:rPr>
            </w:pPr>
            <w:r w:rsidRPr="00446659">
              <w:rPr>
                <w:rFonts w:cs="Times New Roman"/>
                <w:sz w:val="24"/>
                <w:szCs w:val="24"/>
              </w:rPr>
              <w:t>70</w:t>
            </w:r>
          </w:p>
        </w:tc>
        <w:tc>
          <w:tcPr>
            <w:tcW w:w="1360" w:type="dxa"/>
            <w:vAlign w:val="center"/>
          </w:tcPr>
          <w:p w14:paraId="53149A3C" w14:textId="77777777" w:rsidR="00CD3FA5" w:rsidRPr="00F13106" w:rsidRDefault="00CD3FA5" w:rsidP="00CD3FA5">
            <w:pPr>
              <w:spacing w:after="0"/>
              <w:jc w:val="right"/>
              <w:rPr>
                <w:rFonts w:cs="Times New Roman"/>
              </w:rPr>
            </w:pPr>
          </w:p>
        </w:tc>
        <w:tc>
          <w:tcPr>
            <w:tcW w:w="1417" w:type="dxa"/>
            <w:vAlign w:val="center"/>
          </w:tcPr>
          <w:p w14:paraId="586DE37C" w14:textId="77777777" w:rsidR="00CD3FA5" w:rsidRPr="00F13106" w:rsidRDefault="00CD3FA5" w:rsidP="00CD3FA5">
            <w:pPr>
              <w:spacing w:after="0"/>
              <w:jc w:val="right"/>
              <w:rPr>
                <w:rFonts w:cs="Times New Roman"/>
              </w:rPr>
            </w:pPr>
          </w:p>
        </w:tc>
        <w:tc>
          <w:tcPr>
            <w:tcW w:w="2325" w:type="dxa"/>
            <w:vAlign w:val="center"/>
          </w:tcPr>
          <w:p w14:paraId="0ABCF746" w14:textId="77777777" w:rsidR="00CD3FA5" w:rsidRPr="00F13106" w:rsidRDefault="00CD3FA5" w:rsidP="00CD3FA5">
            <w:pPr>
              <w:spacing w:after="0"/>
              <w:jc w:val="right"/>
              <w:rPr>
                <w:rFonts w:cs="Times New Roman"/>
              </w:rPr>
            </w:pPr>
          </w:p>
        </w:tc>
      </w:tr>
      <w:tr w:rsidR="00CD3FA5" w:rsidRPr="00F13106" w14:paraId="5CA4B75E" w14:textId="77777777" w:rsidTr="00FB028A">
        <w:trPr>
          <w:cantSplit/>
          <w:jc w:val="center"/>
        </w:trPr>
        <w:tc>
          <w:tcPr>
            <w:tcW w:w="454" w:type="dxa"/>
            <w:vAlign w:val="center"/>
          </w:tcPr>
          <w:p w14:paraId="1D0A99BE" w14:textId="7C28A638" w:rsidR="00CD3FA5" w:rsidRPr="00FB028A" w:rsidRDefault="00CD3FA5" w:rsidP="00CD3FA5">
            <w:pPr>
              <w:spacing w:after="0"/>
              <w:jc w:val="right"/>
              <w:rPr>
                <w:rFonts w:cs="Times New Roman"/>
                <w:lang w:val="ru-RU"/>
              </w:rPr>
            </w:pPr>
            <w:r>
              <w:rPr>
                <w:rFonts w:cs="Times New Roman"/>
                <w:lang w:val="ru-RU"/>
              </w:rPr>
              <w:t>36</w:t>
            </w:r>
          </w:p>
        </w:tc>
        <w:tc>
          <w:tcPr>
            <w:tcW w:w="4821" w:type="dxa"/>
            <w:vAlign w:val="center"/>
          </w:tcPr>
          <w:p w14:paraId="3AB8C014" w14:textId="687EA14D" w:rsidR="00CD3FA5" w:rsidRPr="00F13106" w:rsidRDefault="00CD3FA5" w:rsidP="00CD3FA5">
            <w:pPr>
              <w:spacing w:after="0"/>
              <w:rPr>
                <w:rFonts w:cs="Times New Roman"/>
              </w:rPr>
            </w:pPr>
            <w:proofErr w:type="spellStart"/>
            <w:r w:rsidRPr="00446659">
              <w:rPr>
                <w:rFonts w:cs="Times New Roman"/>
                <w:sz w:val="24"/>
                <w:szCs w:val="24"/>
              </w:rPr>
              <w:t>Speedex</w:t>
            </w:r>
            <w:proofErr w:type="spellEnd"/>
            <w:r w:rsidRPr="00446659">
              <w:rPr>
                <w:rFonts w:cs="Times New Roman"/>
                <w:sz w:val="24"/>
                <w:szCs w:val="24"/>
              </w:rPr>
              <w:t xml:space="preserve"> Activator (60мл.), </w:t>
            </w:r>
            <w:proofErr w:type="spellStart"/>
            <w:r w:rsidRPr="00446659">
              <w:rPr>
                <w:rFonts w:cs="Times New Roman"/>
                <w:sz w:val="24"/>
                <w:szCs w:val="24"/>
              </w:rPr>
              <w:t>Coltene</w:t>
            </w:r>
            <w:proofErr w:type="spellEnd"/>
          </w:p>
        </w:tc>
        <w:tc>
          <w:tcPr>
            <w:tcW w:w="1530" w:type="dxa"/>
            <w:vAlign w:val="center"/>
          </w:tcPr>
          <w:p w14:paraId="5CAD7FA1" w14:textId="49323C67"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07061E74" w14:textId="35816A4B"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0CB0F40" w14:textId="1154CD79" w:rsidR="00CD3FA5" w:rsidRPr="00F13106" w:rsidRDefault="00CD3FA5" w:rsidP="00CD3FA5">
            <w:pPr>
              <w:spacing w:after="0"/>
              <w:jc w:val="center"/>
              <w:rPr>
                <w:rFonts w:cs="Times New Roman"/>
              </w:rPr>
            </w:pPr>
            <w:r w:rsidRPr="00446659">
              <w:rPr>
                <w:rFonts w:cs="Times New Roman"/>
                <w:sz w:val="24"/>
                <w:szCs w:val="24"/>
              </w:rPr>
              <w:t>110</w:t>
            </w:r>
          </w:p>
        </w:tc>
        <w:tc>
          <w:tcPr>
            <w:tcW w:w="1360" w:type="dxa"/>
            <w:vAlign w:val="center"/>
          </w:tcPr>
          <w:p w14:paraId="5914CC30" w14:textId="77777777" w:rsidR="00CD3FA5" w:rsidRPr="00F13106" w:rsidRDefault="00CD3FA5" w:rsidP="00CD3FA5">
            <w:pPr>
              <w:spacing w:after="0"/>
              <w:jc w:val="right"/>
              <w:rPr>
                <w:rFonts w:cs="Times New Roman"/>
              </w:rPr>
            </w:pPr>
          </w:p>
        </w:tc>
        <w:tc>
          <w:tcPr>
            <w:tcW w:w="1417" w:type="dxa"/>
            <w:vAlign w:val="center"/>
          </w:tcPr>
          <w:p w14:paraId="0DEA2149" w14:textId="77777777" w:rsidR="00CD3FA5" w:rsidRPr="00F13106" w:rsidRDefault="00CD3FA5" w:rsidP="00CD3FA5">
            <w:pPr>
              <w:spacing w:after="0"/>
              <w:jc w:val="right"/>
              <w:rPr>
                <w:rFonts w:cs="Times New Roman"/>
              </w:rPr>
            </w:pPr>
          </w:p>
        </w:tc>
        <w:tc>
          <w:tcPr>
            <w:tcW w:w="2325" w:type="dxa"/>
            <w:vAlign w:val="center"/>
          </w:tcPr>
          <w:p w14:paraId="6A0BAACF" w14:textId="77777777" w:rsidR="00CD3FA5" w:rsidRPr="00F13106" w:rsidRDefault="00CD3FA5" w:rsidP="00CD3FA5">
            <w:pPr>
              <w:spacing w:after="0"/>
              <w:jc w:val="right"/>
              <w:rPr>
                <w:rFonts w:cs="Times New Roman"/>
              </w:rPr>
            </w:pPr>
          </w:p>
        </w:tc>
      </w:tr>
      <w:tr w:rsidR="00CD3FA5" w:rsidRPr="00F13106" w14:paraId="54E8EC3B" w14:textId="77777777" w:rsidTr="00FB028A">
        <w:trPr>
          <w:cantSplit/>
          <w:jc w:val="center"/>
        </w:trPr>
        <w:tc>
          <w:tcPr>
            <w:tcW w:w="454" w:type="dxa"/>
            <w:vAlign w:val="center"/>
          </w:tcPr>
          <w:p w14:paraId="361B67C4" w14:textId="43DB6F1B" w:rsidR="00CD3FA5" w:rsidRPr="00FB028A" w:rsidRDefault="00CD3FA5" w:rsidP="00CD3FA5">
            <w:pPr>
              <w:spacing w:after="0"/>
              <w:jc w:val="right"/>
              <w:rPr>
                <w:rFonts w:cs="Times New Roman"/>
                <w:lang w:val="ru-RU"/>
              </w:rPr>
            </w:pPr>
            <w:r>
              <w:rPr>
                <w:rFonts w:cs="Times New Roman"/>
                <w:lang w:val="ru-RU"/>
              </w:rPr>
              <w:t>37</w:t>
            </w:r>
          </w:p>
        </w:tc>
        <w:tc>
          <w:tcPr>
            <w:tcW w:w="4821" w:type="dxa"/>
            <w:vAlign w:val="center"/>
          </w:tcPr>
          <w:p w14:paraId="5468A324" w14:textId="5CFF042D" w:rsidR="00CD3FA5" w:rsidRPr="00F13106" w:rsidRDefault="00CD3FA5" w:rsidP="00CD3FA5">
            <w:pPr>
              <w:spacing w:after="0"/>
              <w:rPr>
                <w:rFonts w:cs="Times New Roman"/>
              </w:rPr>
            </w:pPr>
            <w:proofErr w:type="spellStart"/>
            <w:r w:rsidRPr="00446659">
              <w:rPr>
                <w:rFonts w:cs="Times New Roman"/>
                <w:sz w:val="24"/>
                <w:szCs w:val="24"/>
              </w:rPr>
              <w:t>Speedex</w:t>
            </w:r>
            <w:proofErr w:type="spellEnd"/>
            <w:r w:rsidRPr="00446659">
              <w:rPr>
                <w:rFonts w:cs="Times New Roman"/>
                <w:sz w:val="24"/>
                <w:szCs w:val="24"/>
              </w:rPr>
              <w:t xml:space="preserve"> light body (140мл.), </w:t>
            </w:r>
            <w:proofErr w:type="spellStart"/>
            <w:r w:rsidRPr="00446659">
              <w:rPr>
                <w:rFonts w:cs="Times New Roman"/>
                <w:sz w:val="24"/>
                <w:szCs w:val="24"/>
              </w:rPr>
              <w:t>Coltene</w:t>
            </w:r>
            <w:proofErr w:type="spellEnd"/>
          </w:p>
        </w:tc>
        <w:tc>
          <w:tcPr>
            <w:tcW w:w="1530" w:type="dxa"/>
            <w:vAlign w:val="center"/>
          </w:tcPr>
          <w:p w14:paraId="4D478D38" w14:textId="27441B54"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D0181D2" w14:textId="40D783F5"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DDE4562" w14:textId="7D5B4E94" w:rsidR="00CD3FA5" w:rsidRPr="00F13106" w:rsidRDefault="00CD3FA5" w:rsidP="00CD3FA5">
            <w:pPr>
              <w:spacing w:after="0"/>
              <w:jc w:val="center"/>
              <w:rPr>
                <w:rFonts w:cs="Times New Roman"/>
              </w:rPr>
            </w:pPr>
            <w:r w:rsidRPr="00446659">
              <w:rPr>
                <w:rFonts w:cs="Times New Roman"/>
                <w:sz w:val="24"/>
                <w:szCs w:val="24"/>
              </w:rPr>
              <w:t>50</w:t>
            </w:r>
          </w:p>
        </w:tc>
        <w:tc>
          <w:tcPr>
            <w:tcW w:w="1360" w:type="dxa"/>
            <w:vAlign w:val="center"/>
          </w:tcPr>
          <w:p w14:paraId="63189040" w14:textId="77777777" w:rsidR="00CD3FA5" w:rsidRPr="00F13106" w:rsidRDefault="00CD3FA5" w:rsidP="00CD3FA5">
            <w:pPr>
              <w:spacing w:after="0"/>
              <w:jc w:val="right"/>
              <w:rPr>
                <w:rFonts w:cs="Times New Roman"/>
              </w:rPr>
            </w:pPr>
          </w:p>
        </w:tc>
        <w:tc>
          <w:tcPr>
            <w:tcW w:w="1417" w:type="dxa"/>
            <w:vAlign w:val="center"/>
          </w:tcPr>
          <w:p w14:paraId="4062C450" w14:textId="77777777" w:rsidR="00CD3FA5" w:rsidRPr="00F13106" w:rsidRDefault="00CD3FA5" w:rsidP="00CD3FA5">
            <w:pPr>
              <w:spacing w:after="0"/>
              <w:jc w:val="right"/>
              <w:rPr>
                <w:rFonts w:cs="Times New Roman"/>
              </w:rPr>
            </w:pPr>
          </w:p>
        </w:tc>
        <w:tc>
          <w:tcPr>
            <w:tcW w:w="2325" w:type="dxa"/>
            <w:vAlign w:val="center"/>
          </w:tcPr>
          <w:p w14:paraId="2811FB78" w14:textId="77777777" w:rsidR="00CD3FA5" w:rsidRPr="00F13106" w:rsidRDefault="00CD3FA5" w:rsidP="00CD3FA5">
            <w:pPr>
              <w:spacing w:after="0"/>
              <w:jc w:val="right"/>
              <w:rPr>
                <w:rFonts w:cs="Times New Roman"/>
              </w:rPr>
            </w:pPr>
          </w:p>
        </w:tc>
      </w:tr>
      <w:tr w:rsidR="00CD3FA5" w:rsidRPr="00F13106" w14:paraId="57C63D1A" w14:textId="77777777" w:rsidTr="00FB028A">
        <w:trPr>
          <w:cantSplit/>
          <w:jc w:val="center"/>
        </w:trPr>
        <w:tc>
          <w:tcPr>
            <w:tcW w:w="454" w:type="dxa"/>
            <w:vAlign w:val="center"/>
          </w:tcPr>
          <w:p w14:paraId="06BB71C6" w14:textId="1F9A1B78" w:rsidR="00CD3FA5" w:rsidRPr="00FB028A" w:rsidRDefault="00CD3FA5" w:rsidP="00CD3FA5">
            <w:pPr>
              <w:spacing w:after="0"/>
              <w:jc w:val="right"/>
              <w:rPr>
                <w:rFonts w:cs="Times New Roman"/>
                <w:lang w:val="ru-RU"/>
              </w:rPr>
            </w:pPr>
            <w:r>
              <w:rPr>
                <w:rFonts w:cs="Times New Roman"/>
                <w:lang w:val="ru-RU"/>
              </w:rPr>
              <w:t>38</w:t>
            </w:r>
          </w:p>
        </w:tc>
        <w:tc>
          <w:tcPr>
            <w:tcW w:w="4821" w:type="dxa"/>
            <w:vAlign w:val="center"/>
          </w:tcPr>
          <w:p w14:paraId="60086057" w14:textId="3E502031" w:rsidR="00CD3FA5" w:rsidRPr="00F13106" w:rsidRDefault="00CD3FA5" w:rsidP="00CD3FA5">
            <w:pPr>
              <w:spacing w:after="0"/>
              <w:rPr>
                <w:rFonts w:cs="Times New Roman"/>
              </w:rPr>
            </w:pPr>
            <w:proofErr w:type="spellStart"/>
            <w:r w:rsidRPr="00446659">
              <w:rPr>
                <w:rFonts w:cs="Times New Roman"/>
                <w:sz w:val="24"/>
                <w:szCs w:val="24"/>
              </w:rPr>
              <w:t>Припой</w:t>
            </w:r>
            <w:proofErr w:type="spellEnd"/>
            <w:r w:rsidRPr="00446659">
              <w:rPr>
                <w:rFonts w:cs="Times New Roman"/>
                <w:sz w:val="24"/>
                <w:szCs w:val="24"/>
              </w:rPr>
              <w:t xml:space="preserve"> (40гр.), </w:t>
            </w:r>
            <w:proofErr w:type="spellStart"/>
            <w:r w:rsidRPr="00446659">
              <w:rPr>
                <w:rFonts w:cs="Times New Roman"/>
                <w:sz w:val="24"/>
                <w:szCs w:val="24"/>
              </w:rPr>
              <w:t>Владмива</w:t>
            </w:r>
            <w:proofErr w:type="spellEnd"/>
          </w:p>
        </w:tc>
        <w:tc>
          <w:tcPr>
            <w:tcW w:w="1530" w:type="dxa"/>
            <w:vAlign w:val="center"/>
          </w:tcPr>
          <w:p w14:paraId="3C64D846" w14:textId="7AD92C2B"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03C9DA23" w14:textId="26EE1723"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1C228FC" w14:textId="32E289BD"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40AB3532" w14:textId="77777777" w:rsidR="00CD3FA5" w:rsidRPr="00F13106" w:rsidRDefault="00CD3FA5" w:rsidP="00CD3FA5">
            <w:pPr>
              <w:spacing w:after="0"/>
              <w:jc w:val="right"/>
              <w:rPr>
                <w:rFonts w:cs="Times New Roman"/>
              </w:rPr>
            </w:pPr>
          </w:p>
        </w:tc>
        <w:tc>
          <w:tcPr>
            <w:tcW w:w="1417" w:type="dxa"/>
            <w:vAlign w:val="center"/>
          </w:tcPr>
          <w:p w14:paraId="03249D81" w14:textId="77777777" w:rsidR="00CD3FA5" w:rsidRPr="00F13106" w:rsidRDefault="00CD3FA5" w:rsidP="00CD3FA5">
            <w:pPr>
              <w:spacing w:after="0"/>
              <w:jc w:val="right"/>
              <w:rPr>
                <w:rFonts w:cs="Times New Roman"/>
              </w:rPr>
            </w:pPr>
          </w:p>
        </w:tc>
        <w:tc>
          <w:tcPr>
            <w:tcW w:w="2325" w:type="dxa"/>
            <w:vAlign w:val="center"/>
          </w:tcPr>
          <w:p w14:paraId="2EBB0547" w14:textId="77777777" w:rsidR="00CD3FA5" w:rsidRPr="00F13106" w:rsidRDefault="00CD3FA5" w:rsidP="00CD3FA5">
            <w:pPr>
              <w:spacing w:after="0"/>
              <w:jc w:val="right"/>
              <w:rPr>
                <w:rFonts w:cs="Times New Roman"/>
              </w:rPr>
            </w:pPr>
          </w:p>
        </w:tc>
      </w:tr>
      <w:tr w:rsidR="00CD3FA5" w:rsidRPr="00FB028A" w14:paraId="1BC116C7" w14:textId="77777777" w:rsidTr="00FB028A">
        <w:trPr>
          <w:cantSplit/>
          <w:jc w:val="center"/>
        </w:trPr>
        <w:tc>
          <w:tcPr>
            <w:tcW w:w="454" w:type="dxa"/>
            <w:vAlign w:val="center"/>
          </w:tcPr>
          <w:p w14:paraId="6B22E3C9" w14:textId="13E8F575" w:rsidR="00CD3FA5" w:rsidRPr="00FB028A" w:rsidRDefault="00CD3FA5" w:rsidP="00CD3FA5">
            <w:pPr>
              <w:spacing w:after="0"/>
              <w:jc w:val="right"/>
              <w:rPr>
                <w:rFonts w:cs="Times New Roman"/>
                <w:lang w:val="ru-RU"/>
              </w:rPr>
            </w:pPr>
            <w:r>
              <w:rPr>
                <w:rFonts w:cs="Times New Roman"/>
                <w:lang w:val="ru-RU"/>
              </w:rPr>
              <w:t>39</w:t>
            </w:r>
          </w:p>
        </w:tc>
        <w:tc>
          <w:tcPr>
            <w:tcW w:w="4821" w:type="dxa"/>
            <w:vAlign w:val="center"/>
          </w:tcPr>
          <w:p w14:paraId="348991F4" w14:textId="2EC6AAE2" w:rsidR="00CD3FA5" w:rsidRPr="00FB028A" w:rsidRDefault="00CD3FA5" w:rsidP="00CD3FA5">
            <w:pPr>
              <w:spacing w:after="0"/>
              <w:rPr>
                <w:rFonts w:cs="Times New Roman"/>
                <w:lang w:val="ru-RU"/>
              </w:rPr>
            </w:pPr>
            <w:r w:rsidRPr="00446659">
              <w:rPr>
                <w:rFonts w:cs="Times New Roman"/>
                <w:sz w:val="24"/>
                <w:szCs w:val="24"/>
              </w:rPr>
              <w:t>Basis</w:t>
            </w:r>
            <w:r w:rsidRPr="00446659">
              <w:rPr>
                <w:rFonts w:cs="Times New Roman"/>
                <w:sz w:val="24"/>
                <w:szCs w:val="24"/>
                <w:lang w:val="ru-RU"/>
              </w:rPr>
              <w:t xml:space="preserve"> </w:t>
            </w:r>
            <w:r w:rsidRPr="00446659">
              <w:rPr>
                <w:rFonts w:cs="Times New Roman"/>
                <w:sz w:val="24"/>
                <w:szCs w:val="24"/>
              </w:rPr>
              <w:t>PA</w:t>
            </w:r>
            <w:r w:rsidRPr="00446659">
              <w:rPr>
                <w:rFonts w:cs="Times New Roman"/>
                <w:sz w:val="24"/>
                <w:szCs w:val="24"/>
                <w:lang w:val="ru-RU"/>
              </w:rPr>
              <w:t xml:space="preserve"> (</w:t>
            </w:r>
            <w:proofErr w:type="spellStart"/>
            <w:r w:rsidRPr="00446659">
              <w:rPr>
                <w:rFonts w:cs="Times New Roman"/>
                <w:sz w:val="24"/>
                <w:szCs w:val="24"/>
                <w:lang w:val="ru-RU"/>
              </w:rPr>
              <w:t>полиметилакрилатная</w:t>
            </w:r>
            <w:proofErr w:type="spellEnd"/>
            <w:r w:rsidRPr="00446659">
              <w:rPr>
                <w:rFonts w:cs="Times New Roman"/>
                <w:sz w:val="24"/>
                <w:szCs w:val="24"/>
                <w:lang w:val="ru-RU"/>
              </w:rPr>
              <w:t xml:space="preserve">), в гранулах, цвет </w:t>
            </w:r>
            <w:r w:rsidRPr="00446659">
              <w:rPr>
                <w:rFonts w:cs="Times New Roman"/>
                <w:sz w:val="24"/>
                <w:szCs w:val="24"/>
              </w:rPr>
              <w:t>LF</w:t>
            </w:r>
            <w:r w:rsidRPr="00446659">
              <w:rPr>
                <w:rFonts w:cs="Times New Roman"/>
                <w:sz w:val="24"/>
                <w:szCs w:val="24"/>
                <w:lang w:val="ru-RU"/>
              </w:rPr>
              <w:t>-</w:t>
            </w:r>
            <w:r w:rsidRPr="00446659">
              <w:rPr>
                <w:rFonts w:cs="Times New Roman"/>
                <w:sz w:val="24"/>
                <w:szCs w:val="24"/>
              </w:rPr>
              <w:t>Pink</w:t>
            </w:r>
            <w:r w:rsidRPr="00446659">
              <w:rPr>
                <w:rFonts w:cs="Times New Roman"/>
                <w:sz w:val="24"/>
                <w:szCs w:val="24"/>
                <w:lang w:val="ru-RU"/>
              </w:rPr>
              <w:t xml:space="preserve"> розовый с прожилками (1кг.), </w:t>
            </w:r>
            <w:proofErr w:type="spellStart"/>
            <w:r w:rsidRPr="00446659">
              <w:rPr>
                <w:rFonts w:cs="Times New Roman"/>
                <w:sz w:val="24"/>
                <w:szCs w:val="24"/>
              </w:rPr>
              <w:t>Yamahachi</w:t>
            </w:r>
            <w:proofErr w:type="spellEnd"/>
          </w:p>
        </w:tc>
        <w:tc>
          <w:tcPr>
            <w:tcW w:w="1530" w:type="dxa"/>
            <w:vAlign w:val="center"/>
          </w:tcPr>
          <w:p w14:paraId="1CB101E7" w14:textId="788078D6"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4DA2C09A" w14:textId="16FA57FC"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7C3AAEF" w14:textId="37CAE8CF" w:rsidR="00CD3FA5" w:rsidRPr="00FB028A" w:rsidRDefault="00CD3FA5" w:rsidP="00CD3FA5">
            <w:pPr>
              <w:spacing w:after="0"/>
              <w:jc w:val="center"/>
              <w:rPr>
                <w:rFonts w:cs="Times New Roman"/>
                <w:lang w:val="ru-RU"/>
              </w:rPr>
            </w:pPr>
            <w:r w:rsidRPr="00446659">
              <w:rPr>
                <w:rFonts w:cs="Times New Roman"/>
                <w:sz w:val="24"/>
                <w:szCs w:val="24"/>
              </w:rPr>
              <w:t>5</w:t>
            </w:r>
          </w:p>
        </w:tc>
        <w:tc>
          <w:tcPr>
            <w:tcW w:w="1360" w:type="dxa"/>
            <w:vAlign w:val="center"/>
          </w:tcPr>
          <w:p w14:paraId="28818E9C" w14:textId="77777777" w:rsidR="00CD3FA5" w:rsidRPr="00FB028A" w:rsidRDefault="00CD3FA5" w:rsidP="00CD3FA5">
            <w:pPr>
              <w:spacing w:after="0"/>
              <w:jc w:val="right"/>
              <w:rPr>
                <w:rFonts w:cs="Times New Roman"/>
                <w:lang w:val="ru-RU"/>
              </w:rPr>
            </w:pPr>
          </w:p>
        </w:tc>
        <w:tc>
          <w:tcPr>
            <w:tcW w:w="1417" w:type="dxa"/>
            <w:vAlign w:val="center"/>
          </w:tcPr>
          <w:p w14:paraId="0D48ACD9" w14:textId="77777777" w:rsidR="00CD3FA5" w:rsidRPr="00FB028A" w:rsidRDefault="00CD3FA5" w:rsidP="00CD3FA5">
            <w:pPr>
              <w:spacing w:after="0"/>
              <w:jc w:val="right"/>
              <w:rPr>
                <w:rFonts w:cs="Times New Roman"/>
                <w:lang w:val="ru-RU"/>
              </w:rPr>
            </w:pPr>
          </w:p>
        </w:tc>
        <w:tc>
          <w:tcPr>
            <w:tcW w:w="2325" w:type="dxa"/>
            <w:vAlign w:val="center"/>
          </w:tcPr>
          <w:p w14:paraId="381BC0D2" w14:textId="77777777" w:rsidR="00CD3FA5" w:rsidRPr="00FB028A" w:rsidRDefault="00CD3FA5" w:rsidP="00CD3FA5">
            <w:pPr>
              <w:spacing w:after="0"/>
              <w:jc w:val="right"/>
              <w:rPr>
                <w:rFonts w:cs="Times New Roman"/>
                <w:lang w:val="ru-RU"/>
              </w:rPr>
            </w:pPr>
          </w:p>
        </w:tc>
      </w:tr>
      <w:tr w:rsidR="00CD3FA5" w:rsidRPr="00F13106" w14:paraId="42768B7E" w14:textId="77777777" w:rsidTr="00FB028A">
        <w:trPr>
          <w:cantSplit/>
          <w:jc w:val="center"/>
        </w:trPr>
        <w:tc>
          <w:tcPr>
            <w:tcW w:w="454" w:type="dxa"/>
            <w:vAlign w:val="center"/>
          </w:tcPr>
          <w:p w14:paraId="599385A4" w14:textId="60C45DA0" w:rsidR="00CD3FA5" w:rsidRPr="00FB028A" w:rsidRDefault="00CD3FA5" w:rsidP="00CD3FA5">
            <w:pPr>
              <w:spacing w:after="0"/>
              <w:jc w:val="right"/>
              <w:rPr>
                <w:rFonts w:cs="Times New Roman"/>
                <w:lang w:val="ru-RU"/>
              </w:rPr>
            </w:pPr>
            <w:r>
              <w:rPr>
                <w:rFonts w:cs="Times New Roman"/>
                <w:lang w:val="ru-RU"/>
              </w:rPr>
              <w:lastRenderedPageBreak/>
              <w:t>40</w:t>
            </w:r>
          </w:p>
        </w:tc>
        <w:tc>
          <w:tcPr>
            <w:tcW w:w="4821" w:type="dxa"/>
            <w:vAlign w:val="center"/>
          </w:tcPr>
          <w:p w14:paraId="0B7ACB02" w14:textId="16965946" w:rsidR="00CD3FA5" w:rsidRPr="00F13106" w:rsidRDefault="00CD3FA5" w:rsidP="00CD3FA5">
            <w:pPr>
              <w:spacing w:after="0"/>
              <w:rPr>
                <w:rFonts w:cs="Times New Roman"/>
              </w:rPr>
            </w:pPr>
            <w:proofErr w:type="spellStart"/>
            <w:r w:rsidRPr="00446659">
              <w:rPr>
                <w:rFonts w:cs="Times New Roman"/>
                <w:sz w:val="24"/>
                <w:szCs w:val="24"/>
                <w:lang w:val="ru-RU"/>
              </w:rPr>
              <w:t>Фильц</w:t>
            </w:r>
            <w:proofErr w:type="spellEnd"/>
            <w:r w:rsidRPr="00446659">
              <w:rPr>
                <w:rFonts w:cs="Times New Roman"/>
                <w:sz w:val="24"/>
                <w:szCs w:val="24"/>
                <w:lang w:val="ru-RU"/>
              </w:rPr>
              <w:t xml:space="preserve"> войлочный пуля жёсткий, диаметр 25*50мм. </w:t>
            </w:r>
            <w:r w:rsidRPr="00446659">
              <w:rPr>
                <w:rFonts w:cs="Times New Roman"/>
                <w:sz w:val="24"/>
                <w:szCs w:val="24"/>
              </w:rPr>
              <w:t xml:space="preserve">(1шт.), Songjiang </w:t>
            </w:r>
            <w:proofErr w:type="spellStart"/>
            <w:r w:rsidRPr="00446659">
              <w:rPr>
                <w:rFonts w:cs="Times New Roman"/>
                <w:sz w:val="24"/>
                <w:szCs w:val="24"/>
              </w:rPr>
              <w:t>sheshan</w:t>
            </w:r>
            <w:proofErr w:type="spellEnd"/>
          </w:p>
        </w:tc>
        <w:tc>
          <w:tcPr>
            <w:tcW w:w="1530" w:type="dxa"/>
            <w:vAlign w:val="center"/>
          </w:tcPr>
          <w:p w14:paraId="00CACAD2" w14:textId="73A89676" w:rsidR="00CD3FA5" w:rsidRPr="00F13106" w:rsidRDefault="00CD3FA5" w:rsidP="00CD3FA5">
            <w:pPr>
              <w:spacing w:after="0"/>
              <w:jc w:val="right"/>
              <w:rPr>
                <w:rFonts w:cs="Times New Roman"/>
              </w:rPr>
            </w:pPr>
            <w:r w:rsidRPr="00446659">
              <w:rPr>
                <w:rFonts w:cs="Times New Roman"/>
                <w:sz w:val="24"/>
                <w:szCs w:val="24"/>
              </w:rPr>
              <w:t>32.50.11.190</w:t>
            </w:r>
          </w:p>
        </w:tc>
        <w:tc>
          <w:tcPr>
            <w:tcW w:w="680" w:type="dxa"/>
            <w:vAlign w:val="center"/>
          </w:tcPr>
          <w:p w14:paraId="7ED38B83" w14:textId="1D0E0FDA"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49C2DC2" w14:textId="7E521C2C" w:rsidR="00CD3FA5" w:rsidRPr="00F13106" w:rsidRDefault="00CD3FA5" w:rsidP="00CD3FA5">
            <w:pPr>
              <w:spacing w:after="0"/>
              <w:jc w:val="center"/>
              <w:rPr>
                <w:rFonts w:cs="Times New Roman"/>
              </w:rPr>
            </w:pPr>
            <w:r w:rsidRPr="00446659">
              <w:rPr>
                <w:rFonts w:cs="Times New Roman"/>
                <w:sz w:val="24"/>
                <w:szCs w:val="24"/>
              </w:rPr>
              <w:t>51</w:t>
            </w:r>
          </w:p>
        </w:tc>
        <w:tc>
          <w:tcPr>
            <w:tcW w:w="1360" w:type="dxa"/>
            <w:vAlign w:val="center"/>
          </w:tcPr>
          <w:p w14:paraId="46943295" w14:textId="77777777" w:rsidR="00CD3FA5" w:rsidRPr="00F13106" w:rsidRDefault="00CD3FA5" w:rsidP="00CD3FA5">
            <w:pPr>
              <w:spacing w:after="0"/>
              <w:jc w:val="right"/>
              <w:rPr>
                <w:rFonts w:cs="Times New Roman"/>
              </w:rPr>
            </w:pPr>
          </w:p>
        </w:tc>
        <w:tc>
          <w:tcPr>
            <w:tcW w:w="1417" w:type="dxa"/>
            <w:vAlign w:val="center"/>
          </w:tcPr>
          <w:p w14:paraId="3E65666E" w14:textId="77777777" w:rsidR="00CD3FA5" w:rsidRPr="00F13106" w:rsidRDefault="00CD3FA5" w:rsidP="00CD3FA5">
            <w:pPr>
              <w:spacing w:after="0"/>
              <w:jc w:val="right"/>
              <w:rPr>
                <w:rFonts w:cs="Times New Roman"/>
              </w:rPr>
            </w:pPr>
          </w:p>
        </w:tc>
        <w:tc>
          <w:tcPr>
            <w:tcW w:w="2325" w:type="dxa"/>
            <w:vAlign w:val="center"/>
          </w:tcPr>
          <w:p w14:paraId="53175DCE" w14:textId="77777777" w:rsidR="00CD3FA5" w:rsidRPr="00F13106" w:rsidRDefault="00CD3FA5" w:rsidP="00CD3FA5">
            <w:pPr>
              <w:spacing w:after="0"/>
              <w:jc w:val="right"/>
              <w:rPr>
                <w:rFonts w:cs="Times New Roman"/>
              </w:rPr>
            </w:pPr>
          </w:p>
        </w:tc>
      </w:tr>
      <w:tr w:rsidR="00CD3FA5" w:rsidRPr="00FB028A" w14:paraId="31A3006E" w14:textId="77777777" w:rsidTr="00FB028A">
        <w:trPr>
          <w:cantSplit/>
          <w:jc w:val="center"/>
        </w:trPr>
        <w:tc>
          <w:tcPr>
            <w:tcW w:w="454" w:type="dxa"/>
            <w:vAlign w:val="center"/>
          </w:tcPr>
          <w:p w14:paraId="58D22A94" w14:textId="57C920BB" w:rsidR="00CD3FA5" w:rsidRPr="00FB028A" w:rsidRDefault="00CD3FA5" w:rsidP="00CD3FA5">
            <w:pPr>
              <w:spacing w:after="0"/>
              <w:jc w:val="right"/>
              <w:rPr>
                <w:rFonts w:cs="Times New Roman"/>
                <w:lang w:val="ru-RU"/>
              </w:rPr>
            </w:pPr>
            <w:r>
              <w:rPr>
                <w:rFonts w:cs="Times New Roman"/>
                <w:lang w:val="ru-RU"/>
              </w:rPr>
              <w:t>41</w:t>
            </w:r>
          </w:p>
        </w:tc>
        <w:tc>
          <w:tcPr>
            <w:tcW w:w="4821" w:type="dxa"/>
            <w:vAlign w:val="center"/>
          </w:tcPr>
          <w:p w14:paraId="11B84663" w14:textId="20EB9C9C"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w:t>
            </w:r>
            <w:r w:rsidRPr="00446659">
              <w:rPr>
                <w:rFonts w:cs="Times New Roman"/>
                <w:sz w:val="24"/>
                <w:szCs w:val="24"/>
              </w:rPr>
              <w:t>A</w:t>
            </w:r>
            <w:r w:rsidRPr="00446659">
              <w:rPr>
                <w:rFonts w:cs="Times New Roman"/>
                <w:sz w:val="24"/>
                <w:szCs w:val="24"/>
                <w:lang w:val="ru-RU"/>
              </w:rPr>
              <w:t xml:space="preserve">3 ф24) 20 полных гарнитур </w:t>
            </w:r>
            <w:r w:rsidRPr="00446659">
              <w:rPr>
                <w:rFonts w:cs="Times New Roman"/>
                <w:sz w:val="24"/>
                <w:szCs w:val="24"/>
              </w:rPr>
              <w:t>HICO</w:t>
            </w:r>
          </w:p>
        </w:tc>
        <w:tc>
          <w:tcPr>
            <w:tcW w:w="1530" w:type="dxa"/>
            <w:vAlign w:val="center"/>
          </w:tcPr>
          <w:p w14:paraId="6570F68A" w14:textId="25A11C4A"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39AEFD46" w14:textId="3F82E59A"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9374AEA" w14:textId="2F0FAF0F" w:rsidR="00CD3FA5" w:rsidRPr="00FB028A" w:rsidRDefault="00CD3FA5" w:rsidP="00CD3FA5">
            <w:pPr>
              <w:spacing w:after="0"/>
              <w:jc w:val="center"/>
              <w:rPr>
                <w:rFonts w:cs="Times New Roman"/>
                <w:lang w:val="ru-RU"/>
              </w:rPr>
            </w:pPr>
            <w:r w:rsidRPr="00446659">
              <w:rPr>
                <w:rFonts w:cs="Times New Roman"/>
                <w:sz w:val="24"/>
                <w:szCs w:val="24"/>
              </w:rPr>
              <w:t>10</w:t>
            </w:r>
          </w:p>
        </w:tc>
        <w:tc>
          <w:tcPr>
            <w:tcW w:w="1360" w:type="dxa"/>
            <w:vAlign w:val="center"/>
          </w:tcPr>
          <w:p w14:paraId="29419660" w14:textId="77777777" w:rsidR="00CD3FA5" w:rsidRPr="00FB028A" w:rsidRDefault="00CD3FA5" w:rsidP="00CD3FA5">
            <w:pPr>
              <w:spacing w:after="0"/>
              <w:jc w:val="right"/>
              <w:rPr>
                <w:rFonts w:cs="Times New Roman"/>
                <w:lang w:val="ru-RU"/>
              </w:rPr>
            </w:pPr>
          </w:p>
        </w:tc>
        <w:tc>
          <w:tcPr>
            <w:tcW w:w="1417" w:type="dxa"/>
            <w:vAlign w:val="center"/>
          </w:tcPr>
          <w:p w14:paraId="5432B086" w14:textId="77777777" w:rsidR="00CD3FA5" w:rsidRPr="00FB028A" w:rsidRDefault="00CD3FA5" w:rsidP="00CD3FA5">
            <w:pPr>
              <w:spacing w:after="0"/>
              <w:jc w:val="right"/>
              <w:rPr>
                <w:rFonts w:cs="Times New Roman"/>
                <w:lang w:val="ru-RU"/>
              </w:rPr>
            </w:pPr>
          </w:p>
        </w:tc>
        <w:tc>
          <w:tcPr>
            <w:tcW w:w="2325" w:type="dxa"/>
            <w:vAlign w:val="center"/>
          </w:tcPr>
          <w:p w14:paraId="37AAE1BE" w14:textId="77777777" w:rsidR="00CD3FA5" w:rsidRPr="00FB028A" w:rsidRDefault="00CD3FA5" w:rsidP="00CD3FA5">
            <w:pPr>
              <w:spacing w:after="0"/>
              <w:jc w:val="right"/>
              <w:rPr>
                <w:rFonts w:cs="Times New Roman"/>
                <w:lang w:val="ru-RU"/>
              </w:rPr>
            </w:pPr>
          </w:p>
        </w:tc>
      </w:tr>
      <w:tr w:rsidR="00CD3FA5" w:rsidRPr="00FB028A" w14:paraId="31299906" w14:textId="77777777" w:rsidTr="00FB028A">
        <w:trPr>
          <w:cantSplit/>
          <w:jc w:val="center"/>
        </w:trPr>
        <w:tc>
          <w:tcPr>
            <w:tcW w:w="454" w:type="dxa"/>
            <w:vAlign w:val="center"/>
          </w:tcPr>
          <w:p w14:paraId="55543D99" w14:textId="2E4A49F4" w:rsidR="00CD3FA5" w:rsidRPr="00FB028A" w:rsidRDefault="00CD3FA5" w:rsidP="00CD3FA5">
            <w:pPr>
              <w:spacing w:after="0"/>
              <w:jc w:val="right"/>
              <w:rPr>
                <w:rFonts w:cs="Times New Roman"/>
                <w:lang w:val="ru-RU"/>
              </w:rPr>
            </w:pPr>
            <w:r>
              <w:rPr>
                <w:rFonts w:cs="Times New Roman"/>
                <w:lang w:val="ru-RU"/>
              </w:rPr>
              <w:t>42</w:t>
            </w:r>
          </w:p>
        </w:tc>
        <w:tc>
          <w:tcPr>
            <w:tcW w:w="4821" w:type="dxa"/>
            <w:vAlign w:val="center"/>
          </w:tcPr>
          <w:p w14:paraId="1BCBF4EB" w14:textId="09E3DFC5"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w:t>
            </w:r>
            <w:r w:rsidRPr="00446659">
              <w:rPr>
                <w:rFonts w:cs="Times New Roman"/>
                <w:sz w:val="24"/>
                <w:szCs w:val="24"/>
              </w:rPr>
              <w:t>A</w:t>
            </w:r>
            <w:r w:rsidRPr="00446659">
              <w:rPr>
                <w:rFonts w:cs="Times New Roman"/>
                <w:sz w:val="24"/>
                <w:szCs w:val="24"/>
                <w:lang w:val="ru-RU"/>
              </w:rPr>
              <w:t xml:space="preserve">2 ф23) 20 полных гарнитур </w:t>
            </w:r>
            <w:r w:rsidRPr="00446659">
              <w:rPr>
                <w:rFonts w:cs="Times New Roman"/>
                <w:sz w:val="24"/>
                <w:szCs w:val="24"/>
              </w:rPr>
              <w:t>HICO</w:t>
            </w:r>
          </w:p>
        </w:tc>
        <w:tc>
          <w:tcPr>
            <w:tcW w:w="1530" w:type="dxa"/>
            <w:vAlign w:val="center"/>
          </w:tcPr>
          <w:p w14:paraId="7A7FA925" w14:textId="30C6FA42"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0E88DF1D" w14:textId="1BAF22C2"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3E419F4" w14:textId="07BB9BA8" w:rsidR="00CD3FA5" w:rsidRPr="00FB028A" w:rsidRDefault="00CD3FA5" w:rsidP="00CD3FA5">
            <w:pPr>
              <w:spacing w:after="0"/>
              <w:jc w:val="center"/>
              <w:rPr>
                <w:rFonts w:cs="Times New Roman"/>
                <w:lang w:val="ru-RU"/>
              </w:rPr>
            </w:pPr>
            <w:r w:rsidRPr="00446659">
              <w:rPr>
                <w:rFonts w:cs="Times New Roman"/>
                <w:sz w:val="24"/>
                <w:szCs w:val="24"/>
              </w:rPr>
              <w:t>10</w:t>
            </w:r>
          </w:p>
        </w:tc>
        <w:tc>
          <w:tcPr>
            <w:tcW w:w="1360" w:type="dxa"/>
            <w:vAlign w:val="center"/>
          </w:tcPr>
          <w:p w14:paraId="50C464E1" w14:textId="77777777" w:rsidR="00CD3FA5" w:rsidRPr="00FB028A" w:rsidRDefault="00CD3FA5" w:rsidP="00CD3FA5">
            <w:pPr>
              <w:spacing w:after="0"/>
              <w:jc w:val="right"/>
              <w:rPr>
                <w:rFonts w:cs="Times New Roman"/>
                <w:lang w:val="ru-RU"/>
              </w:rPr>
            </w:pPr>
          </w:p>
        </w:tc>
        <w:tc>
          <w:tcPr>
            <w:tcW w:w="1417" w:type="dxa"/>
            <w:vAlign w:val="center"/>
          </w:tcPr>
          <w:p w14:paraId="195EF145" w14:textId="77777777" w:rsidR="00CD3FA5" w:rsidRPr="00FB028A" w:rsidRDefault="00CD3FA5" w:rsidP="00CD3FA5">
            <w:pPr>
              <w:spacing w:after="0"/>
              <w:jc w:val="right"/>
              <w:rPr>
                <w:rFonts w:cs="Times New Roman"/>
                <w:lang w:val="ru-RU"/>
              </w:rPr>
            </w:pPr>
          </w:p>
        </w:tc>
        <w:tc>
          <w:tcPr>
            <w:tcW w:w="2325" w:type="dxa"/>
            <w:vAlign w:val="center"/>
          </w:tcPr>
          <w:p w14:paraId="6A5A9C43" w14:textId="77777777" w:rsidR="00CD3FA5" w:rsidRPr="00FB028A" w:rsidRDefault="00CD3FA5" w:rsidP="00CD3FA5">
            <w:pPr>
              <w:spacing w:after="0"/>
              <w:jc w:val="right"/>
              <w:rPr>
                <w:rFonts w:cs="Times New Roman"/>
                <w:lang w:val="ru-RU"/>
              </w:rPr>
            </w:pPr>
          </w:p>
        </w:tc>
      </w:tr>
      <w:tr w:rsidR="00CD3FA5" w:rsidRPr="00FB028A" w14:paraId="7C7ADB57" w14:textId="77777777" w:rsidTr="00FB028A">
        <w:trPr>
          <w:cantSplit/>
          <w:jc w:val="center"/>
        </w:trPr>
        <w:tc>
          <w:tcPr>
            <w:tcW w:w="454" w:type="dxa"/>
            <w:vAlign w:val="center"/>
          </w:tcPr>
          <w:p w14:paraId="23E03720" w14:textId="7B0ECA79" w:rsidR="00CD3FA5" w:rsidRPr="00FB028A" w:rsidRDefault="00CD3FA5" w:rsidP="00CD3FA5">
            <w:pPr>
              <w:spacing w:after="0"/>
              <w:jc w:val="right"/>
              <w:rPr>
                <w:rFonts w:cs="Times New Roman"/>
                <w:lang w:val="ru-RU"/>
              </w:rPr>
            </w:pPr>
            <w:r>
              <w:rPr>
                <w:rFonts w:cs="Times New Roman"/>
                <w:lang w:val="ru-RU"/>
              </w:rPr>
              <w:t>43</w:t>
            </w:r>
          </w:p>
        </w:tc>
        <w:tc>
          <w:tcPr>
            <w:tcW w:w="4821" w:type="dxa"/>
            <w:vAlign w:val="center"/>
          </w:tcPr>
          <w:p w14:paraId="6BAF8616" w14:textId="060C4CE8"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А3 размер 11 (11, 43, 83 верх, 83 низ) 560шт, АНИС</w:t>
            </w:r>
          </w:p>
        </w:tc>
        <w:tc>
          <w:tcPr>
            <w:tcW w:w="1530" w:type="dxa"/>
            <w:vAlign w:val="center"/>
          </w:tcPr>
          <w:p w14:paraId="47B7F46D" w14:textId="5C7B725E"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7728CBF1" w14:textId="28D52FD7"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324CE4A" w14:textId="434F4144"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660AE2E5" w14:textId="77777777" w:rsidR="00CD3FA5" w:rsidRPr="00FB028A" w:rsidRDefault="00CD3FA5" w:rsidP="00CD3FA5">
            <w:pPr>
              <w:spacing w:after="0"/>
              <w:jc w:val="right"/>
              <w:rPr>
                <w:rFonts w:cs="Times New Roman"/>
                <w:lang w:val="ru-RU"/>
              </w:rPr>
            </w:pPr>
          </w:p>
        </w:tc>
        <w:tc>
          <w:tcPr>
            <w:tcW w:w="1417" w:type="dxa"/>
            <w:vAlign w:val="center"/>
          </w:tcPr>
          <w:p w14:paraId="4AAF4854" w14:textId="77777777" w:rsidR="00CD3FA5" w:rsidRPr="00FB028A" w:rsidRDefault="00CD3FA5" w:rsidP="00CD3FA5">
            <w:pPr>
              <w:spacing w:after="0"/>
              <w:jc w:val="right"/>
              <w:rPr>
                <w:rFonts w:cs="Times New Roman"/>
                <w:lang w:val="ru-RU"/>
              </w:rPr>
            </w:pPr>
          </w:p>
        </w:tc>
        <w:tc>
          <w:tcPr>
            <w:tcW w:w="2325" w:type="dxa"/>
            <w:vAlign w:val="center"/>
          </w:tcPr>
          <w:p w14:paraId="41768FE3" w14:textId="77777777" w:rsidR="00CD3FA5" w:rsidRPr="00FB028A" w:rsidRDefault="00CD3FA5" w:rsidP="00CD3FA5">
            <w:pPr>
              <w:spacing w:after="0"/>
              <w:jc w:val="right"/>
              <w:rPr>
                <w:rFonts w:cs="Times New Roman"/>
                <w:lang w:val="ru-RU"/>
              </w:rPr>
            </w:pPr>
          </w:p>
        </w:tc>
      </w:tr>
      <w:tr w:rsidR="00CD3FA5" w:rsidRPr="00FB028A" w14:paraId="7E499F34" w14:textId="77777777" w:rsidTr="00FB028A">
        <w:trPr>
          <w:cantSplit/>
          <w:jc w:val="center"/>
        </w:trPr>
        <w:tc>
          <w:tcPr>
            <w:tcW w:w="454" w:type="dxa"/>
            <w:vAlign w:val="center"/>
          </w:tcPr>
          <w:p w14:paraId="103D9DAE" w14:textId="57780916" w:rsidR="00CD3FA5" w:rsidRPr="00FB028A" w:rsidRDefault="00CD3FA5" w:rsidP="00CD3FA5">
            <w:pPr>
              <w:spacing w:after="0"/>
              <w:jc w:val="right"/>
              <w:rPr>
                <w:rFonts w:cs="Times New Roman"/>
                <w:lang w:val="ru-RU"/>
              </w:rPr>
            </w:pPr>
            <w:r>
              <w:rPr>
                <w:rFonts w:cs="Times New Roman"/>
                <w:lang w:val="ru-RU"/>
              </w:rPr>
              <w:t>44</w:t>
            </w:r>
          </w:p>
        </w:tc>
        <w:tc>
          <w:tcPr>
            <w:tcW w:w="4821" w:type="dxa"/>
            <w:vAlign w:val="center"/>
          </w:tcPr>
          <w:p w14:paraId="26D6E677" w14:textId="20EF0692"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А3 размер 22 (22, 44, 82 верх, 82 низ) 560шт, АНИС</w:t>
            </w:r>
          </w:p>
        </w:tc>
        <w:tc>
          <w:tcPr>
            <w:tcW w:w="1530" w:type="dxa"/>
            <w:vAlign w:val="center"/>
          </w:tcPr>
          <w:p w14:paraId="1D543D4C" w14:textId="06DF696D"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43C04CD3" w14:textId="159909E6"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35007AE" w14:textId="5287A13F"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70436D8F" w14:textId="77777777" w:rsidR="00CD3FA5" w:rsidRPr="00FB028A" w:rsidRDefault="00CD3FA5" w:rsidP="00CD3FA5">
            <w:pPr>
              <w:spacing w:after="0"/>
              <w:jc w:val="right"/>
              <w:rPr>
                <w:rFonts w:cs="Times New Roman"/>
                <w:lang w:val="ru-RU"/>
              </w:rPr>
            </w:pPr>
          </w:p>
        </w:tc>
        <w:tc>
          <w:tcPr>
            <w:tcW w:w="1417" w:type="dxa"/>
            <w:vAlign w:val="center"/>
          </w:tcPr>
          <w:p w14:paraId="65CEEE80" w14:textId="77777777" w:rsidR="00CD3FA5" w:rsidRPr="00FB028A" w:rsidRDefault="00CD3FA5" w:rsidP="00CD3FA5">
            <w:pPr>
              <w:spacing w:after="0"/>
              <w:jc w:val="right"/>
              <w:rPr>
                <w:rFonts w:cs="Times New Roman"/>
                <w:lang w:val="ru-RU"/>
              </w:rPr>
            </w:pPr>
          </w:p>
        </w:tc>
        <w:tc>
          <w:tcPr>
            <w:tcW w:w="2325" w:type="dxa"/>
            <w:vAlign w:val="center"/>
          </w:tcPr>
          <w:p w14:paraId="4EA07F8A" w14:textId="77777777" w:rsidR="00CD3FA5" w:rsidRPr="00FB028A" w:rsidRDefault="00CD3FA5" w:rsidP="00CD3FA5">
            <w:pPr>
              <w:spacing w:after="0"/>
              <w:jc w:val="right"/>
              <w:rPr>
                <w:rFonts w:cs="Times New Roman"/>
                <w:lang w:val="ru-RU"/>
              </w:rPr>
            </w:pPr>
          </w:p>
        </w:tc>
      </w:tr>
      <w:tr w:rsidR="00CD3FA5" w:rsidRPr="00FB028A" w14:paraId="5F848027" w14:textId="77777777" w:rsidTr="00FB028A">
        <w:trPr>
          <w:cantSplit/>
          <w:jc w:val="center"/>
        </w:trPr>
        <w:tc>
          <w:tcPr>
            <w:tcW w:w="454" w:type="dxa"/>
            <w:vAlign w:val="center"/>
          </w:tcPr>
          <w:p w14:paraId="696D986E" w14:textId="49FA7AED" w:rsidR="00CD3FA5" w:rsidRPr="00FB028A" w:rsidRDefault="00CD3FA5" w:rsidP="00CD3FA5">
            <w:pPr>
              <w:spacing w:after="0"/>
              <w:jc w:val="right"/>
              <w:rPr>
                <w:rFonts w:cs="Times New Roman"/>
                <w:lang w:val="ru-RU"/>
              </w:rPr>
            </w:pPr>
            <w:r>
              <w:rPr>
                <w:rFonts w:cs="Times New Roman"/>
                <w:lang w:val="ru-RU"/>
              </w:rPr>
              <w:t>45</w:t>
            </w:r>
          </w:p>
        </w:tc>
        <w:tc>
          <w:tcPr>
            <w:tcW w:w="4821" w:type="dxa"/>
            <w:vAlign w:val="center"/>
          </w:tcPr>
          <w:p w14:paraId="2C7DAE9F" w14:textId="0CDBE1EA"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А3 размер 14 (14, 44, 84 верх, 84 низ) 560шт, АНИС</w:t>
            </w:r>
          </w:p>
        </w:tc>
        <w:tc>
          <w:tcPr>
            <w:tcW w:w="1530" w:type="dxa"/>
            <w:vAlign w:val="center"/>
          </w:tcPr>
          <w:p w14:paraId="6CA0CA7F" w14:textId="43DC35F1"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6F8567F0" w14:textId="2B1D7846"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6BF1617D" w14:textId="3841DC08"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2635E9A1" w14:textId="77777777" w:rsidR="00CD3FA5" w:rsidRPr="00FB028A" w:rsidRDefault="00CD3FA5" w:rsidP="00CD3FA5">
            <w:pPr>
              <w:spacing w:after="0"/>
              <w:jc w:val="right"/>
              <w:rPr>
                <w:rFonts w:cs="Times New Roman"/>
                <w:lang w:val="ru-RU"/>
              </w:rPr>
            </w:pPr>
          </w:p>
        </w:tc>
        <w:tc>
          <w:tcPr>
            <w:tcW w:w="1417" w:type="dxa"/>
            <w:vAlign w:val="center"/>
          </w:tcPr>
          <w:p w14:paraId="7D508AA5" w14:textId="77777777" w:rsidR="00CD3FA5" w:rsidRPr="00FB028A" w:rsidRDefault="00CD3FA5" w:rsidP="00CD3FA5">
            <w:pPr>
              <w:spacing w:after="0"/>
              <w:jc w:val="right"/>
              <w:rPr>
                <w:rFonts w:cs="Times New Roman"/>
                <w:lang w:val="ru-RU"/>
              </w:rPr>
            </w:pPr>
          </w:p>
        </w:tc>
        <w:tc>
          <w:tcPr>
            <w:tcW w:w="2325" w:type="dxa"/>
            <w:vAlign w:val="center"/>
          </w:tcPr>
          <w:p w14:paraId="15E3CEE2" w14:textId="77777777" w:rsidR="00CD3FA5" w:rsidRPr="00FB028A" w:rsidRDefault="00CD3FA5" w:rsidP="00CD3FA5">
            <w:pPr>
              <w:spacing w:after="0"/>
              <w:jc w:val="right"/>
              <w:rPr>
                <w:rFonts w:cs="Times New Roman"/>
                <w:lang w:val="ru-RU"/>
              </w:rPr>
            </w:pPr>
          </w:p>
        </w:tc>
      </w:tr>
      <w:tr w:rsidR="00CD3FA5" w:rsidRPr="00FB028A" w14:paraId="759FD43B" w14:textId="77777777" w:rsidTr="00FB028A">
        <w:trPr>
          <w:cantSplit/>
          <w:jc w:val="center"/>
        </w:trPr>
        <w:tc>
          <w:tcPr>
            <w:tcW w:w="454" w:type="dxa"/>
            <w:vAlign w:val="center"/>
          </w:tcPr>
          <w:p w14:paraId="79354004" w14:textId="3FC2E65D" w:rsidR="00CD3FA5" w:rsidRPr="00FB028A" w:rsidRDefault="00CD3FA5" w:rsidP="00CD3FA5">
            <w:pPr>
              <w:spacing w:after="0"/>
              <w:jc w:val="right"/>
              <w:rPr>
                <w:rFonts w:cs="Times New Roman"/>
                <w:lang w:val="ru-RU"/>
              </w:rPr>
            </w:pPr>
            <w:r>
              <w:rPr>
                <w:rFonts w:cs="Times New Roman"/>
                <w:lang w:val="ru-RU"/>
              </w:rPr>
              <w:t>46</w:t>
            </w:r>
          </w:p>
        </w:tc>
        <w:tc>
          <w:tcPr>
            <w:tcW w:w="4821" w:type="dxa"/>
            <w:vAlign w:val="center"/>
          </w:tcPr>
          <w:p w14:paraId="0AE5D038" w14:textId="6A767D6F"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А1 размер 11 (11, 43, 83 верх, 83 низ) 560шт, АНИС</w:t>
            </w:r>
          </w:p>
        </w:tc>
        <w:tc>
          <w:tcPr>
            <w:tcW w:w="1530" w:type="dxa"/>
            <w:vAlign w:val="center"/>
          </w:tcPr>
          <w:p w14:paraId="2D71A413" w14:textId="720E32FE"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7BB03B6D" w14:textId="249BE65B"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2E4AC3A" w14:textId="51A2F932"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09AFE8A4" w14:textId="77777777" w:rsidR="00CD3FA5" w:rsidRPr="00FB028A" w:rsidRDefault="00CD3FA5" w:rsidP="00CD3FA5">
            <w:pPr>
              <w:spacing w:after="0"/>
              <w:jc w:val="right"/>
              <w:rPr>
                <w:rFonts w:cs="Times New Roman"/>
                <w:lang w:val="ru-RU"/>
              </w:rPr>
            </w:pPr>
          </w:p>
        </w:tc>
        <w:tc>
          <w:tcPr>
            <w:tcW w:w="1417" w:type="dxa"/>
            <w:vAlign w:val="center"/>
          </w:tcPr>
          <w:p w14:paraId="3C7C9E91" w14:textId="77777777" w:rsidR="00CD3FA5" w:rsidRPr="00FB028A" w:rsidRDefault="00CD3FA5" w:rsidP="00CD3FA5">
            <w:pPr>
              <w:spacing w:after="0"/>
              <w:jc w:val="right"/>
              <w:rPr>
                <w:rFonts w:cs="Times New Roman"/>
                <w:lang w:val="ru-RU"/>
              </w:rPr>
            </w:pPr>
          </w:p>
        </w:tc>
        <w:tc>
          <w:tcPr>
            <w:tcW w:w="2325" w:type="dxa"/>
            <w:vAlign w:val="center"/>
          </w:tcPr>
          <w:p w14:paraId="13DBE2FE" w14:textId="77777777" w:rsidR="00CD3FA5" w:rsidRPr="00FB028A" w:rsidRDefault="00CD3FA5" w:rsidP="00CD3FA5">
            <w:pPr>
              <w:spacing w:after="0"/>
              <w:jc w:val="right"/>
              <w:rPr>
                <w:rFonts w:cs="Times New Roman"/>
                <w:lang w:val="ru-RU"/>
              </w:rPr>
            </w:pPr>
          </w:p>
        </w:tc>
      </w:tr>
      <w:tr w:rsidR="00CD3FA5" w:rsidRPr="00FB028A" w14:paraId="211CD7FA" w14:textId="77777777" w:rsidTr="00FB028A">
        <w:trPr>
          <w:cantSplit/>
          <w:jc w:val="center"/>
        </w:trPr>
        <w:tc>
          <w:tcPr>
            <w:tcW w:w="454" w:type="dxa"/>
            <w:vAlign w:val="center"/>
          </w:tcPr>
          <w:p w14:paraId="0F9DD0D9" w14:textId="7A54FE12" w:rsidR="00CD3FA5" w:rsidRPr="00FB028A" w:rsidRDefault="00CD3FA5" w:rsidP="00CD3FA5">
            <w:pPr>
              <w:spacing w:after="0"/>
              <w:jc w:val="right"/>
              <w:rPr>
                <w:rFonts w:cs="Times New Roman"/>
                <w:lang w:val="ru-RU"/>
              </w:rPr>
            </w:pPr>
            <w:r>
              <w:rPr>
                <w:rFonts w:cs="Times New Roman"/>
                <w:lang w:val="ru-RU"/>
              </w:rPr>
              <w:t>47</w:t>
            </w:r>
          </w:p>
        </w:tc>
        <w:tc>
          <w:tcPr>
            <w:tcW w:w="4821" w:type="dxa"/>
            <w:vAlign w:val="center"/>
          </w:tcPr>
          <w:p w14:paraId="3461E096" w14:textId="5EB70AB3"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А1 размер 22 (22, 44, 82 верх, 82 низ) 560шт, АНИС</w:t>
            </w:r>
          </w:p>
        </w:tc>
        <w:tc>
          <w:tcPr>
            <w:tcW w:w="1530" w:type="dxa"/>
            <w:vAlign w:val="center"/>
          </w:tcPr>
          <w:p w14:paraId="29F1A679" w14:textId="25C72F50"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368C2A7A" w14:textId="0BE0EB22"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3A465ED7" w14:textId="743EC848"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38B133C0" w14:textId="77777777" w:rsidR="00CD3FA5" w:rsidRPr="00FB028A" w:rsidRDefault="00CD3FA5" w:rsidP="00CD3FA5">
            <w:pPr>
              <w:spacing w:after="0"/>
              <w:jc w:val="right"/>
              <w:rPr>
                <w:rFonts w:cs="Times New Roman"/>
                <w:lang w:val="ru-RU"/>
              </w:rPr>
            </w:pPr>
          </w:p>
        </w:tc>
        <w:tc>
          <w:tcPr>
            <w:tcW w:w="1417" w:type="dxa"/>
            <w:vAlign w:val="center"/>
          </w:tcPr>
          <w:p w14:paraId="011B17D5" w14:textId="77777777" w:rsidR="00CD3FA5" w:rsidRPr="00FB028A" w:rsidRDefault="00CD3FA5" w:rsidP="00CD3FA5">
            <w:pPr>
              <w:spacing w:after="0"/>
              <w:jc w:val="right"/>
              <w:rPr>
                <w:rFonts w:cs="Times New Roman"/>
                <w:lang w:val="ru-RU"/>
              </w:rPr>
            </w:pPr>
          </w:p>
        </w:tc>
        <w:tc>
          <w:tcPr>
            <w:tcW w:w="2325" w:type="dxa"/>
            <w:vAlign w:val="center"/>
          </w:tcPr>
          <w:p w14:paraId="076DFA02" w14:textId="77777777" w:rsidR="00CD3FA5" w:rsidRPr="00FB028A" w:rsidRDefault="00CD3FA5" w:rsidP="00CD3FA5">
            <w:pPr>
              <w:spacing w:after="0"/>
              <w:jc w:val="right"/>
              <w:rPr>
                <w:rFonts w:cs="Times New Roman"/>
                <w:lang w:val="ru-RU"/>
              </w:rPr>
            </w:pPr>
          </w:p>
        </w:tc>
      </w:tr>
      <w:tr w:rsidR="00CD3FA5" w:rsidRPr="00FB028A" w14:paraId="6081C290" w14:textId="77777777" w:rsidTr="00FB028A">
        <w:trPr>
          <w:cantSplit/>
          <w:jc w:val="center"/>
        </w:trPr>
        <w:tc>
          <w:tcPr>
            <w:tcW w:w="454" w:type="dxa"/>
            <w:vAlign w:val="center"/>
          </w:tcPr>
          <w:p w14:paraId="6A96481B" w14:textId="3645ED02" w:rsidR="00CD3FA5" w:rsidRPr="00FB028A" w:rsidRDefault="00CD3FA5" w:rsidP="00CD3FA5">
            <w:pPr>
              <w:spacing w:after="0"/>
              <w:jc w:val="right"/>
              <w:rPr>
                <w:rFonts w:cs="Times New Roman"/>
                <w:lang w:val="ru-RU"/>
              </w:rPr>
            </w:pPr>
            <w:r>
              <w:rPr>
                <w:rFonts w:cs="Times New Roman"/>
                <w:lang w:val="ru-RU"/>
              </w:rPr>
              <w:t>48</w:t>
            </w:r>
          </w:p>
        </w:tc>
        <w:tc>
          <w:tcPr>
            <w:tcW w:w="4821" w:type="dxa"/>
            <w:vAlign w:val="center"/>
          </w:tcPr>
          <w:p w14:paraId="2259116F" w14:textId="2F226D24" w:rsidR="00CD3FA5" w:rsidRPr="00FB028A" w:rsidRDefault="00CD3FA5" w:rsidP="00CD3FA5">
            <w:pPr>
              <w:spacing w:after="0"/>
              <w:rPr>
                <w:rFonts w:cs="Times New Roman"/>
                <w:lang w:val="ru-RU"/>
              </w:rPr>
            </w:pPr>
            <w:r w:rsidRPr="00446659">
              <w:rPr>
                <w:rFonts w:cs="Times New Roman"/>
                <w:sz w:val="24"/>
                <w:szCs w:val="24"/>
                <w:lang w:val="ru-RU"/>
              </w:rPr>
              <w:t xml:space="preserve">Зубы акриловые </w:t>
            </w:r>
            <w:r w:rsidRPr="00446659">
              <w:rPr>
                <w:rFonts w:cs="Times New Roman"/>
                <w:sz w:val="24"/>
                <w:szCs w:val="24"/>
              </w:rPr>
              <w:t>ANIS</w:t>
            </w:r>
            <w:r w:rsidRPr="00446659">
              <w:rPr>
                <w:rFonts w:cs="Times New Roman"/>
                <w:sz w:val="24"/>
                <w:szCs w:val="24"/>
                <w:lang w:val="ru-RU"/>
              </w:rPr>
              <w:t xml:space="preserve"> 2-х </w:t>
            </w:r>
            <w:proofErr w:type="spellStart"/>
            <w:r w:rsidRPr="00446659">
              <w:rPr>
                <w:rFonts w:cs="Times New Roman"/>
                <w:sz w:val="24"/>
                <w:szCs w:val="24"/>
                <w:lang w:val="ru-RU"/>
              </w:rPr>
              <w:t>слойные</w:t>
            </w:r>
            <w:proofErr w:type="spellEnd"/>
            <w:r w:rsidRPr="00446659">
              <w:rPr>
                <w:rFonts w:cs="Times New Roman"/>
                <w:sz w:val="24"/>
                <w:szCs w:val="24"/>
                <w:lang w:val="ru-RU"/>
              </w:rPr>
              <w:t xml:space="preserve"> А1 размер 14 (14, 44, 84 верх, 84 низ) 560шт, АНИС</w:t>
            </w:r>
          </w:p>
        </w:tc>
        <w:tc>
          <w:tcPr>
            <w:tcW w:w="1530" w:type="dxa"/>
            <w:vAlign w:val="center"/>
          </w:tcPr>
          <w:p w14:paraId="4DFE9468" w14:textId="656EDF69" w:rsidR="00CD3FA5" w:rsidRPr="00FB028A" w:rsidRDefault="00CD3FA5" w:rsidP="00CD3FA5">
            <w:pPr>
              <w:spacing w:after="0"/>
              <w:jc w:val="right"/>
              <w:rPr>
                <w:rFonts w:cs="Times New Roman"/>
                <w:lang w:val="ru-RU"/>
              </w:rPr>
            </w:pPr>
            <w:r w:rsidRPr="00446659">
              <w:rPr>
                <w:rFonts w:cs="Times New Roman"/>
                <w:sz w:val="24"/>
                <w:szCs w:val="24"/>
              </w:rPr>
              <w:t>32.50.22.130</w:t>
            </w:r>
          </w:p>
        </w:tc>
        <w:tc>
          <w:tcPr>
            <w:tcW w:w="680" w:type="dxa"/>
            <w:vAlign w:val="center"/>
          </w:tcPr>
          <w:p w14:paraId="3A9045C1" w14:textId="4EA9220F"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4BD0CD23" w14:textId="2796592F" w:rsidR="00CD3FA5" w:rsidRPr="00FB028A" w:rsidRDefault="00CD3FA5" w:rsidP="00CD3FA5">
            <w:pPr>
              <w:spacing w:after="0"/>
              <w:jc w:val="center"/>
              <w:rPr>
                <w:rFonts w:cs="Times New Roman"/>
                <w:lang w:val="ru-RU"/>
              </w:rPr>
            </w:pPr>
            <w:r w:rsidRPr="00446659">
              <w:rPr>
                <w:rFonts w:cs="Times New Roman"/>
                <w:sz w:val="24"/>
                <w:szCs w:val="24"/>
              </w:rPr>
              <w:t>1</w:t>
            </w:r>
          </w:p>
        </w:tc>
        <w:tc>
          <w:tcPr>
            <w:tcW w:w="1360" w:type="dxa"/>
            <w:vAlign w:val="center"/>
          </w:tcPr>
          <w:p w14:paraId="245A9142" w14:textId="77777777" w:rsidR="00CD3FA5" w:rsidRPr="00FB028A" w:rsidRDefault="00CD3FA5" w:rsidP="00CD3FA5">
            <w:pPr>
              <w:spacing w:after="0"/>
              <w:jc w:val="right"/>
              <w:rPr>
                <w:rFonts w:cs="Times New Roman"/>
                <w:lang w:val="ru-RU"/>
              </w:rPr>
            </w:pPr>
          </w:p>
        </w:tc>
        <w:tc>
          <w:tcPr>
            <w:tcW w:w="1417" w:type="dxa"/>
            <w:vAlign w:val="center"/>
          </w:tcPr>
          <w:p w14:paraId="418346C6" w14:textId="77777777" w:rsidR="00CD3FA5" w:rsidRPr="00FB028A" w:rsidRDefault="00CD3FA5" w:rsidP="00CD3FA5">
            <w:pPr>
              <w:spacing w:after="0"/>
              <w:jc w:val="right"/>
              <w:rPr>
                <w:rFonts w:cs="Times New Roman"/>
                <w:lang w:val="ru-RU"/>
              </w:rPr>
            </w:pPr>
          </w:p>
        </w:tc>
        <w:tc>
          <w:tcPr>
            <w:tcW w:w="2325" w:type="dxa"/>
            <w:vAlign w:val="center"/>
          </w:tcPr>
          <w:p w14:paraId="643F03CD" w14:textId="77777777" w:rsidR="00CD3FA5" w:rsidRPr="00FB028A" w:rsidRDefault="00CD3FA5" w:rsidP="00CD3FA5">
            <w:pPr>
              <w:spacing w:after="0"/>
              <w:jc w:val="right"/>
              <w:rPr>
                <w:rFonts w:cs="Times New Roman"/>
                <w:lang w:val="ru-RU"/>
              </w:rPr>
            </w:pPr>
          </w:p>
        </w:tc>
      </w:tr>
      <w:tr w:rsidR="00CD3FA5" w:rsidRPr="00F13106" w14:paraId="06E72D44" w14:textId="77777777" w:rsidTr="00FB028A">
        <w:trPr>
          <w:cantSplit/>
          <w:jc w:val="center"/>
        </w:trPr>
        <w:tc>
          <w:tcPr>
            <w:tcW w:w="454" w:type="dxa"/>
            <w:vAlign w:val="center"/>
          </w:tcPr>
          <w:p w14:paraId="6D11E826" w14:textId="6E35CDD5" w:rsidR="00CD3FA5" w:rsidRPr="00FB028A" w:rsidRDefault="00CD3FA5" w:rsidP="00CD3FA5">
            <w:pPr>
              <w:spacing w:after="0"/>
              <w:jc w:val="right"/>
              <w:rPr>
                <w:rFonts w:cs="Times New Roman"/>
                <w:lang w:val="ru-RU"/>
              </w:rPr>
            </w:pPr>
            <w:r>
              <w:rPr>
                <w:rFonts w:cs="Times New Roman"/>
                <w:lang w:val="ru-RU"/>
              </w:rPr>
              <w:t>49</w:t>
            </w:r>
          </w:p>
        </w:tc>
        <w:tc>
          <w:tcPr>
            <w:tcW w:w="4821" w:type="dxa"/>
            <w:vAlign w:val="center"/>
          </w:tcPr>
          <w:p w14:paraId="6303F1D7" w14:textId="56C1B812" w:rsidR="00CD3FA5" w:rsidRPr="00F13106" w:rsidRDefault="00CD3FA5" w:rsidP="00CD3FA5">
            <w:pPr>
              <w:spacing w:after="0"/>
              <w:rPr>
                <w:rFonts w:cs="Times New Roman"/>
              </w:rPr>
            </w:pPr>
            <w:proofErr w:type="spellStart"/>
            <w:r w:rsidRPr="00446659">
              <w:rPr>
                <w:rFonts w:cs="Times New Roman"/>
                <w:sz w:val="24"/>
                <w:szCs w:val="24"/>
              </w:rPr>
              <w:t>Meron</w:t>
            </w:r>
            <w:proofErr w:type="spellEnd"/>
            <w:r w:rsidRPr="00446659">
              <w:rPr>
                <w:rFonts w:cs="Times New Roman"/>
                <w:sz w:val="24"/>
                <w:szCs w:val="24"/>
              </w:rPr>
              <w:t xml:space="preserve"> (35гр.+15мл.), </w:t>
            </w:r>
            <w:proofErr w:type="spellStart"/>
            <w:r w:rsidRPr="00446659">
              <w:rPr>
                <w:rFonts w:cs="Times New Roman"/>
                <w:sz w:val="24"/>
                <w:szCs w:val="24"/>
              </w:rPr>
              <w:t>Voco</w:t>
            </w:r>
            <w:proofErr w:type="spellEnd"/>
          </w:p>
        </w:tc>
        <w:tc>
          <w:tcPr>
            <w:tcW w:w="1530" w:type="dxa"/>
            <w:vAlign w:val="center"/>
          </w:tcPr>
          <w:p w14:paraId="29619EA5" w14:textId="697DA6B1"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210FFC1B" w14:textId="498C87D1"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7D475B51" w14:textId="4DE8309F" w:rsidR="00CD3FA5" w:rsidRPr="00F13106" w:rsidRDefault="00CD3FA5" w:rsidP="00CD3FA5">
            <w:pPr>
              <w:spacing w:after="0"/>
              <w:jc w:val="center"/>
              <w:rPr>
                <w:rFonts w:cs="Times New Roman"/>
              </w:rPr>
            </w:pPr>
            <w:r w:rsidRPr="00446659">
              <w:rPr>
                <w:rFonts w:cs="Times New Roman"/>
                <w:sz w:val="24"/>
                <w:szCs w:val="24"/>
              </w:rPr>
              <w:t>10</w:t>
            </w:r>
          </w:p>
        </w:tc>
        <w:tc>
          <w:tcPr>
            <w:tcW w:w="1360" w:type="dxa"/>
            <w:vAlign w:val="center"/>
          </w:tcPr>
          <w:p w14:paraId="35872584" w14:textId="77777777" w:rsidR="00CD3FA5" w:rsidRPr="00F13106" w:rsidRDefault="00CD3FA5" w:rsidP="00CD3FA5">
            <w:pPr>
              <w:spacing w:after="0"/>
              <w:jc w:val="right"/>
              <w:rPr>
                <w:rFonts w:cs="Times New Roman"/>
              </w:rPr>
            </w:pPr>
          </w:p>
        </w:tc>
        <w:tc>
          <w:tcPr>
            <w:tcW w:w="1417" w:type="dxa"/>
            <w:vAlign w:val="center"/>
          </w:tcPr>
          <w:p w14:paraId="1CB712CB" w14:textId="77777777" w:rsidR="00CD3FA5" w:rsidRPr="00F13106" w:rsidRDefault="00CD3FA5" w:rsidP="00CD3FA5">
            <w:pPr>
              <w:spacing w:after="0"/>
              <w:jc w:val="right"/>
              <w:rPr>
                <w:rFonts w:cs="Times New Roman"/>
              </w:rPr>
            </w:pPr>
          </w:p>
        </w:tc>
        <w:tc>
          <w:tcPr>
            <w:tcW w:w="2325" w:type="dxa"/>
            <w:vAlign w:val="center"/>
          </w:tcPr>
          <w:p w14:paraId="3658C76B" w14:textId="77777777" w:rsidR="00CD3FA5" w:rsidRPr="00F13106" w:rsidRDefault="00CD3FA5" w:rsidP="00CD3FA5">
            <w:pPr>
              <w:spacing w:after="0"/>
              <w:jc w:val="right"/>
              <w:rPr>
                <w:rFonts w:cs="Times New Roman"/>
              </w:rPr>
            </w:pPr>
          </w:p>
        </w:tc>
      </w:tr>
      <w:tr w:rsidR="00CD3FA5" w:rsidRPr="00F13106" w14:paraId="2F846361" w14:textId="77777777" w:rsidTr="00FB028A">
        <w:trPr>
          <w:cantSplit/>
          <w:jc w:val="center"/>
        </w:trPr>
        <w:tc>
          <w:tcPr>
            <w:tcW w:w="454" w:type="dxa"/>
            <w:vAlign w:val="center"/>
          </w:tcPr>
          <w:p w14:paraId="6DC03190" w14:textId="50EDF5C8" w:rsidR="00CD3FA5" w:rsidRPr="00FB028A" w:rsidRDefault="00CD3FA5" w:rsidP="00CD3FA5">
            <w:pPr>
              <w:spacing w:after="0"/>
              <w:jc w:val="right"/>
              <w:rPr>
                <w:rFonts w:cs="Times New Roman"/>
                <w:lang w:val="ru-RU"/>
              </w:rPr>
            </w:pPr>
            <w:r>
              <w:rPr>
                <w:rFonts w:cs="Times New Roman"/>
                <w:lang w:val="ru-RU"/>
              </w:rPr>
              <w:t>50</w:t>
            </w:r>
          </w:p>
        </w:tc>
        <w:tc>
          <w:tcPr>
            <w:tcW w:w="4821" w:type="dxa"/>
            <w:vAlign w:val="center"/>
          </w:tcPr>
          <w:p w14:paraId="013A536F" w14:textId="60BF7B01" w:rsidR="00CD3FA5" w:rsidRPr="00F13106" w:rsidRDefault="00CD3FA5" w:rsidP="00CD3FA5">
            <w:pPr>
              <w:spacing w:after="0"/>
              <w:rPr>
                <w:rFonts w:cs="Times New Roman"/>
              </w:rPr>
            </w:pPr>
            <w:r w:rsidRPr="00446659">
              <w:rPr>
                <w:rFonts w:cs="Times New Roman"/>
                <w:sz w:val="24"/>
                <w:szCs w:val="24"/>
              </w:rPr>
              <w:t>Fuji 1 (35гр.+25гр.), GC</w:t>
            </w:r>
          </w:p>
        </w:tc>
        <w:tc>
          <w:tcPr>
            <w:tcW w:w="1530" w:type="dxa"/>
            <w:vAlign w:val="center"/>
          </w:tcPr>
          <w:p w14:paraId="359F6F04" w14:textId="1470D58E" w:rsidR="00CD3FA5" w:rsidRPr="00F13106" w:rsidRDefault="00CD3FA5" w:rsidP="00CD3FA5">
            <w:pPr>
              <w:spacing w:after="0"/>
              <w:jc w:val="right"/>
              <w:rPr>
                <w:rFonts w:cs="Times New Roman"/>
              </w:rPr>
            </w:pPr>
            <w:r w:rsidRPr="00446659">
              <w:rPr>
                <w:rFonts w:cs="Times New Roman"/>
                <w:sz w:val="24"/>
                <w:szCs w:val="24"/>
              </w:rPr>
              <w:t>21.20.24.180</w:t>
            </w:r>
          </w:p>
        </w:tc>
        <w:tc>
          <w:tcPr>
            <w:tcW w:w="680" w:type="dxa"/>
            <w:vAlign w:val="center"/>
          </w:tcPr>
          <w:p w14:paraId="4072ADF1" w14:textId="2F434C1F" w:rsidR="00CD3FA5" w:rsidRPr="00F13106" w:rsidRDefault="00CD3FA5" w:rsidP="00CD3FA5">
            <w:pPr>
              <w:spacing w:after="0"/>
              <w:jc w:val="right"/>
              <w:rPr>
                <w:rFonts w:cs="Times New Roman"/>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0A87D26B" w14:textId="5F9E27B7" w:rsidR="00CD3FA5" w:rsidRPr="00F13106" w:rsidRDefault="00CD3FA5" w:rsidP="00CD3FA5">
            <w:pPr>
              <w:spacing w:after="0"/>
              <w:jc w:val="center"/>
              <w:rPr>
                <w:rFonts w:cs="Times New Roman"/>
              </w:rPr>
            </w:pPr>
            <w:r w:rsidRPr="00446659">
              <w:rPr>
                <w:rFonts w:cs="Times New Roman"/>
                <w:sz w:val="24"/>
                <w:szCs w:val="24"/>
              </w:rPr>
              <w:t>6</w:t>
            </w:r>
          </w:p>
        </w:tc>
        <w:tc>
          <w:tcPr>
            <w:tcW w:w="1360" w:type="dxa"/>
            <w:vAlign w:val="center"/>
          </w:tcPr>
          <w:p w14:paraId="179FFA83" w14:textId="77777777" w:rsidR="00CD3FA5" w:rsidRPr="00F13106" w:rsidRDefault="00CD3FA5" w:rsidP="00CD3FA5">
            <w:pPr>
              <w:spacing w:after="0"/>
              <w:jc w:val="right"/>
              <w:rPr>
                <w:rFonts w:cs="Times New Roman"/>
              </w:rPr>
            </w:pPr>
          </w:p>
        </w:tc>
        <w:tc>
          <w:tcPr>
            <w:tcW w:w="1417" w:type="dxa"/>
            <w:vAlign w:val="center"/>
          </w:tcPr>
          <w:p w14:paraId="6F5A2A6F" w14:textId="77777777" w:rsidR="00CD3FA5" w:rsidRPr="00F13106" w:rsidRDefault="00CD3FA5" w:rsidP="00CD3FA5">
            <w:pPr>
              <w:spacing w:after="0"/>
              <w:jc w:val="right"/>
              <w:rPr>
                <w:rFonts w:cs="Times New Roman"/>
              </w:rPr>
            </w:pPr>
          </w:p>
        </w:tc>
        <w:tc>
          <w:tcPr>
            <w:tcW w:w="2325" w:type="dxa"/>
            <w:vAlign w:val="center"/>
          </w:tcPr>
          <w:p w14:paraId="711AE306" w14:textId="77777777" w:rsidR="00CD3FA5" w:rsidRPr="00F13106" w:rsidRDefault="00CD3FA5" w:rsidP="00CD3FA5">
            <w:pPr>
              <w:spacing w:after="0"/>
              <w:jc w:val="right"/>
              <w:rPr>
                <w:rFonts w:cs="Times New Roman"/>
              </w:rPr>
            </w:pPr>
          </w:p>
        </w:tc>
      </w:tr>
      <w:tr w:rsidR="00CD3FA5" w:rsidRPr="00FB028A" w14:paraId="24F4E95C" w14:textId="77777777" w:rsidTr="00FB028A">
        <w:trPr>
          <w:cantSplit/>
          <w:jc w:val="center"/>
        </w:trPr>
        <w:tc>
          <w:tcPr>
            <w:tcW w:w="454" w:type="dxa"/>
            <w:vAlign w:val="center"/>
          </w:tcPr>
          <w:p w14:paraId="5479CD0F" w14:textId="4300D5D7" w:rsidR="00CD3FA5" w:rsidRPr="00FB028A" w:rsidRDefault="00CD3FA5" w:rsidP="00CD3FA5">
            <w:pPr>
              <w:spacing w:after="0"/>
              <w:jc w:val="right"/>
              <w:rPr>
                <w:rFonts w:cs="Times New Roman"/>
                <w:lang w:val="ru-RU"/>
              </w:rPr>
            </w:pPr>
            <w:r>
              <w:rPr>
                <w:rFonts w:cs="Times New Roman"/>
                <w:lang w:val="ru-RU"/>
              </w:rPr>
              <w:t>51</w:t>
            </w:r>
          </w:p>
          <w:p w14:paraId="04E54002" w14:textId="2DDBA8D8" w:rsidR="00CD3FA5" w:rsidRPr="00FB028A" w:rsidRDefault="00CD3FA5" w:rsidP="00CD3FA5">
            <w:pPr>
              <w:spacing w:after="0"/>
              <w:jc w:val="right"/>
              <w:rPr>
                <w:rFonts w:cs="Times New Roman"/>
                <w:lang w:val="ru-RU"/>
              </w:rPr>
            </w:pPr>
          </w:p>
        </w:tc>
        <w:tc>
          <w:tcPr>
            <w:tcW w:w="4821" w:type="dxa"/>
            <w:vAlign w:val="center"/>
          </w:tcPr>
          <w:p w14:paraId="69D52FF1" w14:textId="2CDEC7DB" w:rsidR="00CD3FA5" w:rsidRPr="00FB028A" w:rsidRDefault="00CD3FA5" w:rsidP="00CD3FA5">
            <w:pPr>
              <w:spacing w:after="0"/>
              <w:rPr>
                <w:rFonts w:cs="Times New Roman"/>
                <w:lang w:val="ru-RU"/>
              </w:rPr>
            </w:pPr>
            <w:proofErr w:type="spellStart"/>
            <w:r w:rsidRPr="00446659">
              <w:rPr>
                <w:rFonts w:cs="Times New Roman"/>
                <w:sz w:val="24"/>
                <w:szCs w:val="24"/>
                <w:lang w:val="ru-RU"/>
              </w:rPr>
              <w:t>Белэкт</w:t>
            </w:r>
            <w:proofErr w:type="spellEnd"/>
            <w:r w:rsidRPr="00446659">
              <w:rPr>
                <w:rFonts w:cs="Times New Roman"/>
                <w:sz w:val="24"/>
                <w:szCs w:val="24"/>
                <w:lang w:val="ru-RU"/>
              </w:rPr>
              <w:t xml:space="preserve"> №25 зернистость 60, 300-250 мкм. (5кг.), </w:t>
            </w:r>
            <w:proofErr w:type="spellStart"/>
            <w:r w:rsidRPr="00446659">
              <w:rPr>
                <w:rFonts w:cs="Times New Roman"/>
                <w:sz w:val="24"/>
                <w:szCs w:val="24"/>
                <w:lang w:val="ru-RU"/>
              </w:rPr>
              <w:t>Владмива</w:t>
            </w:r>
            <w:proofErr w:type="spellEnd"/>
          </w:p>
        </w:tc>
        <w:tc>
          <w:tcPr>
            <w:tcW w:w="1530" w:type="dxa"/>
            <w:vAlign w:val="center"/>
          </w:tcPr>
          <w:p w14:paraId="329D18A1" w14:textId="47BD68B9" w:rsidR="00CD3FA5" w:rsidRPr="00FB028A" w:rsidRDefault="00CD3FA5" w:rsidP="00CD3FA5">
            <w:pPr>
              <w:spacing w:after="0"/>
              <w:jc w:val="right"/>
              <w:rPr>
                <w:rFonts w:cs="Times New Roman"/>
                <w:lang w:val="ru-RU"/>
              </w:rPr>
            </w:pPr>
            <w:r w:rsidRPr="00446659">
              <w:rPr>
                <w:rFonts w:cs="Times New Roman"/>
                <w:sz w:val="24"/>
                <w:szCs w:val="24"/>
              </w:rPr>
              <w:t>21.20.24.180</w:t>
            </w:r>
          </w:p>
        </w:tc>
        <w:tc>
          <w:tcPr>
            <w:tcW w:w="680" w:type="dxa"/>
            <w:vAlign w:val="center"/>
          </w:tcPr>
          <w:p w14:paraId="4FC6976D" w14:textId="43CC0A04" w:rsidR="00CD3FA5" w:rsidRPr="00FB028A" w:rsidRDefault="00CD3FA5" w:rsidP="00CD3FA5">
            <w:pPr>
              <w:spacing w:after="0"/>
              <w:jc w:val="right"/>
              <w:rPr>
                <w:rFonts w:cs="Times New Roman"/>
                <w:lang w:val="ru-RU"/>
              </w:rPr>
            </w:pPr>
            <w:proofErr w:type="spellStart"/>
            <w:proofErr w:type="gramStart"/>
            <w:r w:rsidRPr="00446659">
              <w:rPr>
                <w:rFonts w:cs="Times New Roman"/>
                <w:sz w:val="24"/>
                <w:szCs w:val="24"/>
              </w:rPr>
              <w:t>шт</w:t>
            </w:r>
            <w:proofErr w:type="spellEnd"/>
            <w:proofErr w:type="gramEnd"/>
            <w:r w:rsidRPr="00446659">
              <w:rPr>
                <w:rFonts w:cs="Times New Roman"/>
                <w:sz w:val="24"/>
                <w:szCs w:val="24"/>
              </w:rPr>
              <w:t>.</w:t>
            </w:r>
          </w:p>
        </w:tc>
        <w:tc>
          <w:tcPr>
            <w:tcW w:w="680" w:type="dxa"/>
            <w:vAlign w:val="center"/>
          </w:tcPr>
          <w:p w14:paraId="10AC209E" w14:textId="51667D28" w:rsidR="00CD3FA5" w:rsidRPr="00FB028A" w:rsidRDefault="00CD3FA5" w:rsidP="00CD3FA5">
            <w:pPr>
              <w:spacing w:after="0"/>
              <w:jc w:val="center"/>
              <w:rPr>
                <w:rFonts w:cs="Times New Roman"/>
                <w:lang w:val="ru-RU"/>
              </w:rPr>
            </w:pPr>
            <w:r w:rsidRPr="00446659">
              <w:rPr>
                <w:rFonts w:cs="Times New Roman"/>
                <w:sz w:val="24"/>
                <w:szCs w:val="24"/>
              </w:rPr>
              <w:t>5</w:t>
            </w:r>
          </w:p>
        </w:tc>
        <w:tc>
          <w:tcPr>
            <w:tcW w:w="1360" w:type="dxa"/>
            <w:vAlign w:val="center"/>
          </w:tcPr>
          <w:p w14:paraId="366C1614" w14:textId="77777777" w:rsidR="00CD3FA5" w:rsidRPr="00FB028A" w:rsidRDefault="00CD3FA5" w:rsidP="00CD3FA5">
            <w:pPr>
              <w:spacing w:after="0"/>
              <w:jc w:val="right"/>
              <w:rPr>
                <w:rFonts w:cs="Times New Roman"/>
                <w:lang w:val="ru-RU"/>
              </w:rPr>
            </w:pPr>
          </w:p>
        </w:tc>
        <w:tc>
          <w:tcPr>
            <w:tcW w:w="1417" w:type="dxa"/>
            <w:vAlign w:val="center"/>
          </w:tcPr>
          <w:p w14:paraId="6B97DE72" w14:textId="77777777" w:rsidR="00CD3FA5" w:rsidRPr="00FB028A" w:rsidRDefault="00CD3FA5" w:rsidP="00CD3FA5">
            <w:pPr>
              <w:spacing w:after="0"/>
              <w:jc w:val="right"/>
              <w:rPr>
                <w:rFonts w:cs="Times New Roman"/>
                <w:lang w:val="ru-RU"/>
              </w:rPr>
            </w:pPr>
          </w:p>
        </w:tc>
        <w:tc>
          <w:tcPr>
            <w:tcW w:w="2325" w:type="dxa"/>
            <w:vAlign w:val="center"/>
          </w:tcPr>
          <w:p w14:paraId="3C3DABCF" w14:textId="77777777" w:rsidR="00CD3FA5" w:rsidRPr="00FB028A" w:rsidRDefault="00CD3FA5" w:rsidP="00CD3FA5">
            <w:pPr>
              <w:spacing w:after="0"/>
              <w:jc w:val="right"/>
              <w:rPr>
                <w:rFonts w:cs="Times New Roman"/>
                <w:lang w:val="ru-RU"/>
              </w:rPr>
            </w:pPr>
          </w:p>
        </w:tc>
      </w:tr>
    </w:tbl>
    <w:bookmarkEnd w:id="0"/>
    <w:p w14:paraId="04753841" w14:textId="04EE8F32" w:rsidR="00AB7E42" w:rsidRPr="00F13106" w:rsidRDefault="00DB0080">
      <w:pPr>
        <w:jc w:val="both"/>
        <w:rPr>
          <w:lang w:val="ru-RU"/>
        </w:rPr>
      </w:pPr>
      <w:r w:rsidRPr="00F13106">
        <w:rPr>
          <w:b/>
          <w:lang w:val="ru-RU"/>
        </w:rPr>
        <w:t>Итого: ____________ (__________________________) рублей ___ копеек, в том числе НДС ___% / без НДС.</w:t>
      </w:r>
    </w:p>
    <w:p w14:paraId="1FFBC0B3" w14:textId="77777777" w:rsidR="00AB7E42" w:rsidRDefault="00DB0080">
      <w:pPr>
        <w:jc w:val="both"/>
        <w:rPr>
          <w:lang w:val="ru-RU"/>
        </w:rPr>
      </w:pPr>
      <w:r w:rsidRPr="00F13106">
        <w:rPr>
          <w:lang w:val="ru-RU"/>
        </w:rPr>
        <w:t>Заказчик __________________ А.В. Адамчик                              Поставщик __________________ /__________________/</w:t>
      </w:r>
    </w:p>
    <w:p w14:paraId="181C5784" w14:textId="77777777" w:rsidR="00F13106" w:rsidRDefault="00F13106">
      <w:pPr>
        <w:jc w:val="both"/>
        <w:rPr>
          <w:lang w:val="ru-RU"/>
        </w:rPr>
      </w:pPr>
    </w:p>
    <w:p w14:paraId="1256172E" w14:textId="77777777" w:rsidR="00F13106" w:rsidRDefault="00F13106">
      <w:pPr>
        <w:jc w:val="both"/>
        <w:rPr>
          <w:lang w:val="ru-RU"/>
        </w:rPr>
      </w:pPr>
    </w:p>
    <w:p w14:paraId="36215811" w14:textId="77777777" w:rsidR="00F13106" w:rsidRPr="00F13106" w:rsidRDefault="00F13106" w:rsidP="00F13106">
      <w:pPr>
        <w:jc w:val="center"/>
        <w:rPr>
          <w:lang w:val="ru-RU"/>
        </w:rPr>
      </w:pPr>
    </w:p>
    <w:sectPr w:rsidR="00F13106" w:rsidRPr="00F13106" w:rsidSect="00034616">
      <w:footerReference w:type="default" r:id="rId9"/>
      <w:pgSz w:w="16838" w:h="11906" w:orient="landscape"/>
      <w:pgMar w:top="850" w:right="737" w:bottom="850"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2316D" w14:textId="77777777" w:rsidR="000E5024" w:rsidRDefault="000E5024">
      <w:pPr>
        <w:spacing w:after="0"/>
      </w:pPr>
      <w:r>
        <w:separator/>
      </w:r>
    </w:p>
  </w:endnote>
  <w:endnote w:type="continuationSeparator" w:id="0">
    <w:p w14:paraId="70916187" w14:textId="77777777" w:rsidR="000E5024" w:rsidRDefault="000E50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6F8EE" w14:textId="14E6C3FF" w:rsidR="00AB7E42" w:rsidRDefault="00DB0080">
    <w:pPr>
      <w:jc w:val="center"/>
    </w:pPr>
    <w:proofErr w:type="spellStart"/>
    <w:r>
      <w:rPr>
        <w:sz w:val="18"/>
      </w:rPr>
      <w:t>Стр</w:t>
    </w:r>
    <w:proofErr w:type="spellEnd"/>
    <w:r>
      <w:rPr>
        <w:sz w:val="18"/>
      </w:rPr>
      <w:t xml:space="preserve">. </w:t>
    </w:r>
    <w:r>
      <w:fldChar w:fldCharType="begin"/>
    </w:r>
    <w:r>
      <w:instrText>PAGE</w:instrText>
    </w:r>
    <w:r>
      <w:fldChar w:fldCharType="separate"/>
    </w:r>
    <w:r w:rsidR="00CD3FA5">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8E46A" w14:textId="75456486" w:rsidR="00AB7E42" w:rsidRDefault="00DB0080">
    <w:pPr>
      <w:jc w:val="center"/>
    </w:pPr>
    <w:proofErr w:type="spellStart"/>
    <w:r>
      <w:rPr>
        <w:sz w:val="18"/>
      </w:rPr>
      <w:t>Стр</w:t>
    </w:r>
    <w:proofErr w:type="spellEnd"/>
    <w:r>
      <w:rPr>
        <w:sz w:val="18"/>
      </w:rPr>
      <w:t xml:space="preserve">. </w:t>
    </w:r>
    <w:r>
      <w:fldChar w:fldCharType="begin"/>
    </w:r>
    <w:r>
      <w:instrText>PAGE</w:instrText>
    </w:r>
    <w:r>
      <w:fldChar w:fldCharType="separate"/>
    </w:r>
    <w:r w:rsidR="00CD3FA5">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0C36B" w14:textId="77777777" w:rsidR="000E5024" w:rsidRDefault="000E5024">
      <w:pPr>
        <w:spacing w:after="0"/>
      </w:pPr>
      <w:r>
        <w:separator/>
      </w:r>
    </w:p>
  </w:footnote>
  <w:footnote w:type="continuationSeparator" w:id="0">
    <w:p w14:paraId="5B6D096D" w14:textId="77777777" w:rsidR="000E5024" w:rsidRDefault="000E50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1EAE"/>
    <w:rsid w:val="0006063C"/>
    <w:rsid w:val="000E5024"/>
    <w:rsid w:val="0015074B"/>
    <w:rsid w:val="0029639D"/>
    <w:rsid w:val="002A569B"/>
    <w:rsid w:val="002D0A73"/>
    <w:rsid w:val="00326F90"/>
    <w:rsid w:val="003654C2"/>
    <w:rsid w:val="003735AA"/>
    <w:rsid w:val="003E6076"/>
    <w:rsid w:val="00555F21"/>
    <w:rsid w:val="0060287C"/>
    <w:rsid w:val="00720BAD"/>
    <w:rsid w:val="00727D16"/>
    <w:rsid w:val="00735D11"/>
    <w:rsid w:val="00990512"/>
    <w:rsid w:val="00A408BD"/>
    <w:rsid w:val="00AA1D8D"/>
    <w:rsid w:val="00AB7E42"/>
    <w:rsid w:val="00B47730"/>
    <w:rsid w:val="00CB0664"/>
    <w:rsid w:val="00CD3FA5"/>
    <w:rsid w:val="00D94E8A"/>
    <w:rsid w:val="00DB0080"/>
    <w:rsid w:val="00EB4C02"/>
    <w:rsid w:val="00EC093D"/>
    <w:rsid w:val="00F13106"/>
    <w:rsid w:val="00FB02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FBCF4"/>
  <w14:defaultImageDpi w14:val="300"/>
  <w15:docId w15:val="{4D3FA14F-F3DE-45A9-AE2E-6FA90939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E6D53-FD7C-4E60-8034-22A2C61D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3212</Words>
  <Characters>18312</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Поставка стоматологических материалов и расходных материалов</dc:subject>
  <dc:creator>ГАУЗ Республики Мордовия «МРСП»</dc:creator>
  <cp:keywords/>
  <dc:description>Документация приведена к единому предмету закупки и выверена по Положению о закупке.</dc:description>
  <cp:lastModifiedBy>Olga-zak</cp:lastModifiedBy>
  <cp:revision>8</cp:revision>
  <dcterms:created xsi:type="dcterms:W3CDTF">2026-09-01T05:33:00Z</dcterms:created>
  <dcterms:modified xsi:type="dcterms:W3CDTF">2026-09-01T10:02:00Z</dcterms:modified>
  <cp:category/>
</cp:coreProperties>
</file>