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B4B" w:rsidRPr="005E4080" w:rsidRDefault="00040F1F">
      <w:pPr>
        <w:pStyle w:val="aa"/>
        <w:spacing w:after="20"/>
        <w:jc w:val="center"/>
        <w:rPr>
          <w:color w:val="auto"/>
          <w:sz w:val="23"/>
          <w:szCs w:val="23"/>
          <w:lang w:val="ru-RU"/>
        </w:rPr>
      </w:pPr>
      <w:r w:rsidRPr="005E4080">
        <w:rPr>
          <w:rFonts w:ascii="Times New Roman" w:eastAsia="Times New Roman" w:hAnsi="Times New Roman"/>
          <w:color w:val="auto"/>
          <w:sz w:val="23"/>
          <w:szCs w:val="23"/>
          <w:lang w:val="ru-RU"/>
        </w:rPr>
        <w:t>РАЗДЕЛ № 6</w:t>
      </w:r>
      <w:r w:rsidRPr="005E4080">
        <w:rPr>
          <w:rFonts w:ascii="Times New Roman" w:eastAsia="Times New Roman" w:hAnsi="Times New Roman"/>
          <w:color w:val="auto"/>
          <w:sz w:val="23"/>
          <w:szCs w:val="23"/>
          <w:lang w:val="ru-RU"/>
        </w:rPr>
        <w:br/>
        <w:t>Инструкция по заполнению заявки и формы заявки на участие</w:t>
      </w:r>
      <w:r w:rsidRPr="005E4080">
        <w:rPr>
          <w:rFonts w:ascii="Times New Roman" w:eastAsia="Times New Roman" w:hAnsi="Times New Roman"/>
          <w:color w:val="auto"/>
          <w:sz w:val="23"/>
          <w:szCs w:val="23"/>
          <w:lang w:val="ru-RU"/>
        </w:rPr>
        <w:br/>
        <w:t>в запросе предложений в электронной форме</w:t>
      </w:r>
    </w:p>
    <w:p w:rsidR="00DF5B4B" w:rsidRPr="005E4080" w:rsidRDefault="00040F1F">
      <w:pPr>
        <w:spacing w:after="20" w:line="240" w:lineRule="auto"/>
        <w:jc w:val="center"/>
        <w:rPr>
          <w:sz w:val="23"/>
          <w:szCs w:val="23"/>
          <w:lang w:val="ru-RU"/>
        </w:rPr>
      </w:pPr>
      <w:r w:rsidRPr="005E4080">
        <w:rPr>
          <w:b/>
          <w:sz w:val="23"/>
          <w:szCs w:val="23"/>
          <w:lang w:val="ru-RU"/>
        </w:rPr>
        <w:t>Поставка дизельного топлива по топливным картам для нужд ООО «ЭКОГРАД-Н»</w:t>
      </w:r>
    </w:p>
    <w:p w:rsidR="00DF5B4B" w:rsidRPr="005E4080" w:rsidRDefault="00040F1F" w:rsidP="008621F1">
      <w:pPr>
        <w:pStyle w:val="1"/>
        <w:spacing w:before="100" w:after="20" w:line="240" w:lineRule="auto"/>
        <w:jc w:val="both"/>
        <w:rPr>
          <w:color w:val="auto"/>
          <w:sz w:val="23"/>
          <w:szCs w:val="23"/>
        </w:rPr>
      </w:pPr>
      <w:r w:rsidRPr="005E4080">
        <w:rPr>
          <w:rFonts w:ascii="Times New Roman" w:eastAsia="Times New Roman" w:hAnsi="Times New Roman"/>
          <w:color w:val="auto"/>
          <w:sz w:val="23"/>
          <w:szCs w:val="23"/>
        </w:rPr>
        <w:t>1. Краткая инструкция участнику</w:t>
      </w:r>
    </w:p>
    <w:p w:rsidR="00DF5B4B" w:rsidRPr="005E4080" w:rsidRDefault="00040F1F" w:rsidP="008621F1">
      <w:pPr>
        <w:pStyle w:val="a0"/>
        <w:spacing w:after="20" w:line="240" w:lineRule="auto"/>
        <w:jc w:val="both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t>Участник подает одну заявку в электронной форме. Все документы и сведения, предусмотренные пунктом 13 Информационной карты, включаются в состав этой заявки.</w:t>
      </w:r>
    </w:p>
    <w:p w:rsidR="00DF5B4B" w:rsidRPr="005E4080" w:rsidRDefault="00040F1F" w:rsidP="008621F1">
      <w:pPr>
        <w:pStyle w:val="a0"/>
        <w:spacing w:after="20" w:line="240" w:lineRule="auto"/>
        <w:jc w:val="both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t>Формы заполняются по существу. Если показатель или документ к участнику не применим, рекомендуется указать «не применяется».</w:t>
      </w:r>
    </w:p>
    <w:p w:rsidR="00DF5B4B" w:rsidRPr="005E4080" w:rsidRDefault="00040F1F" w:rsidP="008621F1">
      <w:pPr>
        <w:pStyle w:val="a0"/>
        <w:spacing w:after="20" w:line="240" w:lineRule="auto"/>
        <w:jc w:val="both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t>Техническое задание повторять в заявке полностью не требуется: участник подтверждает соответствие Разделу № 5 и указывает только сведения, которые индивидуализируют его предложение.</w:t>
      </w:r>
    </w:p>
    <w:p w:rsidR="00DF5B4B" w:rsidRPr="005E4080" w:rsidRDefault="00040F1F" w:rsidP="008621F1">
      <w:pPr>
        <w:pStyle w:val="a0"/>
        <w:spacing w:after="20" w:line="240" w:lineRule="auto"/>
        <w:jc w:val="both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t>Сведения по критериям оценки указываются в единицах измерения и объеме, предусмотренных отдельным файлом «Оценка критериев». Критерии, их вес и методика оценки настоящей формой не изменяются.</w:t>
      </w:r>
    </w:p>
    <w:p w:rsidR="00DF5B4B" w:rsidRPr="005E4080" w:rsidRDefault="00040F1F" w:rsidP="008621F1">
      <w:pPr>
        <w:pStyle w:val="a0"/>
        <w:spacing w:after="20" w:line="240" w:lineRule="auto"/>
        <w:jc w:val="both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t>По критериям, для которых предусмотрено документальное подтверждение, к заявке прикладываются подтверждающие документы. Для опыта используются договоры (контракты), приложения/спецификации и документы, подтверждающие фактическое исполнение (товарные накладные, УПД).</w:t>
      </w:r>
    </w:p>
    <w:p w:rsidR="00DF5B4B" w:rsidRPr="005E4080" w:rsidRDefault="00040F1F" w:rsidP="008621F1">
      <w:pPr>
        <w:pStyle w:val="a0"/>
        <w:spacing w:after="20" w:line="240" w:lineRule="auto"/>
        <w:jc w:val="both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t>Наименование страны происхождения товара указывается в соответствии с Общероссийским классификатором стран мира. Для товара с ОКПД 2 19.20.21.300 в текущей документации предусмотрено указание страны происхождения в заявке.</w:t>
      </w:r>
    </w:p>
    <w:p w:rsidR="00DF5B4B" w:rsidRPr="005E4080" w:rsidRDefault="00040F1F" w:rsidP="008621F1">
      <w:pPr>
        <w:pStyle w:val="a0"/>
        <w:spacing w:after="20" w:line="240" w:lineRule="auto"/>
        <w:jc w:val="both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t>Ценовое предложение и сведения, вводимые через функционал электронной площадки, должны совпадать со сведениями в документах заявки.</w:t>
      </w:r>
    </w:p>
    <w:p w:rsidR="00DF5B4B" w:rsidRPr="005E4080" w:rsidRDefault="00040F1F" w:rsidP="008621F1">
      <w:pPr>
        <w:spacing w:after="20" w:line="240" w:lineRule="auto"/>
        <w:jc w:val="both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br w:type="page"/>
      </w:r>
    </w:p>
    <w:p w:rsidR="00DF5B4B" w:rsidRPr="008621F1" w:rsidRDefault="00040F1F">
      <w:pPr>
        <w:pStyle w:val="1"/>
        <w:spacing w:before="100" w:after="20" w:line="240" w:lineRule="auto"/>
        <w:rPr>
          <w:color w:val="auto"/>
          <w:sz w:val="23"/>
          <w:szCs w:val="23"/>
          <w:lang w:val="ru-RU"/>
        </w:rPr>
      </w:pPr>
      <w:r w:rsidRPr="008621F1">
        <w:rPr>
          <w:rFonts w:ascii="Times New Roman" w:eastAsia="Times New Roman" w:hAnsi="Times New Roman"/>
          <w:color w:val="auto"/>
          <w:sz w:val="23"/>
          <w:szCs w:val="23"/>
          <w:lang w:val="ru-RU"/>
        </w:rPr>
        <w:lastRenderedPageBreak/>
        <w:t>ФОРМА 1. ЗАЯВКА НА УЧАСТИЕ В ЗАПРОСЕ ПРЕДЛОЖЕНИЙ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8621F1" w:rsidRPr="00732697" w:rsidTr="008621F1">
        <w:trPr>
          <w:jc w:val="center"/>
        </w:trPr>
        <w:tc>
          <w:tcPr>
            <w:tcW w:w="48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На бланке участника закупки</w:t>
            </w:r>
          </w:p>
        </w:tc>
        <w:tc>
          <w:tcPr>
            <w:tcW w:w="48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В закупочную комиссию</w:t>
            </w:r>
            <w:r w:rsidRPr="008621F1">
              <w:rPr>
                <w:sz w:val="23"/>
                <w:szCs w:val="23"/>
                <w:lang w:val="ru-RU"/>
              </w:rPr>
              <w:br/>
              <w:t>ООО «ЭКОГРАД-Н»</w:t>
            </w:r>
          </w:p>
        </w:tc>
      </w:tr>
      <w:tr w:rsidR="008621F1" w:rsidRPr="008621F1" w:rsidTr="008621F1">
        <w:trPr>
          <w:jc w:val="center"/>
        </w:trPr>
        <w:tc>
          <w:tcPr>
            <w:tcW w:w="48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 w:rsidP="008621F1">
            <w:pPr>
              <w:ind w:left="-300" w:firstLine="300"/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Дата, исх. №</w:t>
            </w:r>
          </w:p>
        </w:tc>
        <w:tc>
          <w:tcPr>
            <w:tcW w:w="48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Реестровый номер закупки: __________________</w:t>
            </w:r>
          </w:p>
        </w:tc>
      </w:tr>
    </w:tbl>
    <w:p w:rsidR="00DF5B4B" w:rsidRPr="008621F1" w:rsidRDefault="00040F1F">
      <w:pPr>
        <w:spacing w:before="100" w:after="20" w:line="240" w:lineRule="auto"/>
        <w:rPr>
          <w:sz w:val="23"/>
          <w:szCs w:val="23"/>
          <w:lang w:val="ru-RU"/>
        </w:rPr>
      </w:pPr>
      <w:r w:rsidRPr="008621F1">
        <w:rPr>
          <w:b/>
          <w:sz w:val="23"/>
          <w:szCs w:val="23"/>
          <w:lang w:val="ru-RU"/>
        </w:rPr>
        <w:t xml:space="preserve">Участник закупки: </w:t>
      </w:r>
      <w:r w:rsidRPr="008621F1">
        <w:rPr>
          <w:sz w:val="23"/>
          <w:szCs w:val="23"/>
          <w:lang w:val="ru-RU"/>
        </w:rPr>
        <w:t>_______________________________________________</w:t>
      </w:r>
      <w:r w:rsidR="008621F1">
        <w:rPr>
          <w:sz w:val="23"/>
          <w:szCs w:val="23"/>
          <w:lang w:val="ru-RU"/>
        </w:rPr>
        <w:t>_______________________________</w:t>
      </w:r>
      <w:r w:rsidRPr="008621F1">
        <w:rPr>
          <w:sz w:val="23"/>
          <w:szCs w:val="23"/>
          <w:lang w:val="ru-RU"/>
        </w:rPr>
        <w:t>(полное наименование юридического лица / Ф.И.О. индивидуального предпринимателя или физического лица)</w:t>
      </w:r>
    </w:p>
    <w:p w:rsidR="00DF5B4B" w:rsidRPr="008621F1" w:rsidRDefault="00040F1F" w:rsidP="008621F1">
      <w:pPr>
        <w:spacing w:after="20" w:line="240" w:lineRule="auto"/>
        <w:jc w:val="both"/>
        <w:rPr>
          <w:sz w:val="23"/>
          <w:szCs w:val="23"/>
          <w:lang w:val="ru-RU"/>
        </w:rPr>
      </w:pPr>
      <w:r w:rsidRPr="008621F1">
        <w:rPr>
          <w:sz w:val="23"/>
          <w:szCs w:val="23"/>
          <w:lang w:val="ru-RU"/>
        </w:rPr>
        <w:t>Изучив извещение, документацию о закупке, проект договора, техническое задание, а также размещенные изменения и разъяснения, настоящим предлагаем заключить договор на поставку дизельного топлива по топливным картам на условиях документации и настоящей заявки.</w:t>
      </w:r>
    </w:p>
    <w:p w:rsidR="00DF5B4B" w:rsidRPr="008621F1" w:rsidRDefault="00040F1F">
      <w:pPr>
        <w:pStyle w:val="21"/>
        <w:spacing w:before="100" w:after="20" w:line="240" w:lineRule="auto"/>
        <w:rPr>
          <w:color w:val="auto"/>
          <w:sz w:val="23"/>
          <w:szCs w:val="23"/>
        </w:rPr>
      </w:pPr>
      <w:r w:rsidRPr="008621F1">
        <w:rPr>
          <w:rFonts w:ascii="Times New Roman" w:eastAsia="Times New Roman" w:hAnsi="Times New Roman"/>
          <w:color w:val="auto"/>
          <w:sz w:val="23"/>
          <w:szCs w:val="23"/>
        </w:rPr>
        <w:t>1.1. Предложение в отношении товара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27"/>
        <w:gridCol w:w="2642"/>
        <w:gridCol w:w="1910"/>
        <w:gridCol w:w="747"/>
        <w:gridCol w:w="2116"/>
        <w:gridCol w:w="2220"/>
      </w:tblGrid>
      <w:tr w:rsidR="008621F1" w:rsidRPr="008621F1" w:rsidTr="00354D53">
        <w:trPr>
          <w:tblHeader/>
          <w:jc w:val="center"/>
        </w:trPr>
        <w:tc>
          <w:tcPr>
            <w:tcW w:w="52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264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Наименование Товара</w:t>
            </w:r>
          </w:p>
        </w:tc>
        <w:tc>
          <w:tcPr>
            <w:tcW w:w="747" w:type="dxa"/>
          </w:tcPr>
          <w:p w:rsidR="008621F1" w:rsidRPr="008621F1" w:rsidRDefault="008621F1">
            <w:pPr>
              <w:jc w:val="center"/>
              <w:rPr>
                <w:b/>
                <w:sz w:val="23"/>
                <w:szCs w:val="23"/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 xml:space="preserve">Технические характеристики товара </w:t>
            </w:r>
          </w:p>
        </w:tc>
        <w:tc>
          <w:tcPr>
            <w:tcW w:w="74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Ед. изм.</w:t>
            </w:r>
          </w:p>
        </w:tc>
        <w:tc>
          <w:tcPr>
            <w:tcW w:w="211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Ориентировочный объем</w:t>
            </w:r>
          </w:p>
        </w:tc>
        <w:tc>
          <w:tcPr>
            <w:tcW w:w="2220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Страна происхождения товара</w:t>
            </w:r>
          </w:p>
        </w:tc>
      </w:tr>
      <w:tr w:rsidR="008621F1" w:rsidRPr="008621F1" w:rsidTr="00354D53">
        <w:trPr>
          <w:jc w:val="center"/>
        </w:trPr>
        <w:tc>
          <w:tcPr>
            <w:tcW w:w="52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1</w:t>
            </w:r>
          </w:p>
        </w:tc>
        <w:tc>
          <w:tcPr>
            <w:tcW w:w="264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Дизельное топливо ГОСТ 32511-2013</w:t>
            </w:r>
          </w:p>
        </w:tc>
        <w:tc>
          <w:tcPr>
            <w:tcW w:w="747" w:type="dxa"/>
          </w:tcPr>
          <w:p w:rsidR="008621F1" w:rsidRPr="008621F1" w:rsidRDefault="008621F1">
            <w:pPr>
              <w:rPr>
                <w:sz w:val="23"/>
                <w:szCs w:val="23"/>
              </w:rPr>
            </w:pPr>
          </w:p>
        </w:tc>
        <w:tc>
          <w:tcPr>
            <w:tcW w:w="74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литр</w:t>
            </w:r>
          </w:p>
        </w:tc>
        <w:tc>
          <w:tcPr>
            <w:tcW w:w="211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855 615*</w:t>
            </w:r>
          </w:p>
        </w:tc>
        <w:tc>
          <w:tcPr>
            <w:tcW w:w="2220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621F1" w:rsidRPr="008621F1" w:rsidRDefault="008621F1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________________</w:t>
            </w:r>
          </w:p>
        </w:tc>
      </w:tr>
    </w:tbl>
    <w:p w:rsidR="00DF5B4B" w:rsidRPr="008621F1" w:rsidRDefault="00040F1F" w:rsidP="008621F1">
      <w:pPr>
        <w:spacing w:before="40" w:after="20" w:line="240" w:lineRule="auto"/>
        <w:jc w:val="both"/>
        <w:rPr>
          <w:sz w:val="23"/>
          <w:szCs w:val="23"/>
          <w:lang w:val="ru-RU"/>
        </w:rPr>
      </w:pPr>
      <w:r w:rsidRPr="008621F1">
        <w:rPr>
          <w:i/>
          <w:sz w:val="23"/>
          <w:szCs w:val="23"/>
          <w:lang w:val="ru-RU"/>
        </w:rPr>
        <w:t>* Ориентировочный объем может быть изменен по факту выборки в пределах максимальной цены договора.</w:t>
      </w:r>
    </w:p>
    <w:p w:rsidR="00DF5B4B" w:rsidRPr="008621F1" w:rsidRDefault="008621F1" w:rsidP="008621F1">
      <w:pPr>
        <w:spacing w:after="20" w:line="240" w:lineRule="auto"/>
        <w:jc w:val="both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-</w:t>
      </w:r>
      <w:r w:rsidR="00040F1F" w:rsidRPr="008621F1">
        <w:rPr>
          <w:b/>
          <w:sz w:val="23"/>
          <w:szCs w:val="23"/>
          <w:lang w:val="ru-RU"/>
        </w:rPr>
        <w:t xml:space="preserve"> </w:t>
      </w:r>
      <w:r w:rsidR="00040F1F" w:rsidRPr="008621F1">
        <w:rPr>
          <w:sz w:val="23"/>
          <w:szCs w:val="23"/>
          <w:lang w:val="ru-RU"/>
        </w:rPr>
        <w:t>Подтверждаем соответствие предлагаемого товара и условий поставки требованиям Раздела № 5 «Техническое задание», проекта договора и документации о закупке.</w:t>
      </w:r>
    </w:p>
    <w:p w:rsidR="00DF5B4B" w:rsidRPr="008621F1" w:rsidRDefault="008621F1" w:rsidP="008621F1">
      <w:pPr>
        <w:spacing w:after="20" w:line="240" w:lineRule="auto"/>
        <w:jc w:val="both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-</w:t>
      </w:r>
      <w:r w:rsidR="00040F1F" w:rsidRPr="008621F1">
        <w:rPr>
          <w:b/>
          <w:sz w:val="23"/>
          <w:szCs w:val="23"/>
          <w:lang w:val="ru-RU"/>
        </w:rPr>
        <w:t xml:space="preserve"> </w:t>
      </w:r>
      <w:r w:rsidR="00040F1F" w:rsidRPr="008621F1">
        <w:rPr>
          <w:sz w:val="23"/>
          <w:szCs w:val="23"/>
          <w:lang w:val="ru-RU"/>
        </w:rPr>
        <w:t>Подтверждаем возможность отпуска дизельного топлива на АЗС Поставщика в районах и населенных пунктах, установленных техническим заданием, с использованием единой топливной карты.</w:t>
      </w:r>
    </w:p>
    <w:p w:rsidR="00DF5B4B" w:rsidRPr="008621F1" w:rsidRDefault="008621F1" w:rsidP="008621F1">
      <w:pPr>
        <w:spacing w:after="20" w:line="240" w:lineRule="auto"/>
        <w:jc w:val="both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-</w:t>
      </w:r>
      <w:r w:rsidR="00040F1F" w:rsidRPr="008621F1">
        <w:rPr>
          <w:sz w:val="23"/>
          <w:szCs w:val="23"/>
          <w:lang w:val="ru-RU"/>
        </w:rPr>
        <w:t>Подтверждаем, что качество и безопасность товара будут соответствовать ГОСТ 32511-2013 и ТР ТС 013/2011; документы о качестве и соответствии будут предоставляться в порядке, установленном документацией и договором.</w:t>
      </w:r>
    </w:p>
    <w:p w:rsidR="00DF5B4B" w:rsidRPr="008621F1" w:rsidRDefault="008621F1" w:rsidP="008621F1">
      <w:pPr>
        <w:spacing w:after="20" w:line="240" w:lineRule="auto"/>
        <w:jc w:val="both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-</w:t>
      </w:r>
      <w:r w:rsidR="00040F1F" w:rsidRPr="008621F1">
        <w:rPr>
          <w:sz w:val="23"/>
          <w:szCs w:val="23"/>
          <w:lang w:val="ru-RU"/>
        </w:rPr>
        <w:t>Максимальная цена договора — 80 000 000 (Восемьдесят миллионов) рублей 00 копеек, включая НДС 22%, остается неизменной. Фактическая цена отпуска определяется в соответствии с документацией и проектом договора с учетом предложенной участником скидки.</w:t>
      </w:r>
    </w:p>
    <w:p w:rsidR="008621F1" w:rsidRDefault="008621F1" w:rsidP="008621F1">
      <w:pPr>
        <w:spacing w:before="80" w:after="20" w:line="240" w:lineRule="auto"/>
        <w:jc w:val="both"/>
        <w:rPr>
          <w:sz w:val="23"/>
          <w:szCs w:val="23"/>
          <w:lang w:val="ru-RU"/>
        </w:rPr>
      </w:pPr>
    </w:p>
    <w:p w:rsidR="008621F1" w:rsidRDefault="008621F1" w:rsidP="008621F1">
      <w:pPr>
        <w:spacing w:before="80" w:after="20" w:line="240" w:lineRule="auto"/>
        <w:jc w:val="both"/>
        <w:rPr>
          <w:sz w:val="23"/>
          <w:szCs w:val="23"/>
          <w:lang w:val="ru-RU"/>
        </w:rPr>
      </w:pPr>
    </w:p>
    <w:p w:rsidR="00DF5B4B" w:rsidRPr="008621F1" w:rsidRDefault="00040F1F" w:rsidP="008621F1">
      <w:pPr>
        <w:spacing w:before="80" w:after="20" w:line="240" w:lineRule="auto"/>
        <w:jc w:val="both"/>
        <w:rPr>
          <w:sz w:val="23"/>
          <w:szCs w:val="23"/>
          <w:lang w:val="ru-RU"/>
        </w:rPr>
      </w:pPr>
      <w:r w:rsidRPr="008621F1">
        <w:rPr>
          <w:sz w:val="23"/>
          <w:szCs w:val="23"/>
          <w:lang w:val="ru-RU"/>
        </w:rPr>
        <w:t>Участник закупки / уполномоченный представитель: __________________________  __________________________</w:t>
      </w:r>
      <w:r w:rsidRPr="008621F1">
        <w:rPr>
          <w:sz w:val="23"/>
          <w:szCs w:val="23"/>
          <w:lang w:val="ru-RU"/>
        </w:rPr>
        <w:br/>
        <w:t xml:space="preserve">                                                              (подпись)                              (Ф.И.О.)</w:t>
      </w:r>
      <w:r w:rsidRPr="008621F1">
        <w:rPr>
          <w:sz w:val="23"/>
          <w:szCs w:val="23"/>
          <w:lang w:val="ru-RU"/>
        </w:rPr>
        <w:br/>
        <w:t>Должность: __________________________     М.П. (при наличии)</w:t>
      </w:r>
    </w:p>
    <w:p w:rsidR="00DF5B4B" w:rsidRPr="008621F1" w:rsidRDefault="00040F1F" w:rsidP="008621F1">
      <w:pPr>
        <w:spacing w:after="20" w:line="240" w:lineRule="auto"/>
        <w:jc w:val="both"/>
        <w:rPr>
          <w:sz w:val="23"/>
          <w:szCs w:val="23"/>
          <w:lang w:val="ru-RU"/>
        </w:rPr>
      </w:pPr>
      <w:r w:rsidRPr="008621F1">
        <w:rPr>
          <w:sz w:val="23"/>
          <w:szCs w:val="23"/>
          <w:lang w:val="ru-RU"/>
        </w:rPr>
        <w:br w:type="page"/>
      </w:r>
    </w:p>
    <w:p w:rsidR="00DF5B4B" w:rsidRPr="008621F1" w:rsidRDefault="00040F1F">
      <w:pPr>
        <w:pStyle w:val="1"/>
        <w:spacing w:before="100" w:after="20" w:line="240" w:lineRule="auto"/>
        <w:rPr>
          <w:color w:val="auto"/>
          <w:sz w:val="23"/>
          <w:szCs w:val="23"/>
          <w:lang w:val="ru-RU"/>
        </w:rPr>
      </w:pPr>
      <w:r w:rsidRPr="008621F1">
        <w:rPr>
          <w:rFonts w:ascii="Times New Roman" w:eastAsia="Times New Roman" w:hAnsi="Times New Roman"/>
          <w:color w:val="auto"/>
          <w:sz w:val="23"/>
          <w:szCs w:val="23"/>
          <w:lang w:val="ru-RU"/>
        </w:rPr>
        <w:lastRenderedPageBreak/>
        <w:t>ФОРМА 2. ПРЕДЛОЖЕНИЕ УЧАСТНИКА ПО КРИТЕРИЯМ ОЦЕНКИ</w:t>
      </w:r>
    </w:p>
    <w:p w:rsidR="00DF5B4B" w:rsidRDefault="00040F1F">
      <w:pPr>
        <w:spacing w:after="20" w:line="240" w:lineRule="auto"/>
        <w:rPr>
          <w:sz w:val="23"/>
          <w:szCs w:val="23"/>
        </w:rPr>
      </w:pPr>
      <w:r w:rsidRPr="008621F1">
        <w:rPr>
          <w:sz w:val="23"/>
          <w:szCs w:val="23"/>
          <w:lang w:val="ru-RU"/>
        </w:rPr>
        <w:t xml:space="preserve">Участник заполняет только графу «Предложение участника». Сведения должны соответствовать документам, приложенным к заявке. </w:t>
      </w:r>
      <w:r w:rsidRPr="008621F1">
        <w:rPr>
          <w:sz w:val="23"/>
          <w:szCs w:val="23"/>
        </w:rPr>
        <w:t>Вес критериев приведен без изменения.</w:t>
      </w:r>
    </w:p>
    <w:p w:rsidR="005E4080" w:rsidRPr="008621F1" w:rsidRDefault="005E4080">
      <w:pPr>
        <w:spacing w:after="20" w:line="240" w:lineRule="auto"/>
        <w:rPr>
          <w:sz w:val="23"/>
          <w:szCs w:val="23"/>
        </w:rPr>
      </w:pPr>
    </w:p>
    <w:tbl>
      <w:tblPr>
        <w:tblStyle w:val="aff0"/>
        <w:tblW w:w="10230" w:type="dxa"/>
        <w:jc w:val="center"/>
        <w:tblLook w:val="04A0" w:firstRow="1" w:lastRow="0" w:firstColumn="1" w:lastColumn="0" w:noHBand="0" w:noVBand="1"/>
      </w:tblPr>
      <w:tblGrid>
        <w:gridCol w:w="454"/>
        <w:gridCol w:w="2268"/>
        <w:gridCol w:w="680"/>
        <w:gridCol w:w="2485"/>
        <w:gridCol w:w="4343"/>
      </w:tblGrid>
      <w:tr w:rsidR="008621F1" w:rsidRPr="008621F1" w:rsidTr="005E4080">
        <w:trPr>
          <w:tblHeader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Критерий</w:t>
            </w:r>
          </w:p>
        </w:tc>
        <w:tc>
          <w:tcPr>
            <w:tcW w:w="680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Вес, %</w:t>
            </w:r>
          </w:p>
        </w:tc>
        <w:tc>
          <w:tcPr>
            <w:tcW w:w="24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Предложение участника</w:t>
            </w:r>
          </w:p>
        </w:tc>
        <w:tc>
          <w:tcPr>
            <w:tcW w:w="4343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Подтверждение / пояснение</w:t>
            </w:r>
          </w:p>
        </w:tc>
      </w:tr>
      <w:tr w:rsidR="008621F1" w:rsidRPr="00732697" w:rsidTr="005E4080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1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Срок оплаты</w:t>
            </w:r>
          </w:p>
        </w:tc>
        <w:tc>
          <w:tcPr>
            <w:tcW w:w="680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50</w:t>
            </w:r>
          </w:p>
        </w:tc>
        <w:tc>
          <w:tcPr>
            <w:tcW w:w="24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________ календарных дней</w:t>
            </w:r>
          </w:p>
        </w:tc>
        <w:tc>
          <w:tcPr>
            <w:tcW w:w="4343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 w:rsidP="005E4080">
            <w:pPr>
              <w:jc w:val="both"/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Указывается срок оплаты за поставляемую продукцию в единицах, предусмотренных методикой оценки.</w:t>
            </w:r>
          </w:p>
        </w:tc>
      </w:tr>
      <w:tr w:rsidR="008621F1" w:rsidRPr="00732697" w:rsidTr="005E4080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2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Опыт выполнения аналогичных договоров (контрактов)</w:t>
            </w:r>
          </w:p>
        </w:tc>
        <w:tc>
          <w:tcPr>
            <w:tcW w:w="680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20</w:t>
            </w:r>
          </w:p>
        </w:tc>
        <w:tc>
          <w:tcPr>
            <w:tcW w:w="24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С НДС: __________ руб.</w:t>
            </w:r>
            <w:r w:rsidRPr="008621F1">
              <w:rPr>
                <w:sz w:val="23"/>
                <w:szCs w:val="23"/>
                <w:lang w:val="ru-RU"/>
              </w:rPr>
              <w:br/>
              <w:t>Без НДС: __________ руб.</w:t>
            </w:r>
          </w:p>
        </w:tc>
        <w:tc>
          <w:tcPr>
            <w:tcW w:w="4343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 w:rsidP="005E4080">
            <w:pPr>
              <w:jc w:val="both"/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Сведения раскрываются в Форме 3. Прилагаются договоры (контракты), спецификации/приложения и документы фактического исполнения (товарные накладные, УПД).</w:t>
            </w:r>
          </w:p>
        </w:tc>
      </w:tr>
      <w:tr w:rsidR="008621F1" w:rsidRPr="00665841" w:rsidTr="005E4080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3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Срок поставки</w:t>
            </w:r>
          </w:p>
        </w:tc>
        <w:tc>
          <w:tcPr>
            <w:tcW w:w="680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10</w:t>
            </w:r>
          </w:p>
        </w:tc>
        <w:tc>
          <w:tcPr>
            <w:tcW w:w="24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________ рабочих дней</w:t>
            </w:r>
          </w:p>
        </w:tc>
        <w:tc>
          <w:tcPr>
            <w:tcW w:w="4343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 w:rsidP="005E4080">
            <w:pPr>
              <w:jc w:val="both"/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Срок поставки топливных карт с даты заключения договора. Техническим заданием установлен диапазон 3–7 рабочих дней.</w:t>
            </w:r>
          </w:p>
        </w:tc>
      </w:tr>
      <w:tr w:rsidR="008621F1" w:rsidRPr="00665841" w:rsidTr="005E4080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Деловая репутация</w:t>
            </w:r>
          </w:p>
        </w:tc>
        <w:tc>
          <w:tcPr>
            <w:tcW w:w="680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10</w:t>
            </w:r>
          </w:p>
        </w:tc>
        <w:tc>
          <w:tcPr>
            <w:tcW w:w="24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Сайт: __________________</w:t>
            </w:r>
            <w:r w:rsidRPr="008621F1">
              <w:rPr>
                <w:sz w:val="23"/>
                <w:szCs w:val="23"/>
                <w:lang w:val="ru-RU"/>
              </w:rPr>
              <w:br/>
              <w:t>Арбитражная практика: __________________</w:t>
            </w:r>
            <w:r w:rsidRPr="008621F1">
              <w:rPr>
                <w:sz w:val="23"/>
                <w:szCs w:val="23"/>
                <w:lang w:val="ru-RU"/>
              </w:rPr>
              <w:br/>
              <w:t>Отзывы/благодарности: ______ шт.</w:t>
            </w:r>
          </w:p>
        </w:tc>
        <w:tc>
          <w:tcPr>
            <w:tcW w:w="4343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 w:rsidP="005E4080">
            <w:pPr>
              <w:jc w:val="both"/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Прилагаются сведения о сайте, справка по арбитражной практике в качестве ответчика за последние три календарных года, отзывы и/или благодарственные письма, связанные с поставкой товара.</w:t>
            </w:r>
          </w:p>
        </w:tc>
      </w:tr>
      <w:tr w:rsidR="008621F1" w:rsidRPr="00732697" w:rsidTr="005E4080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5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Численность персонала</w:t>
            </w:r>
          </w:p>
        </w:tc>
        <w:tc>
          <w:tcPr>
            <w:tcW w:w="680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7</w:t>
            </w:r>
          </w:p>
        </w:tc>
        <w:tc>
          <w:tcPr>
            <w:tcW w:w="24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________ человек</w:t>
            </w:r>
          </w:p>
        </w:tc>
        <w:tc>
          <w:tcPr>
            <w:tcW w:w="4343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 w:rsidP="005E4080">
            <w:pPr>
              <w:jc w:val="both"/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«Расчет по страховым взносам» за 1 полугодие 2026 года и документы, подтверждающие его направление/прием в порядке, предусмотренном методикой оценки.</w:t>
            </w:r>
          </w:p>
        </w:tc>
      </w:tr>
      <w:tr w:rsidR="008621F1" w:rsidRPr="00732697" w:rsidTr="005E4080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6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Скидки</w:t>
            </w:r>
          </w:p>
        </w:tc>
        <w:tc>
          <w:tcPr>
            <w:tcW w:w="680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3</w:t>
            </w:r>
          </w:p>
        </w:tc>
        <w:tc>
          <w:tcPr>
            <w:tcW w:w="24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________ %</w:t>
            </w:r>
          </w:p>
        </w:tc>
        <w:tc>
          <w:tcPr>
            <w:tcW w:w="4343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 w:rsidP="005E4080">
            <w:pPr>
              <w:jc w:val="both"/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Максимальная скидка за литр продукции от текущей стоимости на АЗС.</w:t>
            </w:r>
          </w:p>
        </w:tc>
      </w:tr>
    </w:tbl>
    <w:p w:rsidR="005E4080" w:rsidRPr="00732697" w:rsidRDefault="005E4080">
      <w:pPr>
        <w:pStyle w:val="21"/>
        <w:spacing w:before="100" w:after="20" w:line="240" w:lineRule="auto"/>
        <w:rPr>
          <w:rFonts w:ascii="Times New Roman" w:eastAsia="Times New Roman" w:hAnsi="Times New Roman"/>
          <w:color w:val="auto"/>
          <w:sz w:val="23"/>
          <w:szCs w:val="23"/>
          <w:lang w:val="ru-RU"/>
        </w:rPr>
      </w:pPr>
    </w:p>
    <w:p w:rsidR="00DF5B4B" w:rsidRPr="008621F1" w:rsidRDefault="00040F1F">
      <w:pPr>
        <w:pStyle w:val="21"/>
        <w:spacing w:before="100" w:after="20" w:line="240" w:lineRule="auto"/>
        <w:rPr>
          <w:color w:val="auto"/>
          <w:sz w:val="23"/>
          <w:szCs w:val="23"/>
        </w:rPr>
      </w:pPr>
      <w:r w:rsidRPr="008621F1">
        <w:rPr>
          <w:rFonts w:ascii="Times New Roman" w:eastAsia="Times New Roman" w:hAnsi="Times New Roman"/>
          <w:color w:val="auto"/>
          <w:sz w:val="23"/>
          <w:szCs w:val="23"/>
        </w:rPr>
        <w:t>2.1. Детализация критерия «Деловая репутация»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24"/>
        <w:gridCol w:w="3360"/>
        <w:gridCol w:w="1980"/>
        <w:gridCol w:w="3068"/>
      </w:tblGrid>
      <w:tr w:rsidR="008621F1" w:rsidRPr="008621F1" w:rsidTr="005E4080">
        <w:trPr>
          <w:tblHeader/>
          <w:jc w:val="center"/>
        </w:trPr>
        <w:tc>
          <w:tcPr>
            <w:tcW w:w="198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Показатель</w:t>
            </w:r>
          </w:p>
        </w:tc>
        <w:tc>
          <w:tcPr>
            <w:tcW w:w="29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Сведения участника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Количество / значение</w:t>
            </w:r>
          </w:p>
        </w:tc>
        <w:tc>
          <w:tcPr>
            <w:tcW w:w="328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jc w:val="center"/>
              <w:rPr>
                <w:sz w:val="23"/>
                <w:szCs w:val="23"/>
              </w:rPr>
            </w:pPr>
            <w:r w:rsidRPr="008621F1">
              <w:rPr>
                <w:b/>
                <w:sz w:val="23"/>
                <w:szCs w:val="23"/>
              </w:rPr>
              <w:t>Подтверждающий документ</w:t>
            </w:r>
          </w:p>
        </w:tc>
      </w:tr>
      <w:tr w:rsidR="008621F1" w:rsidRPr="00665841" w:rsidTr="005E4080">
        <w:trPr>
          <w:jc w:val="center"/>
        </w:trPr>
        <w:tc>
          <w:tcPr>
            <w:tcW w:w="198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Наличие сайта</w:t>
            </w:r>
          </w:p>
        </w:tc>
        <w:tc>
          <w:tcPr>
            <w:tcW w:w="29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Адрес сайта: ____________________________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________________</w:t>
            </w:r>
          </w:p>
        </w:tc>
        <w:tc>
          <w:tcPr>
            <w:tcW w:w="328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Сведения/распечатка/иная информация по критерию</w:t>
            </w:r>
          </w:p>
        </w:tc>
      </w:tr>
      <w:tr w:rsidR="008621F1" w:rsidRPr="00732697" w:rsidTr="005E4080">
        <w:trPr>
          <w:jc w:val="center"/>
        </w:trPr>
        <w:tc>
          <w:tcPr>
            <w:tcW w:w="198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Арбитражная практика</w:t>
            </w:r>
          </w:p>
        </w:tc>
        <w:tc>
          <w:tcPr>
            <w:tcW w:w="29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В качестве ответчика за последние три календарных года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________________</w:t>
            </w:r>
          </w:p>
        </w:tc>
        <w:tc>
          <w:tcPr>
            <w:tcW w:w="328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Справка участника по арбитражной практике</w:t>
            </w:r>
          </w:p>
        </w:tc>
      </w:tr>
      <w:tr w:rsidR="008621F1" w:rsidRPr="00732697" w:rsidTr="005E4080">
        <w:trPr>
          <w:jc w:val="center"/>
        </w:trPr>
        <w:tc>
          <w:tcPr>
            <w:tcW w:w="198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Отзывы / благодарности</w:t>
            </w:r>
          </w:p>
        </w:tc>
        <w:tc>
          <w:tcPr>
            <w:tcW w:w="29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Связанные с поставкой товара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</w:rPr>
            </w:pPr>
            <w:r w:rsidRPr="008621F1">
              <w:rPr>
                <w:sz w:val="23"/>
                <w:szCs w:val="23"/>
              </w:rPr>
              <w:t>________ шт.</w:t>
            </w:r>
          </w:p>
        </w:tc>
        <w:tc>
          <w:tcPr>
            <w:tcW w:w="328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8621F1" w:rsidRDefault="00040F1F">
            <w:pPr>
              <w:rPr>
                <w:sz w:val="23"/>
                <w:szCs w:val="23"/>
                <w:lang w:val="ru-RU"/>
              </w:rPr>
            </w:pPr>
            <w:r w:rsidRPr="008621F1">
              <w:rPr>
                <w:sz w:val="23"/>
                <w:szCs w:val="23"/>
                <w:lang w:val="ru-RU"/>
              </w:rPr>
              <w:t>Копии отзывов и/или благодарственных писем</w:t>
            </w:r>
          </w:p>
        </w:tc>
      </w:tr>
    </w:tbl>
    <w:p w:rsidR="00DF5B4B" w:rsidRPr="005E4080" w:rsidRDefault="00040F1F">
      <w:pPr>
        <w:spacing w:before="80" w:after="20" w:line="240" w:lineRule="auto"/>
        <w:rPr>
          <w:sz w:val="23"/>
          <w:szCs w:val="23"/>
          <w:lang w:val="ru-RU"/>
        </w:rPr>
      </w:pPr>
      <w:r w:rsidRPr="008621F1">
        <w:rPr>
          <w:sz w:val="23"/>
          <w:szCs w:val="23"/>
          <w:lang w:val="ru-RU"/>
        </w:rPr>
        <w:t>Участник закупки / уполномоченный представитель: __________________________  __________________________</w:t>
      </w:r>
      <w:r w:rsidRPr="008621F1">
        <w:rPr>
          <w:sz w:val="23"/>
          <w:szCs w:val="23"/>
          <w:lang w:val="ru-RU"/>
        </w:rPr>
        <w:br/>
        <w:t xml:space="preserve">                                                              (подпись)                              (Ф.И.О.)</w:t>
      </w:r>
      <w:r w:rsidRPr="008621F1">
        <w:rPr>
          <w:sz w:val="23"/>
          <w:szCs w:val="23"/>
          <w:lang w:val="ru-RU"/>
        </w:rPr>
        <w:br/>
      </w:r>
      <w:r w:rsidRPr="005E4080">
        <w:rPr>
          <w:sz w:val="23"/>
          <w:szCs w:val="23"/>
          <w:lang w:val="ru-RU"/>
        </w:rPr>
        <w:t>Должность: __________________________     М.П. (при наличии)</w:t>
      </w:r>
    </w:p>
    <w:p w:rsidR="00DF5B4B" w:rsidRPr="005E4080" w:rsidRDefault="00DF5B4B">
      <w:pPr>
        <w:spacing w:after="20" w:line="240" w:lineRule="auto"/>
        <w:rPr>
          <w:sz w:val="23"/>
          <w:szCs w:val="23"/>
          <w:lang w:val="ru-RU"/>
        </w:rPr>
        <w:sectPr w:rsidR="00DF5B4B" w:rsidRPr="005E4080">
          <w:pgSz w:w="11906" w:h="16838"/>
          <w:pgMar w:top="850" w:right="850" w:bottom="850" w:left="964" w:header="720" w:footer="720" w:gutter="0"/>
          <w:cols w:space="720"/>
          <w:docGrid w:linePitch="360"/>
        </w:sectPr>
      </w:pPr>
    </w:p>
    <w:p w:rsidR="00DF5B4B" w:rsidRPr="005E4080" w:rsidRDefault="00040F1F">
      <w:pPr>
        <w:pStyle w:val="1"/>
        <w:spacing w:before="100" w:after="20" w:line="240" w:lineRule="auto"/>
        <w:rPr>
          <w:color w:val="auto"/>
          <w:sz w:val="23"/>
          <w:szCs w:val="23"/>
          <w:lang w:val="ru-RU"/>
        </w:rPr>
      </w:pPr>
      <w:r w:rsidRPr="005E4080">
        <w:rPr>
          <w:rFonts w:ascii="Times New Roman" w:eastAsia="Times New Roman" w:hAnsi="Times New Roman"/>
          <w:color w:val="auto"/>
          <w:sz w:val="23"/>
          <w:szCs w:val="23"/>
          <w:lang w:val="ru-RU"/>
        </w:rPr>
        <w:lastRenderedPageBreak/>
        <w:t>ФОРМА 3. СВЕДЕНИЯ ОБ ОПЫТЕ ВЫПОЛНЕНИЯ АНАЛОГИЧНЫХ ДОГОВОРОВ (КОНТРАКТОВ)</w:t>
      </w:r>
    </w:p>
    <w:p w:rsidR="00DF5B4B" w:rsidRPr="005E4080" w:rsidRDefault="00040F1F">
      <w:pPr>
        <w:spacing w:after="20" w:line="240" w:lineRule="auto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t>Указываются поставки товаров, сопоставимых по характеру и объему с предметом настоящей закупки, за период с 01.01.2022 по 31.07.2026 включительно. В оценке учитываются документально подтвержденные сведения.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69"/>
        <w:gridCol w:w="1407"/>
        <w:gridCol w:w="1191"/>
        <w:gridCol w:w="2154"/>
        <w:gridCol w:w="2835"/>
        <w:gridCol w:w="1376"/>
        <w:gridCol w:w="1701"/>
        <w:gridCol w:w="1701"/>
        <w:gridCol w:w="2381"/>
      </w:tblGrid>
      <w:tr w:rsidR="008621F1" w:rsidRPr="005E4080" w:rsidTr="00665841">
        <w:trPr>
          <w:tblHeader/>
          <w:jc w:val="center"/>
        </w:trPr>
        <w:tc>
          <w:tcPr>
            <w:tcW w:w="46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jc w:val="center"/>
              <w:rPr>
                <w:sz w:val="23"/>
                <w:szCs w:val="23"/>
              </w:rPr>
            </w:pPr>
            <w:r w:rsidRPr="005E4080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140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jc w:val="center"/>
              <w:rPr>
                <w:sz w:val="23"/>
                <w:szCs w:val="23"/>
              </w:rPr>
            </w:pPr>
            <w:r w:rsidRPr="005E4080">
              <w:rPr>
                <w:b/>
                <w:sz w:val="23"/>
                <w:szCs w:val="23"/>
              </w:rPr>
              <w:t>Дата заключения</w:t>
            </w:r>
          </w:p>
        </w:tc>
        <w:tc>
          <w:tcPr>
            <w:tcW w:w="119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jc w:val="center"/>
              <w:rPr>
                <w:sz w:val="23"/>
                <w:szCs w:val="23"/>
              </w:rPr>
            </w:pPr>
            <w:r w:rsidRPr="005E4080">
              <w:rPr>
                <w:b/>
                <w:sz w:val="23"/>
                <w:szCs w:val="23"/>
              </w:rPr>
              <w:t>Номер договора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32697" w:rsidRDefault="00732697">
            <w:pPr>
              <w:jc w:val="center"/>
              <w:rPr>
                <w:sz w:val="23"/>
                <w:szCs w:val="23"/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Зак</w:t>
            </w:r>
            <w:bookmarkStart w:id="0" w:name="_GoBack"/>
            <w:bookmarkEnd w:id="0"/>
            <w:r>
              <w:rPr>
                <w:b/>
                <w:sz w:val="23"/>
                <w:szCs w:val="23"/>
                <w:lang w:val="ru-RU"/>
              </w:rPr>
              <w:t>азчик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jc w:val="center"/>
              <w:rPr>
                <w:sz w:val="23"/>
                <w:szCs w:val="23"/>
              </w:rPr>
            </w:pPr>
            <w:r w:rsidRPr="005E4080">
              <w:rPr>
                <w:b/>
                <w:sz w:val="23"/>
                <w:szCs w:val="23"/>
              </w:rPr>
              <w:t>Наименование предмета договора</w:t>
            </w:r>
          </w:p>
        </w:tc>
        <w:tc>
          <w:tcPr>
            <w:tcW w:w="137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jc w:val="center"/>
              <w:rPr>
                <w:sz w:val="23"/>
                <w:szCs w:val="23"/>
              </w:rPr>
            </w:pPr>
            <w:r w:rsidRPr="005E4080">
              <w:rPr>
                <w:b/>
                <w:sz w:val="23"/>
                <w:szCs w:val="23"/>
              </w:rPr>
              <w:t>Период исполнения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jc w:val="center"/>
              <w:rPr>
                <w:sz w:val="23"/>
                <w:szCs w:val="23"/>
                <w:lang w:val="ru-RU"/>
              </w:rPr>
            </w:pPr>
            <w:r w:rsidRPr="005E4080">
              <w:rPr>
                <w:b/>
                <w:sz w:val="23"/>
                <w:szCs w:val="23"/>
                <w:lang w:val="ru-RU"/>
              </w:rPr>
              <w:t>Сумма исполненных обязательств, руб. с НДС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jc w:val="center"/>
              <w:rPr>
                <w:sz w:val="23"/>
                <w:szCs w:val="23"/>
                <w:lang w:val="ru-RU"/>
              </w:rPr>
            </w:pPr>
            <w:r w:rsidRPr="005E4080">
              <w:rPr>
                <w:b/>
                <w:sz w:val="23"/>
                <w:szCs w:val="23"/>
                <w:lang w:val="ru-RU"/>
              </w:rPr>
              <w:t>Сумма исполненных обязательств, руб. без НДС</w:t>
            </w:r>
          </w:p>
        </w:tc>
        <w:tc>
          <w:tcPr>
            <w:tcW w:w="238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jc w:val="center"/>
              <w:rPr>
                <w:sz w:val="23"/>
                <w:szCs w:val="23"/>
              </w:rPr>
            </w:pPr>
            <w:r w:rsidRPr="005E4080">
              <w:rPr>
                <w:b/>
                <w:sz w:val="23"/>
                <w:szCs w:val="23"/>
              </w:rPr>
              <w:t>Подтверждающие документы</w:t>
            </w:r>
          </w:p>
        </w:tc>
      </w:tr>
      <w:tr w:rsidR="008621F1" w:rsidRPr="005E4080" w:rsidTr="00665841">
        <w:trPr>
          <w:jc w:val="center"/>
        </w:trPr>
        <w:tc>
          <w:tcPr>
            <w:tcW w:w="46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>1</w:t>
            </w:r>
          </w:p>
        </w:tc>
        <w:tc>
          <w:tcPr>
            <w:tcW w:w="140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9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37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</w:tr>
      <w:tr w:rsidR="008621F1" w:rsidRPr="005E4080" w:rsidTr="00665841">
        <w:trPr>
          <w:jc w:val="center"/>
        </w:trPr>
        <w:tc>
          <w:tcPr>
            <w:tcW w:w="46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>2</w:t>
            </w:r>
          </w:p>
        </w:tc>
        <w:tc>
          <w:tcPr>
            <w:tcW w:w="140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9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37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</w:tr>
      <w:tr w:rsidR="008621F1" w:rsidRPr="005E4080" w:rsidTr="00665841">
        <w:trPr>
          <w:jc w:val="center"/>
        </w:trPr>
        <w:tc>
          <w:tcPr>
            <w:tcW w:w="46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>3</w:t>
            </w:r>
          </w:p>
        </w:tc>
        <w:tc>
          <w:tcPr>
            <w:tcW w:w="140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9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37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</w:tr>
      <w:tr w:rsidR="008621F1" w:rsidRPr="005E4080" w:rsidTr="00665841">
        <w:trPr>
          <w:jc w:val="center"/>
        </w:trPr>
        <w:tc>
          <w:tcPr>
            <w:tcW w:w="46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>4</w:t>
            </w:r>
          </w:p>
        </w:tc>
        <w:tc>
          <w:tcPr>
            <w:tcW w:w="140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9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37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</w:tr>
      <w:tr w:rsidR="008621F1" w:rsidRPr="005E4080" w:rsidTr="00665841">
        <w:trPr>
          <w:jc w:val="center"/>
        </w:trPr>
        <w:tc>
          <w:tcPr>
            <w:tcW w:w="9432" w:type="dxa"/>
            <w:gridSpan w:val="6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  <w:lang w:val="ru-RU"/>
              </w:rPr>
            </w:pPr>
            <w:r w:rsidRPr="005E4080">
              <w:rPr>
                <w:sz w:val="23"/>
                <w:szCs w:val="23"/>
                <w:lang w:val="ru-RU"/>
              </w:rPr>
              <w:t>ИТОГО подтвержденный объем аналогичных поставок: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>____________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>____________</w:t>
            </w:r>
          </w:p>
        </w:tc>
        <w:tc>
          <w:tcPr>
            <w:tcW w:w="238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5E4080" w:rsidRDefault="00040F1F">
            <w:pPr>
              <w:rPr>
                <w:sz w:val="23"/>
                <w:szCs w:val="23"/>
              </w:rPr>
            </w:pPr>
            <w:r w:rsidRPr="005E4080">
              <w:rPr>
                <w:sz w:val="23"/>
                <w:szCs w:val="23"/>
              </w:rPr>
              <w:t xml:space="preserve"> </w:t>
            </w:r>
          </w:p>
        </w:tc>
      </w:tr>
    </w:tbl>
    <w:p w:rsidR="005E4080" w:rsidRDefault="00665841">
      <w:pPr>
        <w:spacing w:before="80" w:after="20" w:line="240" w:lineRule="auto"/>
        <w:rPr>
          <w:b/>
          <w:sz w:val="23"/>
          <w:szCs w:val="23"/>
          <w:lang w:val="ru-RU"/>
        </w:rPr>
      </w:pPr>
      <w:r w:rsidRPr="00665841">
        <w:rPr>
          <w:b/>
          <w:sz w:val="23"/>
          <w:szCs w:val="23"/>
          <w:lang w:val="ru-RU"/>
        </w:rPr>
        <w:t>К каждой строке таблицы Участник прилагает копию договора (контракта), приложения (спецификации), подтверждающие номенклатуру поставленного товара, а также документы, подтверждающие фактическое исполнение обязательств (товарные накладные, УПД). При отсутствии указанных документов соответствующие сведения об опыте при оценке заявки не учитываются.</w:t>
      </w:r>
    </w:p>
    <w:p w:rsidR="00665841" w:rsidRPr="00665841" w:rsidRDefault="00665841">
      <w:pPr>
        <w:spacing w:before="80" w:after="20" w:line="240" w:lineRule="auto"/>
        <w:rPr>
          <w:sz w:val="23"/>
          <w:szCs w:val="23"/>
          <w:lang w:val="ru-RU"/>
        </w:rPr>
      </w:pPr>
    </w:p>
    <w:p w:rsidR="00DF5B4B" w:rsidRPr="005E4080" w:rsidRDefault="00040F1F">
      <w:pPr>
        <w:spacing w:before="80" w:after="20" w:line="240" w:lineRule="auto"/>
        <w:rPr>
          <w:sz w:val="23"/>
          <w:szCs w:val="23"/>
          <w:lang w:val="ru-RU"/>
        </w:rPr>
      </w:pPr>
      <w:r w:rsidRPr="005E4080">
        <w:rPr>
          <w:sz w:val="23"/>
          <w:szCs w:val="23"/>
          <w:lang w:val="ru-RU"/>
        </w:rPr>
        <w:t>Участник закупки / уполномоченный представитель: __________________________  __________________________</w:t>
      </w:r>
      <w:r w:rsidRPr="005E4080">
        <w:rPr>
          <w:sz w:val="23"/>
          <w:szCs w:val="23"/>
          <w:lang w:val="ru-RU"/>
        </w:rPr>
        <w:br/>
        <w:t xml:space="preserve">                                                              (подпись)                              (Ф.И.О.)</w:t>
      </w:r>
      <w:r w:rsidRPr="005E4080">
        <w:rPr>
          <w:sz w:val="23"/>
          <w:szCs w:val="23"/>
          <w:lang w:val="ru-RU"/>
        </w:rPr>
        <w:br/>
        <w:t>Должность: __________________________     М.П. (при наличии)</w:t>
      </w:r>
    </w:p>
    <w:p w:rsidR="00DF5B4B" w:rsidRPr="008621F1" w:rsidRDefault="00DF5B4B">
      <w:pPr>
        <w:spacing w:after="20" w:line="240" w:lineRule="auto"/>
        <w:rPr>
          <w:lang w:val="ru-RU"/>
        </w:rPr>
        <w:sectPr w:rsidR="00DF5B4B" w:rsidRPr="008621F1">
          <w:pgSz w:w="16838" w:h="11906" w:orient="landscape"/>
          <w:pgMar w:top="680" w:right="680" w:bottom="680" w:left="680" w:header="720" w:footer="720" w:gutter="0"/>
          <w:cols w:space="720"/>
          <w:docGrid w:linePitch="360"/>
        </w:sectPr>
      </w:pPr>
    </w:p>
    <w:p w:rsidR="00DF5B4B" w:rsidRPr="00700A77" w:rsidRDefault="00040F1F">
      <w:pPr>
        <w:pStyle w:val="1"/>
        <w:spacing w:before="100" w:after="20" w:line="240" w:lineRule="auto"/>
        <w:rPr>
          <w:color w:val="auto"/>
          <w:sz w:val="23"/>
          <w:szCs w:val="23"/>
          <w:lang w:val="ru-RU"/>
        </w:rPr>
      </w:pPr>
      <w:r w:rsidRPr="00700A77">
        <w:rPr>
          <w:rFonts w:ascii="Times New Roman" w:eastAsia="Times New Roman" w:hAnsi="Times New Roman"/>
          <w:color w:val="auto"/>
          <w:sz w:val="23"/>
          <w:szCs w:val="23"/>
          <w:lang w:val="ru-RU"/>
        </w:rPr>
        <w:lastRenderedPageBreak/>
        <w:t>ФОРМА 4. ОПИСЬ ДОКУМЕНТОВ ЗАЯВКИ</w:t>
      </w:r>
    </w:p>
    <w:p w:rsidR="00DF5B4B" w:rsidRPr="00700A77" w:rsidRDefault="00040F1F">
      <w:pPr>
        <w:spacing w:after="20" w:line="240" w:lineRule="auto"/>
        <w:rPr>
          <w:sz w:val="23"/>
          <w:szCs w:val="23"/>
          <w:lang w:val="ru-RU"/>
        </w:rPr>
      </w:pPr>
      <w:r w:rsidRPr="00700A77">
        <w:rPr>
          <w:b/>
          <w:sz w:val="23"/>
          <w:szCs w:val="23"/>
          <w:lang w:val="ru-RU"/>
        </w:rPr>
        <w:t xml:space="preserve">Участник: </w:t>
      </w:r>
      <w:r w:rsidRPr="00700A77">
        <w:rPr>
          <w:sz w:val="23"/>
          <w:szCs w:val="23"/>
          <w:lang w:val="ru-RU"/>
        </w:rPr>
        <w:t>________________________________________________________________________________</w:t>
      </w:r>
    </w:p>
    <w:p w:rsidR="00DF5B4B" w:rsidRDefault="00040F1F">
      <w:pPr>
        <w:spacing w:after="20" w:line="240" w:lineRule="auto"/>
        <w:rPr>
          <w:sz w:val="23"/>
          <w:szCs w:val="23"/>
        </w:rPr>
      </w:pPr>
      <w:r w:rsidRPr="00700A77">
        <w:rPr>
          <w:b/>
          <w:sz w:val="23"/>
          <w:szCs w:val="23"/>
        </w:rPr>
        <w:t xml:space="preserve">Реестровый номер закупки: </w:t>
      </w:r>
      <w:r w:rsidRPr="00700A77">
        <w:rPr>
          <w:sz w:val="23"/>
          <w:szCs w:val="23"/>
        </w:rPr>
        <w:t>________________________</w:t>
      </w:r>
    </w:p>
    <w:p w:rsidR="00700A77" w:rsidRDefault="00700A77">
      <w:pPr>
        <w:spacing w:after="20" w:line="240" w:lineRule="auto"/>
        <w:rPr>
          <w:sz w:val="23"/>
          <w:szCs w:val="23"/>
        </w:rPr>
      </w:pPr>
    </w:p>
    <w:p w:rsidR="00700A77" w:rsidRPr="00700A77" w:rsidRDefault="00700A77">
      <w:pPr>
        <w:spacing w:after="20" w:line="240" w:lineRule="auto"/>
        <w:rPr>
          <w:sz w:val="23"/>
          <w:szCs w:val="23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4932"/>
        <w:gridCol w:w="2835"/>
        <w:gridCol w:w="1417"/>
      </w:tblGrid>
      <w:tr w:rsidR="008621F1" w:rsidRPr="00700A77" w:rsidTr="00700A77">
        <w:trPr>
          <w:tblHeader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jc w:val="center"/>
              <w:rPr>
                <w:sz w:val="23"/>
                <w:szCs w:val="23"/>
              </w:rPr>
            </w:pPr>
            <w:r w:rsidRPr="00700A77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jc w:val="center"/>
              <w:rPr>
                <w:sz w:val="23"/>
                <w:szCs w:val="23"/>
              </w:rPr>
            </w:pPr>
            <w:r w:rsidRPr="00700A77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jc w:val="center"/>
              <w:rPr>
                <w:sz w:val="23"/>
                <w:szCs w:val="23"/>
              </w:rPr>
            </w:pPr>
            <w:r w:rsidRPr="00700A77">
              <w:rPr>
                <w:b/>
                <w:sz w:val="23"/>
                <w:szCs w:val="23"/>
              </w:rPr>
              <w:t>Имя файла / реквизиты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jc w:val="center"/>
              <w:rPr>
                <w:sz w:val="23"/>
                <w:szCs w:val="23"/>
              </w:rPr>
            </w:pPr>
            <w:r w:rsidRPr="00700A77">
              <w:rPr>
                <w:b/>
                <w:sz w:val="23"/>
                <w:szCs w:val="23"/>
              </w:rPr>
              <w:t>Кол-во файлов / листов</w:t>
            </w:r>
          </w:p>
        </w:tc>
      </w:tr>
      <w:tr w:rsidR="008621F1" w:rsidRPr="00700A77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1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Заявка на участие (Форма 1)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2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Предложение по критериям оценки (Форма 2)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3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Сведения об опыте (Форма 3) и подтверждающие документы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700A77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4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Анкета участника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5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Декларация о соответствии установленным требованиям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6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Документ о применении УСН (при наличии / применимости)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7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Документы о полномочиях руководителя / представителя; доверенность (при необходимости)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8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Учредительные документы со всеми действующими изменениями (для юридического лица)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9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Документ, удостоверяющий личность; согласие на обработку персональных данных (если применимо)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10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Решение об одобрении крупной сделки либо письмо о том, что одобрение не требуется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11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Выписка из ЕГРЮЛ / ЕГРИП в соответствии с требованиями Информационной карты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12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Документы, подтверждающие соответствие обязательным требованиям (если применимо)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13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Документы по критериям оценки: деловая репутация, численность персонала и иные подтверждения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  <w:tr w:rsidR="008621F1" w:rsidRPr="00665841" w:rsidTr="00700A77">
        <w:trPr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</w:rPr>
            </w:pPr>
            <w:r w:rsidRPr="00700A77">
              <w:rPr>
                <w:sz w:val="23"/>
                <w:szCs w:val="23"/>
              </w:rPr>
              <w:t>14</w:t>
            </w:r>
          </w:p>
        </w:tc>
        <w:tc>
          <w:tcPr>
            <w:tcW w:w="493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040F1F">
            <w:pPr>
              <w:rPr>
                <w:sz w:val="23"/>
                <w:szCs w:val="23"/>
                <w:lang w:val="ru-RU"/>
              </w:rPr>
            </w:pPr>
            <w:r w:rsidRPr="00700A77">
              <w:rPr>
                <w:sz w:val="23"/>
                <w:szCs w:val="23"/>
                <w:lang w:val="ru-RU"/>
              </w:rPr>
              <w:t>Заполненный проект договора в формате *.</w:t>
            </w:r>
            <w:r w:rsidRPr="00700A77">
              <w:rPr>
                <w:sz w:val="23"/>
                <w:szCs w:val="23"/>
              </w:rPr>
              <w:t>doc</w:t>
            </w:r>
          </w:p>
        </w:tc>
        <w:tc>
          <w:tcPr>
            <w:tcW w:w="28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F5B4B" w:rsidRPr="00700A77" w:rsidRDefault="00DF5B4B">
            <w:pPr>
              <w:rPr>
                <w:sz w:val="23"/>
                <w:szCs w:val="23"/>
                <w:lang w:val="ru-RU"/>
              </w:rPr>
            </w:pPr>
          </w:p>
        </w:tc>
      </w:tr>
    </w:tbl>
    <w:p w:rsidR="00DF5B4B" w:rsidRPr="00700A77" w:rsidRDefault="00040F1F">
      <w:pPr>
        <w:spacing w:before="80" w:after="20" w:line="240" w:lineRule="auto"/>
        <w:rPr>
          <w:sz w:val="23"/>
          <w:szCs w:val="23"/>
          <w:lang w:val="ru-RU"/>
        </w:rPr>
      </w:pPr>
      <w:r w:rsidRPr="00700A77">
        <w:rPr>
          <w:sz w:val="23"/>
          <w:szCs w:val="23"/>
          <w:lang w:val="ru-RU"/>
        </w:rPr>
        <w:t>Участник закупки / уполномоченный представитель: __________________________  __________________________</w:t>
      </w:r>
      <w:r w:rsidRPr="00700A77">
        <w:rPr>
          <w:sz w:val="23"/>
          <w:szCs w:val="23"/>
          <w:lang w:val="ru-RU"/>
        </w:rPr>
        <w:br/>
        <w:t xml:space="preserve">                                                              (подпись)                              (Ф.И.О.)</w:t>
      </w:r>
      <w:r w:rsidRPr="00700A77">
        <w:rPr>
          <w:sz w:val="23"/>
          <w:szCs w:val="23"/>
          <w:lang w:val="ru-RU"/>
        </w:rPr>
        <w:br/>
        <w:t>Должность: __________________________     М.П. (при наличии)</w:t>
      </w:r>
    </w:p>
    <w:p w:rsidR="00DF5B4B" w:rsidRPr="00700A77" w:rsidRDefault="00040F1F">
      <w:pPr>
        <w:rPr>
          <w:sz w:val="23"/>
          <w:szCs w:val="23"/>
          <w:lang w:val="ru-RU"/>
        </w:rPr>
      </w:pPr>
      <w:r w:rsidRPr="00700A77">
        <w:rPr>
          <w:sz w:val="23"/>
          <w:szCs w:val="23"/>
          <w:lang w:val="ru-RU"/>
        </w:rPr>
        <w:br w:type="page"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17"/>
        <w:gridCol w:w="5246"/>
      </w:tblGrid>
      <w:tr w:rsidR="00162B1C" w:rsidRPr="00665841" w:rsidTr="00E73C9E">
        <w:trPr>
          <w:jc w:val="right"/>
        </w:trPr>
        <w:tc>
          <w:tcPr>
            <w:tcW w:w="47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162B1C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lastRenderedPageBreak/>
              <w:t>На бланке участника закупки</w:t>
            </w:r>
          </w:p>
        </w:tc>
        <w:tc>
          <w:tcPr>
            <w:tcW w:w="524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162B1C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В закупочную комиссию</w:t>
            </w:r>
          </w:p>
          <w:p w:rsidR="00162B1C" w:rsidRPr="002E6EC1" w:rsidRDefault="00040F1F" w:rsidP="00162B1C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ООО «ЭКОГРАД-Н»</w:t>
            </w:r>
          </w:p>
        </w:tc>
      </w:tr>
      <w:tr w:rsidR="00162B1C" w:rsidRPr="002E6EC1" w:rsidTr="00E73C9E">
        <w:trPr>
          <w:jc w:val="right"/>
        </w:trPr>
        <w:tc>
          <w:tcPr>
            <w:tcW w:w="47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162B1C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Дата, исх. Номер</w:t>
            </w:r>
          </w:p>
        </w:tc>
        <w:tc>
          <w:tcPr>
            <w:tcW w:w="524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162B1C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</w:tbl>
    <w:p w:rsidR="00162B1C" w:rsidRPr="00665841" w:rsidRDefault="00040F1F" w:rsidP="007F17D8">
      <w:pPr>
        <w:spacing w:after="20" w:line="240" w:lineRule="auto"/>
        <w:jc w:val="center"/>
        <w:rPr>
          <w:b/>
          <w:bCs/>
          <w:sz w:val="23"/>
          <w:szCs w:val="23"/>
          <w:lang w:val="ru-RU"/>
        </w:rPr>
      </w:pPr>
      <w:r w:rsidRPr="00665841">
        <w:rPr>
          <w:b/>
          <w:bCs/>
          <w:sz w:val="23"/>
          <w:szCs w:val="23"/>
          <w:lang w:val="ru-RU"/>
        </w:rPr>
        <w:t>Анкета Участника</w:t>
      </w:r>
    </w:p>
    <w:p w:rsidR="00700A77" w:rsidRPr="00665841" w:rsidRDefault="00700A77" w:rsidP="007F17D8">
      <w:pPr>
        <w:spacing w:after="20" w:line="240" w:lineRule="auto"/>
        <w:jc w:val="center"/>
        <w:rPr>
          <w:b/>
          <w:bCs/>
          <w:sz w:val="23"/>
          <w:szCs w:val="23"/>
          <w:lang w:val="ru-RU"/>
        </w:rPr>
      </w:pPr>
    </w:p>
    <w:p w:rsidR="00162B1C" w:rsidRDefault="00040F1F" w:rsidP="002E6EC1">
      <w:pPr>
        <w:spacing w:after="20" w:line="240" w:lineRule="auto"/>
        <w:ind w:left="284"/>
        <w:rPr>
          <w:rFonts w:cs="Times New Roman"/>
          <w:sz w:val="23"/>
          <w:szCs w:val="23"/>
          <w:lang w:val="ru-RU"/>
        </w:rPr>
      </w:pPr>
      <w:r w:rsidRPr="002E6EC1">
        <w:rPr>
          <w:rFonts w:cs="Times New Roman"/>
          <w:sz w:val="23"/>
          <w:szCs w:val="23"/>
          <w:lang w:val="ru-RU"/>
        </w:rPr>
        <w:t xml:space="preserve">(Предоставляется в формате </w:t>
      </w:r>
      <w:r w:rsidRPr="002E6EC1">
        <w:rPr>
          <w:rFonts w:cs="Times New Roman"/>
          <w:sz w:val="23"/>
          <w:szCs w:val="23"/>
        </w:rPr>
        <w:t>WORD</w:t>
      </w:r>
      <w:r w:rsidRPr="002E6EC1">
        <w:rPr>
          <w:rFonts w:cs="Times New Roman"/>
          <w:sz w:val="23"/>
          <w:szCs w:val="23"/>
          <w:lang w:val="ru-RU"/>
        </w:rPr>
        <w:t xml:space="preserve"> и </w:t>
      </w:r>
      <w:r w:rsidRPr="002E6EC1">
        <w:rPr>
          <w:rFonts w:cs="Times New Roman"/>
          <w:sz w:val="23"/>
          <w:szCs w:val="23"/>
        </w:rPr>
        <w:t>PDF</w:t>
      </w:r>
      <w:r w:rsidRPr="002E6EC1">
        <w:rPr>
          <w:rFonts w:cs="Times New Roman"/>
          <w:sz w:val="23"/>
          <w:szCs w:val="23"/>
          <w:lang w:val="ru-RU"/>
        </w:rPr>
        <w:t>)</w:t>
      </w:r>
    </w:p>
    <w:p w:rsidR="00700A77" w:rsidRPr="002E6EC1" w:rsidRDefault="00700A77" w:rsidP="002E6EC1">
      <w:pPr>
        <w:spacing w:after="20" w:line="240" w:lineRule="auto"/>
        <w:ind w:left="284"/>
        <w:rPr>
          <w:rFonts w:cs="Times New Roman"/>
          <w:sz w:val="23"/>
          <w:szCs w:val="23"/>
          <w:lang w:val="ru-RU"/>
        </w:rPr>
      </w:pPr>
    </w:p>
    <w:tbl>
      <w:tblPr>
        <w:tblW w:w="9923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9"/>
        <w:gridCol w:w="3714"/>
      </w:tblGrid>
      <w:tr w:rsidR="00162B1C" w:rsidRPr="002E6EC1" w:rsidTr="002E6EC1">
        <w:trPr>
          <w:cantSplit/>
          <w:trHeight w:val="240"/>
          <w:tblHeader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Наименование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 xml:space="preserve">Сведения об Участнике </w:t>
            </w:r>
          </w:p>
        </w:tc>
      </w:tr>
      <w:tr w:rsidR="00162B1C" w:rsidRPr="0066584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 xml:space="preserve">Организационно-правовая форма и фирменное наименование Участника 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2E6EC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Уставной капитал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66584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2E6EC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Орган государственной регистрации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66584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bookmarkStart w:id="1" w:name="_Toc354996231"/>
            <w:bookmarkStart w:id="2" w:name="_Toc358962727"/>
            <w:bookmarkStart w:id="3" w:name="_Toc444076623"/>
            <w:bookmarkStart w:id="4" w:name="_Toc477338322"/>
            <w:bookmarkStart w:id="5" w:name="_Toc532803478"/>
            <w:bookmarkStart w:id="6" w:name="_Toc2582779"/>
            <w:bookmarkStart w:id="7" w:name="_Toc14337336"/>
            <w:r w:rsidRPr="002E6EC1">
              <w:rPr>
                <w:rFonts w:cs="Times New Roman"/>
                <w:sz w:val="23"/>
                <w:szCs w:val="23"/>
                <w:lang w:val="ru-RU"/>
              </w:rPr>
              <w:t>Рег. номер и дата регистрации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Дата постановки на налоговый учет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2E6EC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ИНН __________________</w:t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КПП___________________</w:t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ОГРН__________________</w:t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ОКПО_________________</w:t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ОКВЭД ________________</w:t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ОГРН__________________</w:t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ОКТМО_________________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2E6EC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Банковские реквизиты</w:t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 xml:space="preserve"> р/с </w:t>
            </w:r>
            <w:r w:rsidRPr="002E6EC1">
              <w:rPr>
                <w:rFonts w:cs="Times New Roman"/>
                <w:sz w:val="23"/>
                <w:szCs w:val="23"/>
                <w:lang w:val="ru-RU"/>
              </w:rPr>
              <w:tab/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 xml:space="preserve">наименование банка </w:t>
            </w:r>
            <w:r w:rsidRPr="002E6EC1">
              <w:rPr>
                <w:rFonts w:cs="Times New Roman"/>
                <w:sz w:val="23"/>
                <w:szCs w:val="23"/>
                <w:lang w:val="ru-RU"/>
              </w:rPr>
              <w:tab/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БИК________________</w:t>
            </w:r>
          </w:p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 xml:space="preserve"> к/с __________________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2E6EC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Юридический адрес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2E6EC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Фактический адрес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2E6EC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>Почтовый адрес (для корреспонденции)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66584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Филиалы, представительства: перечислить наименования и почтовые адреса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Телефоны (с</w:t>
            </w:r>
            <w:r w:rsidRPr="002E6EC1">
              <w:rPr>
                <w:rFonts w:cs="Times New Roman"/>
                <w:sz w:val="23"/>
                <w:szCs w:val="23"/>
              </w:rPr>
              <w:t> </w:t>
            </w:r>
            <w:r w:rsidRPr="002E6EC1">
              <w:rPr>
                <w:rFonts w:cs="Times New Roman"/>
                <w:sz w:val="23"/>
                <w:szCs w:val="23"/>
                <w:lang w:val="ru-RU"/>
              </w:rPr>
              <w:t>указанием кода города)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2E6EC1">
        <w:trPr>
          <w:cantSplit/>
          <w:trHeight w:val="116"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Факс (с указанием кода города)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2E6EC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2E6EC1">
              <w:rPr>
                <w:rFonts w:cs="Times New Roman"/>
                <w:sz w:val="23"/>
                <w:szCs w:val="23"/>
              </w:rPr>
              <w:t xml:space="preserve">Адрес электронной почты 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665841" w:rsidTr="002E6EC1">
        <w:trPr>
          <w:cantSplit/>
        </w:trPr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Фамилия, Имя и Отчество руководителя (с указанием должности, имеющего право подписи согласно учредительным документам Участника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2E6EC1">
        <w:trPr>
          <w:cantSplit/>
        </w:trPr>
        <w:tc>
          <w:tcPr>
            <w:tcW w:w="62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2E6EC1">
              <w:rPr>
                <w:rFonts w:cs="Times New Roman"/>
                <w:sz w:val="23"/>
                <w:szCs w:val="23"/>
                <w:lang w:val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2E6EC1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</w:tbl>
    <w:p w:rsidR="002E6EC1" w:rsidRDefault="002E6EC1" w:rsidP="007F17D8">
      <w:pPr>
        <w:widowControl w:val="0"/>
        <w:snapToGrid w:val="0"/>
        <w:spacing w:after="20" w:line="240" w:lineRule="auto"/>
        <w:jc w:val="both"/>
        <w:rPr>
          <w:rFonts w:cs="Times New Roman"/>
          <w:b/>
          <w:bCs/>
          <w:sz w:val="23"/>
          <w:szCs w:val="23"/>
          <w:u w:val="single"/>
          <w:lang w:val="ru-RU" w:eastAsia="ru-RU"/>
        </w:rPr>
      </w:pPr>
    </w:p>
    <w:p w:rsidR="007F17D8" w:rsidRPr="002E6EC1" w:rsidRDefault="00040F1F" w:rsidP="007F17D8">
      <w:pPr>
        <w:widowControl w:val="0"/>
        <w:snapToGrid w:val="0"/>
        <w:spacing w:after="20" w:line="240" w:lineRule="auto"/>
        <w:jc w:val="both"/>
        <w:rPr>
          <w:rFonts w:cs="Times New Roman"/>
          <w:sz w:val="23"/>
          <w:szCs w:val="23"/>
          <w:lang w:val="ru-RU" w:eastAsia="ru-RU"/>
        </w:rPr>
      </w:pPr>
      <w:r w:rsidRPr="002E6EC1">
        <w:rPr>
          <w:rFonts w:cs="Times New Roman"/>
          <w:b/>
          <w:bCs/>
          <w:sz w:val="23"/>
          <w:szCs w:val="23"/>
          <w:u w:val="single"/>
          <w:lang w:val="ru-RU" w:eastAsia="ru-RU"/>
        </w:rPr>
        <w:lastRenderedPageBreak/>
        <w:t>Примечание:</w:t>
      </w:r>
      <w:r w:rsidRPr="002E6EC1">
        <w:rPr>
          <w:rFonts w:cs="Times New Roman"/>
          <w:sz w:val="23"/>
          <w:szCs w:val="23"/>
          <w:lang w:val="ru-RU" w:eastAsia="ru-RU"/>
        </w:rPr>
        <w:tab/>
      </w:r>
      <w:r w:rsidR="002E6EC1">
        <w:rPr>
          <w:rFonts w:cs="Times New Roman"/>
          <w:sz w:val="23"/>
          <w:szCs w:val="23"/>
          <w:lang w:val="ru-RU" w:eastAsia="ru-RU"/>
        </w:rPr>
        <w:t>Участник закупки</w:t>
      </w:r>
      <w:r w:rsidRPr="002E6EC1">
        <w:rPr>
          <w:rFonts w:cs="Times New Roman"/>
          <w:sz w:val="23"/>
          <w:szCs w:val="23"/>
          <w:lang w:val="ru-RU" w:eastAsia="ru-RU"/>
        </w:rPr>
        <w:t xml:space="preserve"> гарантирует достоверность представленных данных.</w:t>
      </w:r>
    </w:p>
    <w:p w:rsidR="007F17D8" w:rsidRPr="002E6EC1" w:rsidRDefault="00040F1F" w:rsidP="007F17D8">
      <w:pPr>
        <w:widowControl w:val="0"/>
        <w:autoSpaceDE w:val="0"/>
        <w:autoSpaceDN w:val="0"/>
        <w:snapToGrid w:val="0"/>
        <w:spacing w:after="20" w:line="240" w:lineRule="auto"/>
        <w:ind w:left="1184"/>
        <w:jc w:val="both"/>
        <w:rPr>
          <w:rFonts w:cs="Times New Roman"/>
          <w:sz w:val="23"/>
          <w:szCs w:val="23"/>
          <w:lang w:val="ru-RU" w:eastAsia="ru-RU"/>
        </w:rPr>
      </w:pPr>
      <w:r w:rsidRPr="002E6EC1">
        <w:rPr>
          <w:rFonts w:cs="Times New Roman"/>
          <w:bCs/>
          <w:sz w:val="23"/>
          <w:szCs w:val="23"/>
          <w:lang w:val="ru-RU" w:eastAsia="ru-RU"/>
        </w:rPr>
        <w:t xml:space="preserve">ООО «ЭКОГРАД-Н» </w:t>
      </w:r>
      <w:r w:rsidRPr="002E6EC1">
        <w:rPr>
          <w:rFonts w:cs="Times New Roman"/>
          <w:sz w:val="23"/>
          <w:szCs w:val="23"/>
          <w:lang w:val="ru-RU" w:eastAsia="ru-RU"/>
        </w:rPr>
        <w:t>имеет право на проверку всех сведений, указанных в анкете.</w:t>
      </w:r>
    </w:p>
    <w:p w:rsidR="007F17D8" w:rsidRPr="002E6EC1" w:rsidRDefault="006D795D" w:rsidP="007F17D8">
      <w:pPr>
        <w:widowControl w:val="0"/>
        <w:snapToGrid w:val="0"/>
        <w:spacing w:after="20" w:line="240" w:lineRule="auto"/>
        <w:jc w:val="both"/>
        <w:rPr>
          <w:rFonts w:cs="Times New Roman"/>
          <w:sz w:val="23"/>
          <w:szCs w:val="23"/>
          <w:lang w:val="ru-RU" w:eastAsia="ru-RU"/>
        </w:rPr>
      </w:pPr>
    </w:p>
    <w:p w:rsidR="007F17D8" w:rsidRPr="002E6EC1" w:rsidRDefault="00040F1F" w:rsidP="007F17D8">
      <w:pPr>
        <w:widowControl w:val="0"/>
        <w:snapToGrid w:val="0"/>
        <w:spacing w:after="20" w:line="240" w:lineRule="auto"/>
        <w:rPr>
          <w:rFonts w:cs="Times New Roman"/>
          <w:sz w:val="23"/>
          <w:szCs w:val="23"/>
          <w:lang w:val="ru-RU" w:eastAsia="ru-RU"/>
        </w:rPr>
      </w:pPr>
      <w:r w:rsidRPr="002E6EC1">
        <w:rPr>
          <w:rFonts w:cs="Times New Roman"/>
          <w:sz w:val="23"/>
          <w:szCs w:val="23"/>
          <w:lang w:val="ru-RU" w:eastAsia="ru-RU"/>
        </w:rPr>
        <w:t xml:space="preserve">Участник закупки </w:t>
      </w:r>
    </w:p>
    <w:p w:rsidR="007F17D8" w:rsidRPr="002E6EC1" w:rsidRDefault="00040F1F" w:rsidP="007F17D8">
      <w:pPr>
        <w:keepNext/>
        <w:widowControl w:val="0"/>
        <w:snapToGrid w:val="0"/>
        <w:spacing w:after="20" w:line="240" w:lineRule="auto"/>
        <w:rPr>
          <w:rFonts w:cs="Times New Roman"/>
          <w:sz w:val="23"/>
          <w:szCs w:val="23"/>
          <w:lang w:val="ru-RU" w:eastAsia="ru-RU"/>
        </w:rPr>
      </w:pPr>
      <w:r w:rsidRPr="002E6EC1">
        <w:rPr>
          <w:rFonts w:cs="Times New Roman"/>
          <w:sz w:val="23"/>
          <w:szCs w:val="23"/>
          <w:lang w:val="ru-RU" w:eastAsia="ru-RU"/>
        </w:rPr>
        <w:t>(уполномоченный представитель) __________________________ (Фамилия И.О.)</w:t>
      </w:r>
    </w:p>
    <w:p w:rsidR="007F17D8" w:rsidRPr="002E6EC1" w:rsidRDefault="00040F1F" w:rsidP="007F17D8">
      <w:pPr>
        <w:widowControl w:val="0"/>
        <w:suppressAutoHyphens/>
        <w:snapToGrid w:val="0"/>
        <w:spacing w:after="20" w:line="240" w:lineRule="auto"/>
        <w:rPr>
          <w:rFonts w:cs="Times New Roman"/>
          <w:sz w:val="23"/>
          <w:szCs w:val="23"/>
          <w:lang w:val="ru-RU" w:eastAsia="ru-RU"/>
        </w:rPr>
      </w:pPr>
      <w:r w:rsidRPr="002E6EC1">
        <w:rPr>
          <w:rFonts w:cs="Times New Roman"/>
          <w:sz w:val="23"/>
          <w:szCs w:val="23"/>
          <w:lang w:val="ru-RU" w:eastAsia="ru-RU"/>
        </w:rPr>
        <w:t xml:space="preserve">(должность)    </w:t>
      </w:r>
    </w:p>
    <w:p w:rsidR="007F17D8" w:rsidRPr="002E6EC1" w:rsidRDefault="00040F1F" w:rsidP="007F17D8">
      <w:pPr>
        <w:widowControl w:val="0"/>
        <w:suppressAutoHyphens/>
        <w:snapToGrid w:val="0"/>
        <w:spacing w:after="20" w:line="240" w:lineRule="auto"/>
        <w:rPr>
          <w:rFonts w:cs="Times New Roman"/>
          <w:sz w:val="23"/>
          <w:szCs w:val="23"/>
          <w:lang w:val="ru-RU" w:eastAsia="ru-RU"/>
        </w:rPr>
      </w:pPr>
      <w:r w:rsidRPr="002E6EC1">
        <w:rPr>
          <w:rFonts w:cs="Times New Roman"/>
          <w:sz w:val="23"/>
          <w:szCs w:val="23"/>
          <w:lang w:val="ru-RU" w:eastAsia="ru-RU"/>
        </w:rPr>
        <w:t xml:space="preserve">М.п.                                                     (подпись) </w:t>
      </w:r>
    </w:p>
    <w:p w:rsidR="00162B1C" w:rsidRDefault="00040F1F" w:rsidP="007F17D8">
      <w:pPr>
        <w:spacing w:after="20" w:line="240" w:lineRule="auto"/>
        <w:jc w:val="center"/>
        <w:rPr>
          <w:rFonts w:cs="Times New Roman"/>
          <w:sz w:val="23"/>
          <w:szCs w:val="23"/>
          <w:lang w:val="ru-RU"/>
        </w:rPr>
      </w:pPr>
      <w:r w:rsidRPr="008621F1">
        <w:rPr>
          <w:sz w:val="20"/>
          <w:lang w:val="ru-RU"/>
        </w:rPr>
        <w:br w:type="page"/>
      </w:r>
      <w:r w:rsidRPr="00700A77">
        <w:rPr>
          <w:rFonts w:cs="Times New Roman"/>
          <w:sz w:val="23"/>
          <w:szCs w:val="23"/>
          <w:lang w:val="ru-RU"/>
        </w:rPr>
        <w:lastRenderedPageBreak/>
        <w:t>(для физических лиц и индивидуальных предпринимателей)</w:t>
      </w:r>
    </w:p>
    <w:p w:rsidR="00700A77" w:rsidRDefault="00700A77" w:rsidP="007F17D8">
      <w:pPr>
        <w:spacing w:after="20" w:line="240" w:lineRule="auto"/>
        <w:jc w:val="center"/>
        <w:rPr>
          <w:rFonts w:cs="Times New Roman"/>
          <w:sz w:val="23"/>
          <w:szCs w:val="23"/>
          <w:lang w:val="ru-RU"/>
        </w:rPr>
      </w:pPr>
    </w:p>
    <w:p w:rsidR="00700A77" w:rsidRPr="00700A77" w:rsidRDefault="00700A77" w:rsidP="007F17D8">
      <w:pPr>
        <w:spacing w:after="20" w:line="240" w:lineRule="auto"/>
        <w:jc w:val="center"/>
        <w:rPr>
          <w:rFonts w:cs="Times New Roman"/>
          <w:sz w:val="23"/>
          <w:szCs w:val="23"/>
          <w:lang w:val="ru-RU"/>
        </w:rPr>
      </w:pPr>
    </w:p>
    <w:tbl>
      <w:tblPr>
        <w:tblW w:w="9781" w:type="dxa"/>
        <w:tblInd w:w="7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42" w:type="dxa"/>
          <w:right w:w="42" w:type="dxa"/>
        </w:tblCellMar>
        <w:tblLook w:val="00A0" w:firstRow="1" w:lastRow="0" w:firstColumn="1" w:lastColumn="0" w:noHBand="0" w:noVBand="0"/>
      </w:tblPr>
      <w:tblGrid>
        <w:gridCol w:w="6288"/>
        <w:gridCol w:w="3493"/>
      </w:tblGrid>
      <w:tr w:rsidR="00162B1C" w:rsidRPr="00700A77" w:rsidTr="00700A77">
        <w:trPr>
          <w:trHeight w:val="34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>Фамилия, имя, отчество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700A77" w:rsidTr="00700A77">
        <w:trPr>
          <w:trHeight w:val="34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>Дата рождения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700A77" w:rsidTr="00700A77">
        <w:trPr>
          <w:trHeight w:val="34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>Место рождения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700A77" w:rsidTr="00700A77">
        <w:trPr>
          <w:trHeight w:val="34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>Гражданство (подданство)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700A77" w:rsidTr="00700A77">
        <w:trPr>
          <w:trHeight w:val="34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>Место жительства (регистрации)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700A77" w:rsidTr="00700A77">
        <w:trPr>
          <w:trHeight w:val="34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>Место пребывания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700A77" w:rsidTr="00700A77">
        <w:trPr>
          <w:trHeight w:val="34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>Почтовый адрес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665841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Сведения о документе, удостоверяющем личность (наименование, серия и номер, орган, выдавший документ, дата выдачи документа, код подразделения (если имеется)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Сведения о документе, подтверждающем право иностранного гражданина или лица без гражданства на пребывание (проживание) в РФ (номер документа, дата начала срока действия права пребывания (проживания), дата окончания срока действия права пребывания (проживания)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Данные миграционной карты (для иностранных граждан): номер карты, дата начала срока пребывания и дата окончания срока пребывания.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Идентификационный номер налогоплательщика (если имеется) (графа обязательна к заполнению индивидуальными предпринимателями)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Сведения о регистрации в качестве индивидуального предпринимателя: дата регистрации, государственный регистрационный номер, наименование регистрирующего органа, место регистрации (графа заполняется только индивидуальными предпринимателями)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Сведения о лицензии на право осуществления деятельности, подлежащей лицензированию: вид, номер, дата выдачи лицензии, кем выдана, срок действия, перечень видов лицензируемой деятельности (графа заполняется только индивидуальными предпринимателями)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 xml:space="preserve">Номера контактных телефонов и факсов 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700A77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 xml:space="preserve">Адрес электронной почты 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  <w:tr w:rsidR="00162B1C" w:rsidRPr="00665841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Основные виды деятельности (графа заполняется только индивидуальными предпринимателями)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665841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Банковские реквизиты (графа заполняется только индивидуальными предпринимателями)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</w:p>
        </w:tc>
      </w:tr>
      <w:tr w:rsidR="00162B1C" w:rsidRPr="00700A77" w:rsidTr="00700A77">
        <w:trPr>
          <w:trHeight w:val="360"/>
        </w:trPr>
        <w:tc>
          <w:tcPr>
            <w:tcW w:w="62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>Дата заполнения анкеты</w:t>
            </w:r>
          </w:p>
        </w:tc>
        <w:tc>
          <w:tcPr>
            <w:tcW w:w="34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7F17D8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</w:tbl>
    <w:p w:rsidR="007F17D8" w:rsidRPr="00700A77" w:rsidRDefault="006D795D" w:rsidP="00162B1C">
      <w:pPr>
        <w:spacing w:after="20" w:line="240" w:lineRule="auto"/>
        <w:rPr>
          <w:rFonts w:cs="Times New Roman"/>
          <w:sz w:val="23"/>
          <w:szCs w:val="23"/>
        </w:rPr>
      </w:pPr>
    </w:p>
    <w:p w:rsidR="00162B1C" w:rsidRPr="00700A77" w:rsidRDefault="00040F1F" w:rsidP="00162B1C">
      <w:pPr>
        <w:spacing w:after="20" w:line="240" w:lineRule="auto"/>
        <w:rPr>
          <w:rFonts w:cs="Times New Roman"/>
          <w:sz w:val="23"/>
          <w:szCs w:val="23"/>
        </w:rPr>
      </w:pPr>
      <w:r w:rsidRPr="00700A77">
        <w:rPr>
          <w:rFonts w:cs="Times New Roman"/>
          <w:sz w:val="23"/>
          <w:szCs w:val="23"/>
        </w:rPr>
        <w:t xml:space="preserve">Участник закупки </w:t>
      </w:r>
    </w:p>
    <w:p w:rsidR="00162B1C" w:rsidRPr="00700A77" w:rsidRDefault="00040F1F" w:rsidP="00162B1C">
      <w:pPr>
        <w:spacing w:after="20" w:line="240" w:lineRule="auto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lastRenderedPageBreak/>
        <w:t>(уполномоченный представитель) __________________________ (Фамилия И.О.)</w:t>
      </w:r>
    </w:p>
    <w:p w:rsidR="00162B1C" w:rsidRPr="00700A77" w:rsidRDefault="00040F1F" w:rsidP="007F17D8">
      <w:pPr>
        <w:spacing w:after="20" w:line="240" w:lineRule="auto"/>
        <w:rPr>
          <w:rFonts w:cs="Times New Roman"/>
          <w:sz w:val="23"/>
          <w:szCs w:val="23"/>
        </w:rPr>
      </w:pPr>
      <w:r w:rsidRPr="00700A77">
        <w:rPr>
          <w:rFonts w:cs="Times New Roman"/>
          <w:sz w:val="23"/>
          <w:szCs w:val="23"/>
        </w:rPr>
        <w:t xml:space="preserve">(должность)    </w:t>
      </w:r>
    </w:p>
    <w:p w:rsidR="00162B1C" w:rsidRPr="00700A77" w:rsidRDefault="00040F1F" w:rsidP="007F17D8">
      <w:pPr>
        <w:spacing w:after="20" w:line="240" w:lineRule="auto"/>
        <w:rPr>
          <w:rFonts w:cs="Times New Roman"/>
          <w:sz w:val="23"/>
          <w:szCs w:val="23"/>
        </w:rPr>
      </w:pPr>
      <w:r w:rsidRPr="00700A77">
        <w:rPr>
          <w:rFonts w:cs="Times New Roman"/>
          <w:sz w:val="23"/>
          <w:szCs w:val="23"/>
        </w:rPr>
        <w:t xml:space="preserve">М.п.                                                     (подпись) </w:t>
      </w:r>
    </w:p>
    <w:p w:rsidR="00162B1C" w:rsidRPr="00162B1C" w:rsidRDefault="00040F1F" w:rsidP="00162B1C">
      <w:pPr>
        <w:spacing w:after="20" w:line="240" w:lineRule="auto"/>
      </w:pPr>
      <w:r w:rsidRPr="00162B1C">
        <w:rPr>
          <w:sz w:val="20"/>
        </w:rPr>
        <w:br w:type="page"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17"/>
        <w:gridCol w:w="5246"/>
      </w:tblGrid>
      <w:tr w:rsidR="00162B1C" w:rsidRPr="00665841" w:rsidTr="00E73C9E">
        <w:trPr>
          <w:jc w:val="right"/>
        </w:trPr>
        <w:tc>
          <w:tcPr>
            <w:tcW w:w="47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162B1C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lastRenderedPageBreak/>
              <w:t>На бланке участника закупки</w:t>
            </w:r>
          </w:p>
        </w:tc>
        <w:tc>
          <w:tcPr>
            <w:tcW w:w="524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162B1C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В закупочную комиссию</w:t>
            </w:r>
          </w:p>
          <w:p w:rsidR="00162B1C" w:rsidRPr="00700A77" w:rsidRDefault="00040F1F" w:rsidP="00162B1C">
            <w:pPr>
              <w:spacing w:after="0" w:line="240" w:lineRule="auto"/>
              <w:rPr>
                <w:rFonts w:cs="Times New Roman"/>
                <w:sz w:val="23"/>
                <w:szCs w:val="23"/>
                <w:lang w:val="ru-RU"/>
              </w:rPr>
            </w:pPr>
            <w:r w:rsidRPr="00700A77">
              <w:rPr>
                <w:rFonts w:cs="Times New Roman"/>
                <w:sz w:val="23"/>
                <w:szCs w:val="23"/>
                <w:lang w:val="ru-RU"/>
              </w:rPr>
              <w:t>ООО «ЭКОГРАД-Н»</w:t>
            </w:r>
          </w:p>
        </w:tc>
      </w:tr>
      <w:tr w:rsidR="00162B1C" w:rsidRPr="00700A77" w:rsidTr="00E73C9E">
        <w:trPr>
          <w:jc w:val="right"/>
        </w:trPr>
        <w:tc>
          <w:tcPr>
            <w:tcW w:w="47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040F1F" w:rsidP="00162B1C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700A77">
              <w:rPr>
                <w:rFonts w:cs="Times New Roman"/>
                <w:sz w:val="23"/>
                <w:szCs w:val="23"/>
              </w:rPr>
              <w:t>Дата, исх. Номер</w:t>
            </w:r>
          </w:p>
        </w:tc>
        <w:tc>
          <w:tcPr>
            <w:tcW w:w="524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2B1C" w:rsidRPr="00700A77" w:rsidRDefault="006D795D" w:rsidP="00162B1C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</w:p>
        </w:tc>
      </w:tr>
    </w:tbl>
    <w:p w:rsidR="00162B1C" w:rsidRPr="00162B1C" w:rsidRDefault="006D795D" w:rsidP="00162B1C">
      <w:pPr>
        <w:spacing w:after="20" w:line="240" w:lineRule="auto"/>
      </w:pPr>
    </w:p>
    <w:p w:rsidR="00162B1C" w:rsidRPr="00665841" w:rsidRDefault="00040F1F" w:rsidP="00177B3C">
      <w:pPr>
        <w:spacing w:after="20" w:line="240" w:lineRule="auto"/>
        <w:jc w:val="center"/>
        <w:rPr>
          <w:rFonts w:cs="Times New Roman"/>
          <w:b/>
          <w:bCs/>
          <w:sz w:val="23"/>
          <w:szCs w:val="23"/>
          <w:lang w:val="ru-RU"/>
        </w:rPr>
      </w:pPr>
      <w:r w:rsidRPr="00665841">
        <w:rPr>
          <w:rFonts w:cs="Times New Roman"/>
          <w:b/>
          <w:bCs/>
          <w:sz w:val="23"/>
          <w:szCs w:val="23"/>
          <w:lang w:val="ru-RU"/>
        </w:rPr>
        <w:t>ДЕКЛАРАЦИЯ</w:t>
      </w:r>
    </w:p>
    <w:p w:rsidR="00FC1482" w:rsidRPr="00665841" w:rsidRDefault="006D795D" w:rsidP="00FC1482">
      <w:pPr>
        <w:tabs>
          <w:tab w:val="left" w:pos="572"/>
        </w:tabs>
        <w:spacing w:after="20" w:line="240" w:lineRule="auto"/>
        <w:jc w:val="both"/>
        <w:rPr>
          <w:rFonts w:cs="Times New Roman"/>
          <w:sz w:val="23"/>
          <w:szCs w:val="23"/>
          <w:lang w:val="ru-RU"/>
        </w:rPr>
      </w:pPr>
    </w:p>
    <w:p w:rsidR="00FC1482" w:rsidRPr="00700A77" w:rsidRDefault="00040F1F" w:rsidP="00FC1482">
      <w:pPr>
        <w:spacing w:after="20" w:line="240" w:lineRule="auto"/>
        <w:ind w:firstLine="567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 xml:space="preserve">Настоящим подтверждаем, что ________ [указать наименование Участника закупки] соответствует приведенным ниже требованиям на дату подачи Заявки на участие в запросе предложений: 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-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закупки;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1.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2. неприостановление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3.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4.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5.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 xml:space="preserve">6.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Под выгодоприобретателями </w:t>
      </w:r>
      <w:r w:rsidRPr="00700A77">
        <w:rPr>
          <w:rFonts w:cs="Times New Roman"/>
          <w:sz w:val="23"/>
          <w:szCs w:val="23"/>
          <w:lang w:val="ru-RU"/>
        </w:rPr>
        <w:lastRenderedPageBreak/>
        <w:t>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7.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лица, предусмотренном статьей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в реестре недобросовестных поставщиков, предусмотренном статьей 5 Федерального закона от 18.07.2011 г. № 223-ФЗ «О закупках товаров, работ, услуг отдельными видами юридических лиц»;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8.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9) 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а) пункта 2 Указа Президента РФ от 03.05.2022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организацией, находящейся под контролем таких лиц.</w:t>
      </w:r>
    </w:p>
    <w:p w:rsidR="00FC1482" w:rsidRPr="00700A77" w:rsidRDefault="00040F1F" w:rsidP="00FC1482">
      <w:pPr>
        <w:tabs>
          <w:tab w:val="left" w:pos="572"/>
        </w:tabs>
        <w:spacing w:after="20" w:line="240" w:lineRule="auto"/>
        <w:ind w:left="3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10) участник закупки не должен являться иностранным агентом в соответствии с Федеральным законом от 14 июля 2022 года №255-ФЗ «О контроле за деятельностью лиц, находящихся под иностранным влиянием».</w:t>
      </w:r>
    </w:p>
    <w:p w:rsidR="006E45D0" w:rsidRPr="00700A77" w:rsidRDefault="00700A77">
      <w:pPr>
        <w:spacing w:after="20" w:line="240" w:lineRule="auto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11) </w:t>
      </w:r>
      <w:r w:rsidR="00040F1F" w:rsidRPr="00700A77">
        <w:rPr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У</w:t>
      </w:r>
      <w:r w:rsidR="00040F1F" w:rsidRPr="00700A77">
        <w:rPr>
          <w:sz w:val="23"/>
          <w:szCs w:val="23"/>
          <w:lang w:val="ru-RU"/>
        </w:rPr>
        <w:t xml:space="preserve">частник подтверждает, что не является офшорной компанией </w:t>
      </w:r>
    </w:p>
    <w:p w:rsidR="00FC1482" w:rsidRPr="00700A77" w:rsidRDefault="006D795D" w:rsidP="00FC1482">
      <w:pPr>
        <w:spacing w:after="20" w:line="240" w:lineRule="auto"/>
        <w:rPr>
          <w:sz w:val="23"/>
          <w:szCs w:val="23"/>
          <w:lang w:val="ru-RU"/>
        </w:rPr>
      </w:pPr>
    </w:p>
    <w:p w:rsidR="00FC1482" w:rsidRPr="00700A77" w:rsidRDefault="00040F1F" w:rsidP="00FC1482">
      <w:pPr>
        <w:spacing w:after="20" w:line="240" w:lineRule="auto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 xml:space="preserve">Участник закупки </w:t>
      </w:r>
    </w:p>
    <w:p w:rsidR="00FC1482" w:rsidRPr="00700A77" w:rsidRDefault="00040F1F" w:rsidP="00FC1482">
      <w:pPr>
        <w:spacing w:after="20" w:line="240" w:lineRule="auto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(уполномоченный представитель) __________________________ (Фамилия И.О.)</w:t>
      </w:r>
    </w:p>
    <w:p w:rsidR="00FC1482" w:rsidRPr="00700A77" w:rsidRDefault="00040F1F" w:rsidP="00FC1482">
      <w:pPr>
        <w:spacing w:after="20" w:line="240" w:lineRule="auto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 xml:space="preserve">(должность)    </w:t>
      </w:r>
    </w:p>
    <w:p w:rsidR="00FC1482" w:rsidRPr="00700A77" w:rsidRDefault="00040F1F" w:rsidP="00FC1482">
      <w:pPr>
        <w:spacing w:after="20" w:line="240" w:lineRule="auto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 xml:space="preserve">М.п.                                                     (подпись) </w:t>
      </w:r>
    </w:p>
    <w:p w:rsidR="00FC1482" w:rsidRPr="00700A77" w:rsidRDefault="00040F1F" w:rsidP="00FC1482">
      <w:pPr>
        <w:spacing w:after="20" w:line="240" w:lineRule="auto"/>
        <w:rPr>
          <w:sz w:val="23"/>
          <w:szCs w:val="23"/>
          <w:lang w:val="ru-RU"/>
        </w:rPr>
      </w:pPr>
      <w:r w:rsidRPr="00700A77">
        <w:rPr>
          <w:sz w:val="23"/>
          <w:szCs w:val="23"/>
          <w:lang w:val="ru-RU"/>
        </w:rPr>
        <w:br w:type="page"/>
      </w:r>
    </w:p>
    <w:p w:rsidR="00FC1482" w:rsidRPr="00700A77" w:rsidRDefault="006D795D" w:rsidP="00700A77">
      <w:pPr>
        <w:spacing w:after="20" w:line="240" w:lineRule="auto"/>
        <w:ind w:left="284"/>
        <w:rPr>
          <w:sz w:val="23"/>
          <w:szCs w:val="23"/>
          <w:lang w:val="ru-RU"/>
        </w:rPr>
      </w:pP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b/>
          <w:bCs/>
          <w:sz w:val="23"/>
          <w:szCs w:val="23"/>
          <w:lang w:val="ru-RU"/>
        </w:rPr>
      </w:pPr>
      <w:r w:rsidRPr="00700A77">
        <w:rPr>
          <w:rFonts w:cs="Times New Roman"/>
          <w:b/>
          <w:bCs/>
          <w:sz w:val="23"/>
          <w:szCs w:val="23"/>
          <w:lang w:val="ru-RU"/>
        </w:rPr>
        <w:t>ДОВЕРЕННОСТЬ</w:t>
      </w:r>
    </w:p>
    <w:p w:rsidR="00177B3C" w:rsidRPr="00700A77" w:rsidRDefault="006D795D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" ____ " ___________________ 20___ г.</w:t>
      </w: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Исх. № ______________</w:t>
      </w:r>
      <w:r w:rsidRPr="00700A77">
        <w:rPr>
          <w:rFonts w:cs="Times New Roman"/>
          <w:sz w:val="23"/>
          <w:szCs w:val="23"/>
          <w:lang w:val="ru-RU"/>
        </w:rPr>
        <w:tab/>
      </w:r>
    </w:p>
    <w:p w:rsidR="00177B3C" w:rsidRPr="00700A77" w:rsidRDefault="006D795D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</w:p>
    <w:p w:rsidR="00177B3C" w:rsidRPr="00700A77" w:rsidRDefault="006D795D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ДОВЕРЕННОСТЬ № ____</w:t>
      </w: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____________________________________________________________________________</w:t>
      </w: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(наименование города, прописью число, месяц и год выдачи доверенности)</w:t>
      </w: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Юридическое лицо – Участник запроса предложений: ______________________________________________</w:t>
      </w: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______________________________________________________________________________,</w:t>
      </w: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(наименование юридического лица)</w:t>
      </w: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в лице ______________________________________________________________________,</w:t>
      </w: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(фамилия, имя, должность)</w:t>
      </w: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действующий на основании _________________________________________доверяет ______________________________________________________________________________</w:t>
      </w: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(фамилия, имя, отчество, должность)</w:t>
      </w: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паспорт серии ______ №_________ выдан ______________ "____" ______ 20__ г.</w:t>
      </w: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представлять интересы ______________________________________________________________,</w:t>
      </w: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(наименование организации)</w:t>
      </w: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том числе подписывать заявку на участие в запросе предложений ____________________________________,</w:t>
      </w: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(наименование запроса предложений, реестровый номер закупки)</w:t>
      </w: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проводимым Заказчиком (ООО «ЭКОГРАД-Н»)</w:t>
      </w:r>
    </w:p>
    <w:p w:rsidR="00177B3C" w:rsidRPr="00700A77" w:rsidRDefault="006D795D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</w:p>
    <w:p w:rsidR="00177B3C" w:rsidRPr="00700A77" w:rsidRDefault="006D795D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Подпись __________________________________________________ удостоверяем.</w:t>
      </w: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(Ф.И.О. удостоверяемого) (Подпись удостоверяемого)</w:t>
      </w:r>
    </w:p>
    <w:p w:rsidR="00177B3C" w:rsidRPr="00700A77" w:rsidRDefault="006D795D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Доверенность действительна по "____" ____________________ _____ г.</w:t>
      </w:r>
    </w:p>
    <w:p w:rsidR="00177B3C" w:rsidRPr="00700A77" w:rsidRDefault="006D795D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</w:p>
    <w:p w:rsidR="00177B3C" w:rsidRPr="00700A77" w:rsidRDefault="006D795D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</w:p>
    <w:p w:rsidR="00177B3C" w:rsidRPr="00700A77" w:rsidRDefault="006D795D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</w:p>
    <w:p w:rsidR="00177B3C" w:rsidRPr="00700A77" w:rsidRDefault="00040F1F" w:rsidP="00700A77">
      <w:pPr>
        <w:spacing w:after="20" w:line="240" w:lineRule="auto"/>
        <w:ind w:left="284" w:right="-1"/>
        <w:jc w:val="both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Руководитель __________________ ___________________________</w:t>
      </w:r>
    </w:p>
    <w:p w:rsidR="00177B3C" w:rsidRPr="00700A77" w:rsidRDefault="00040F1F" w:rsidP="00700A77">
      <w:pPr>
        <w:spacing w:after="20" w:line="240" w:lineRule="auto"/>
        <w:ind w:left="284" w:right="-1"/>
        <w:jc w:val="center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t>(должность) (подпись) (Ф.И.О.)</w:t>
      </w:r>
    </w:p>
    <w:p w:rsidR="000B4185" w:rsidRPr="00700A77" w:rsidRDefault="00040F1F" w:rsidP="00700A77">
      <w:pPr>
        <w:spacing w:after="20" w:line="240" w:lineRule="auto"/>
        <w:ind w:left="284"/>
        <w:rPr>
          <w:rFonts w:cs="Times New Roman"/>
          <w:sz w:val="23"/>
          <w:szCs w:val="23"/>
          <w:lang w:val="ru-RU"/>
        </w:rPr>
      </w:pPr>
      <w:r w:rsidRPr="00700A77">
        <w:rPr>
          <w:rFonts w:cs="Times New Roman"/>
          <w:sz w:val="23"/>
          <w:szCs w:val="23"/>
          <w:lang w:val="ru-RU"/>
        </w:rPr>
        <w:br w:type="page"/>
      </w:r>
    </w:p>
    <w:p w:rsidR="000B4185" w:rsidRPr="008621F1" w:rsidRDefault="00040F1F" w:rsidP="000B4185">
      <w:pPr>
        <w:spacing w:after="20" w:line="240" w:lineRule="auto"/>
        <w:ind w:right="45"/>
        <w:jc w:val="center"/>
        <w:rPr>
          <w:rFonts w:cs="Times New Roman"/>
          <w:b/>
          <w:sz w:val="24"/>
          <w:szCs w:val="24"/>
          <w:lang w:val="ru-RU"/>
        </w:rPr>
      </w:pPr>
      <w:r w:rsidRPr="008621F1">
        <w:rPr>
          <w:rFonts w:cs="Times New Roman"/>
          <w:b/>
          <w:sz w:val="24"/>
          <w:szCs w:val="24"/>
          <w:lang w:val="ru-RU"/>
        </w:rPr>
        <w:lastRenderedPageBreak/>
        <w:t>СОГЛАСИЕ</w:t>
      </w:r>
    </w:p>
    <w:p w:rsidR="000B4185" w:rsidRPr="008621F1" w:rsidRDefault="00040F1F" w:rsidP="000B4185">
      <w:pPr>
        <w:spacing w:after="20" w:line="240" w:lineRule="auto"/>
        <w:ind w:right="45"/>
        <w:jc w:val="center"/>
        <w:rPr>
          <w:rFonts w:cs="Times New Roman"/>
          <w:b/>
          <w:sz w:val="24"/>
          <w:szCs w:val="24"/>
          <w:lang w:val="ru-RU"/>
        </w:rPr>
      </w:pPr>
      <w:r w:rsidRPr="008621F1">
        <w:rPr>
          <w:rFonts w:cs="Times New Roman"/>
          <w:b/>
          <w:sz w:val="24"/>
          <w:szCs w:val="24"/>
          <w:lang w:val="ru-RU"/>
        </w:rPr>
        <w:t>на обработку персональных данных</w:t>
      </w:r>
    </w:p>
    <w:p w:rsidR="000B4185" w:rsidRPr="008621F1" w:rsidRDefault="006D795D" w:rsidP="000B4185">
      <w:pPr>
        <w:spacing w:after="20" w:line="240" w:lineRule="auto"/>
        <w:ind w:right="45"/>
        <w:jc w:val="both"/>
        <w:rPr>
          <w:rFonts w:cs="Times New Roman"/>
          <w:sz w:val="24"/>
          <w:szCs w:val="24"/>
          <w:lang w:val="ru-RU"/>
        </w:rPr>
      </w:pPr>
    </w:p>
    <w:p w:rsidR="000B4185" w:rsidRPr="008621F1" w:rsidRDefault="00040F1F" w:rsidP="000B4185">
      <w:pPr>
        <w:tabs>
          <w:tab w:val="left" w:pos="8931"/>
        </w:tabs>
        <w:spacing w:after="20" w:line="240" w:lineRule="auto"/>
        <w:ind w:right="45"/>
        <w:jc w:val="both"/>
        <w:rPr>
          <w:rFonts w:cs="Times New Roman"/>
          <w:sz w:val="24"/>
          <w:szCs w:val="24"/>
          <w:u w:val="single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>Я, нижеподписавшийся</w:t>
      </w:r>
      <w:r w:rsidRPr="008621F1">
        <w:rPr>
          <w:rFonts w:cs="Times New Roman"/>
          <w:sz w:val="24"/>
          <w:szCs w:val="24"/>
          <w:u w:val="single"/>
          <w:lang w:val="ru-RU"/>
        </w:rPr>
        <w:tab/>
      </w:r>
    </w:p>
    <w:p w:rsidR="000B4185" w:rsidRPr="008621F1" w:rsidRDefault="00040F1F" w:rsidP="000B4185">
      <w:pPr>
        <w:tabs>
          <w:tab w:val="left" w:pos="3969"/>
        </w:tabs>
        <w:spacing w:after="20" w:line="240" w:lineRule="auto"/>
        <w:ind w:right="45"/>
        <w:jc w:val="both"/>
        <w:rPr>
          <w:rFonts w:cs="Times New Roman"/>
          <w:sz w:val="24"/>
          <w:szCs w:val="24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ab/>
        <w:t>(фамилия, имя, отчество)</w:t>
      </w:r>
    </w:p>
    <w:p w:rsidR="000B4185" w:rsidRPr="008621F1" w:rsidRDefault="00040F1F" w:rsidP="000B4185">
      <w:pPr>
        <w:tabs>
          <w:tab w:val="left" w:pos="8931"/>
        </w:tabs>
        <w:spacing w:after="20" w:line="240" w:lineRule="auto"/>
        <w:ind w:right="45"/>
        <w:jc w:val="both"/>
        <w:rPr>
          <w:rFonts w:cs="Times New Roman"/>
          <w:sz w:val="24"/>
          <w:szCs w:val="24"/>
          <w:u w:val="single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>паспорт_____________№__________________дата выдачи</w:t>
      </w:r>
      <w:r w:rsidRPr="008621F1">
        <w:rPr>
          <w:rFonts w:cs="Times New Roman"/>
          <w:sz w:val="24"/>
          <w:szCs w:val="24"/>
          <w:u w:val="single"/>
          <w:lang w:val="ru-RU"/>
        </w:rPr>
        <w:tab/>
      </w:r>
    </w:p>
    <w:p w:rsidR="000B4185" w:rsidRPr="008621F1" w:rsidRDefault="00040F1F" w:rsidP="000B4185">
      <w:pPr>
        <w:tabs>
          <w:tab w:val="left" w:pos="8931"/>
        </w:tabs>
        <w:spacing w:after="20" w:line="240" w:lineRule="auto"/>
        <w:ind w:right="45"/>
        <w:jc w:val="both"/>
        <w:rPr>
          <w:rFonts w:cs="Times New Roman"/>
          <w:sz w:val="24"/>
          <w:szCs w:val="24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>название выдавшего органа</w:t>
      </w:r>
      <w:r w:rsidRPr="008621F1">
        <w:rPr>
          <w:rFonts w:cs="Times New Roman"/>
          <w:sz w:val="24"/>
          <w:szCs w:val="24"/>
          <w:u w:val="single"/>
          <w:lang w:val="ru-RU"/>
        </w:rPr>
        <w:tab/>
      </w:r>
      <w:r w:rsidRPr="008621F1">
        <w:rPr>
          <w:rFonts w:cs="Times New Roman"/>
          <w:sz w:val="24"/>
          <w:szCs w:val="24"/>
          <w:lang w:val="ru-RU"/>
        </w:rPr>
        <w:t>,</w:t>
      </w:r>
    </w:p>
    <w:p w:rsidR="000B4185" w:rsidRPr="008621F1" w:rsidRDefault="00040F1F" w:rsidP="000B4185">
      <w:pPr>
        <w:spacing w:after="20" w:line="240" w:lineRule="auto"/>
        <w:ind w:right="45"/>
        <w:jc w:val="both"/>
        <w:rPr>
          <w:rFonts w:cs="Times New Roman"/>
          <w:sz w:val="24"/>
          <w:szCs w:val="24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 xml:space="preserve">в соответствии с требованиями статьи 9 федерального закона от 27 июля 2006 г. «О персональных данных» № 152-ФЗ, подтверждаю своё согласие на обработку </w:t>
      </w:r>
      <w:r w:rsidRPr="008621F1">
        <w:rPr>
          <w:rFonts w:cs="Times New Roman"/>
          <w:bCs/>
          <w:sz w:val="24"/>
          <w:szCs w:val="24"/>
          <w:lang w:val="ru-RU"/>
        </w:rPr>
        <w:t>ООО «ЭКОГРАД-Н»</w:t>
      </w:r>
      <w:r w:rsidRPr="008621F1">
        <w:rPr>
          <w:rFonts w:cs="Times New Roman"/>
          <w:sz w:val="24"/>
          <w:szCs w:val="24"/>
          <w:lang w:val="ru-RU"/>
        </w:rPr>
        <w:t xml:space="preserve"> (далее - Оператор) моих персональных данных, включающих фамилию, имя, отчество, дату рождения, паспортные данные при условии, что их обработка осуществляется лицом в </w:t>
      </w:r>
      <w:r w:rsidRPr="008621F1">
        <w:rPr>
          <w:rFonts w:cs="Times New Roman"/>
          <w:bCs/>
          <w:sz w:val="24"/>
          <w:szCs w:val="24"/>
          <w:lang w:val="ru-RU"/>
        </w:rPr>
        <w:t>ООО «ЭКОГРАД-Н»</w:t>
      </w:r>
      <w:r w:rsidRPr="008621F1">
        <w:rPr>
          <w:rFonts w:cs="Times New Roman"/>
          <w:sz w:val="24"/>
          <w:szCs w:val="24"/>
          <w:lang w:val="ru-RU"/>
        </w:rPr>
        <w:t xml:space="preserve">, обязанным сохранять коммерческую тайну. В процессе осуществления Оператором закупочной деятельности я предоставляю право работникам Оператора передавать мои персональные данные, содержащие сведения, составляющие персональные данные другим должностным лицам Оператора, в интересах осуществления Оператором закупочной деятельности. </w:t>
      </w:r>
    </w:p>
    <w:p w:rsidR="000B4185" w:rsidRPr="008621F1" w:rsidRDefault="00040F1F" w:rsidP="000B4185">
      <w:pPr>
        <w:spacing w:after="20" w:line="240" w:lineRule="auto"/>
        <w:ind w:right="45" w:firstLine="708"/>
        <w:jc w:val="both"/>
        <w:rPr>
          <w:rFonts w:cs="Times New Roman"/>
          <w:sz w:val="24"/>
          <w:szCs w:val="24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:rsidR="000B4185" w:rsidRPr="008621F1" w:rsidRDefault="00040F1F" w:rsidP="000B4185">
      <w:pPr>
        <w:spacing w:after="20" w:line="240" w:lineRule="auto"/>
        <w:ind w:right="45" w:firstLine="708"/>
        <w:jc w:val="both"/>
        <w:rPr>
          <w:rFonts w:cs="Times New Roman"/>
          <w:sz w:val="24"/>
          <w:szCs w:val="24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>Оператор вправе обрабатывать мои персональные данные посредством внесения их в электронную базу данных, включения в списки (реестры).</w:t>
      </w:r>
    </w:p>
    <w:p w:rsidR="000B4185" w:rsidRPr="008621F1" w:rsidRDefault="00040F1F" w:rsidP="000B4185">
      <w:pPr>
        <w:spacing w:after="20" w:line="240" w:lineRule="auto"/>
        <w:ind w:right="45" w:firstLine="708"/>
        <w:jc w:val="both"/>
        <w:rPr>
          <w:rFonts w:cs="Times New Roman"/>
          <w:sz w:val="24"/>
          <w:szCs w:val="24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>Срок хранения моих персональных данных соответствует сроку хранения документов, связанных с осуществлением Оператором закупочной деятельности.</w:t>
      </w:r>
    </w:p>
    <w:p w:rsidR="000B4185" w:rsidRPr="008621F1" w:rsidRDefault="00040F1F" w:rsidP="000B4185">
      <w:pPr>
        <w:spacing w:after="20" w:line="240" w:lineRule="auto"/>
        <w:ind w:right="45" w:firstLine="708"/>
        <w:jc w:val="both"/>
        <w:rPr>
          <w:rFonts w:cs="Times New Roman"/>
          <w:sz w:val="24"/>
          <w:szCs w:val="24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0B4185" w:rsidRPr="008621F1" w:rsidRDefault="00040F1F" w:rsidP="000B4185">
      <w:pPr>
        <w:spacing w:after="20" w:line="240" w:lineRule="auto"/>
        <w:ind w:right="45"/>
        <w:jc w:val="both"/>
        <w:rPr>
          <w:rFonts w:cs="Times New Roman"/>
          <w:sz w:val="24"/>
          <w:szCs w:val="24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>Настоящее согласие дано мной и действует с «__» _____20____г./ бессрочно.</w:t>
      </w:r>
    </w:p>
    <w:p w:rsidR="000B4185" w:rsidRPr="008621F1" w:rsidRDefault="00040F1F" w:rsidP="000B4185">
      <w:pPr>
        <w:spacing w:after="20" w:line="240" w:lineRule="auto"/>
        <w:ind w:right="45" w:firstLine="708"/>
        <w:jc w:val="both"/>
        <w:rPr>
          <w:rFonts w:cs="Times New Roman"/>
          <w:sz w:val="24"/>
          <w:szCs w:val="24"/>
          <w:lang w:val="ru-RU"/>
        </w:rPr>
      </w:pPr>
      <w:r w:rsidRPr="008621F1">
        <w:rPr>
          <w:rFonts w:cs="Times New Roman"/>
          <w:sz w:val="24"/>
          <w:szCs w:val="24"/>
          <w:lang w:val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 </w:t>
      </w:r>
    </w:p>
    <w:p w:rsidR="000B4185" w:rsidRPr="000B4185" w:rsidRDefault="00040F1F" w:rsidP="000B4185">
      <w:pPr>
        <w:spacing w:after="20" w:line="240" w:lineRule="auto"/>
        <w:ind w:right="45"/>
        <w:jc w:val="both"/>
        <w:rPr>
          <w:rFonts w:cs="Times New Roman"/>
          <w:sz w:val="24"/>
          <w:szCs w:val="24"/>
        </w:rPr>
      </w:pPr>
      <w:r w:rsidRPr="000B4185">
        <w:rPr>
          <w:rFonts w:cs="Times New Roman"/>
          <w:sz w:val="24"/>
          <w:szCs w:val="24"/>
        </w:rPr>
        <w:t>__________________________________________________</w:t>
      </w:r>
    </w:p>
    <w:p w:rsidR="007F17D8" w:rsidRPr="007F17D8" w:rsidRDefault="00040F1F" w:rsidP="002708E4">
      <w:pPr>
        <w:shd w:val="clear" w:color="auto" w:fill="FFFFFF"/>
        <w:spacing w:after="20" w:line="240" w:lineRule="auto"/>
        <w:rPr>
          <w:rFonts w:cs="Times New Roman"/>
        </w:rPr>
      </w:pPr>
      <w:r w:rsidRPr="000B4185">
        <w:rPr>
          <w:rFonts w:cs="Times New Roman"/>
          <w:sz w:val="24"/>
          <w:szCs w:val="24"/>
        </w:rPr>
        <w:t>Подпись субъекта персональных данных</w:t>
      </w:r>
    </w:p>
    <w:sectPr w:rsidR="007F17D8" w:rsidRPr="007F17D8" w:rsidSect="00034616">
      <w:pgSz w:w="11906" w:h="16838"/>
      <w:pgMar w:top="850" w:right="850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95D" w:rsidRDefault="006D795D">
      <w:pPr>
        <w:spacing w:after="0" w:line="240" w:lineRule="auto"/>
      </w:pPr>
      <w:r>
        <w:separator/>
      </w:r>
    </w:p>
  </w:endnote>
  <w:endnote w:type="continuationSeparator" w:id="0">
    <w:p w:rsidR="006D795D" w:rsidRDefault="006D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95D" w:rsidRDefault="006D795D">
      <w:pPr>
        <w:spacing w:after="0" w:line="240" w:lineRule="auto"/>
      </w:pPr>
      <w:r>
        <w:separator/>
      </w:r>
    </w:p>
  </w:footnote>
  <w:footnote w:type="continuationSeparator" w:id="0">
    <w:p w:rsidR="006D795D" w:rsidRDefault="006D7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0F1F"/>
    <w:rsid w:val="0006063C"/>
    <w:rsid w:val="0015074B"/>
    <w:rsid w:val="0029639D"/>
    <w:rsid w:val="002E6EC1"/>
    <w:rsid w:val="00326F90"/>
    <w:rsid w:val="005E4080"/>
    <w:rsid w:val="00665841"/>
    <w:rsid w:val="006D795D"/>
    <w:rsid w:val="00700A77"/>
    <w:rsid w:val="00732697"/>
    <w:rsid w:val="008621F1"/>
    <w:rsid w:val="00AA1D8D"/>
    <w:rsid w:val="00B47730"/>
    <w:rsid w:val="00CB0664"/>
    <w:rsid w:val="00DF5B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C0446"/>
  <w14:defaultImageDpi w14:val="300"/>
  <w15:docId w15:val="{D34B394C-D9D4-4801-B401-4EF991BE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EC8644-884D-430E-A5CD-C2A82696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13</Pages>
  <Words>3247</Words>
  <Characters>18511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 Windows</cp:lastModifiedBy>
  <cp:revision>5</cp:revision>
  <dcterms:created xsi:type="dcterms:W3CDTF">2013-12-23T23:15:00Z</dcterms:created>
  <dcterms:modified xsi:type="dcterms:W3CDTF">2026-09-04T07:27:00Z</dcterms:modified>
  <cp:category/>
</cp:coreProperties>
</file>