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F9B3F" w14:textId="77777777" w:rsidR="00264877" w:rsidRPr="00127F00" w:rsidRDefault="00000000" w:rsidP="00127F00">
      <w:pPr>
        <w:jc w:val="right"/>
        <w:rPr>
          <w:lang w:val="ru-RU"/>
        </w:rPr>
      </w:pPr>
      <w:r w:rsidRPr="00127F00">
        <w:rPr>
          <w:sz w:val="20"/>
          <w:lang w:val="ru-RU"/>
        </w:rPr>
        <w:t>Приложение № 3 к извещению</w:t>
      </w:r>
    </w:p>
    <w:p w14:paraId="3AA383EC" w14:textId="77777777" w:rsidR="00264877" w:rsidRPr="00127F00" w:rsidRDefault="00000000" w:rsidP="00127F00">
      <w:pPr>
        <w:jc w:val="center"/>
        <w:rPr>
          <w:lang w:val="ru-RU"/>
        </w:rPr>
      </w:pPr>
      <w:r w:rsidRPr="00127F00">
        <w:rPr>
          <w:b/>
          <w:sz w:val="28"/>
          <w:lang w:val="ru-RU"/>
        </w:rPr>
        <w:t>ПРОЕКТ ДОГОВОРА</w:t>
      </w:r>
    </w:p>
    <w:p w14:paraId="2E08CBE1" w14:textId="77777777" w:rsidR="00264877" w:rsidRPr="00127F00" w:rsidRDefault="00000000" w:rsidP="00127F00">
      <w:pPr>
        <w:jc w:val="center"/>
        <w:rPr>
          <w:lang w:val="ru-RU"/>
        </w:rPr>
      </w:pPr>
      <w:r w:rsidRPr="00127F00">
        <w:rPr>
          <w:b/>
          <w:lang w:val="ru-RU"/>
        </w:rPr>
        <w:t>Договор № ___</w:t>
      </w:r>
      <w:r w:rsidRPr="00127F00">
        <w:rPr>
          <w:b/>
          <w:lang w:val="ru-RU"/>
        </w:rPr>
        <w:br/>
        <w:t>поставки высоковольтной установки для испытания кабелей из сшитого полиэтилена</w:t>
      </w:r>
    </w:p>
    <w:p w14:paraId="228233BB" w14:textId="1664E7C3" w:rsidR="00264877" w:rsidRPr="00127F00" w:rsidRDefault="00000000" w:rsidP="00127F00">
      <w:pPr>
        <w:jc w:val="both"/>
        <w:rPr>
          <w:lang w:val="ru-RU"/>
        </w:rPr>
      </w:pPr>
      <w:r w:rsidRPr="00127F00">
        <w:rPr>
          <w:b/>
          <w:lang w:val="ru-RU"/>
        </w:rPr>
        <w:t>г. Черкесск</w:t>
      </w:r>
      <w:r w:rsidRPr="00127F00">
        <w:rPr>
          <w:lang w:val="ru-RU"/>
        </w:rPr>
        <w:t xml:space="preserve">                                        </w:t>
      </w:r>
      <w:r w:rsidR="00127F00" w:rsidRPr="00127F00">
        <w:rPr>
          <w:lang w:val="ru-RU"/>
        </w:rPr>
        <w:t xml:space="preserve">                                                                             </w:t>
      </w:r>
      <w:r w:rsidRPr="00127F00">
        <w:rPr>
          <w:lang w:val="ru-RU"/>
        </w:rPr>
        <w:t xml:space="preserve">     "___" __________ 2026 г.</w:t>
      </w:r>
    </w:p>
    <w:p w14:paraId="7807613A" w14:textId="77777777" w:rsidR="00264877" w:rsidRPr="00127F00" w:rsidRDefault="00000000" w:rsidP="00127F00">
      <w:pPr>
        <w:jc w:val="both"/>
        <w:rPr>
          <w:lang w:val="ru-RU"/>
        </w:rPr>
      </w:pPr>
      <w:r w:rsidRPr="00127F00">
        <w:rPr>
          <w:lang w:val="ru-RU"/>
        </w:rPr>
        <w:t>Акционерное общество «Распределительная сетевая компания», именуемое в дальнейшем «Заказчик», в лице генерального директора Аверченкова Вячеслава Александровича, действующего на основании Устава и Приказа № 71 от 17.04.2024, с одной стороны, и ______________________, именуемый(</w:t>
      </w:r>
      <w:proofErr w:type="spellStart"/>
      <w:r w:rsidRPr="00127F00">
        <w:rPr>
          <w:lang w:val="ru-RU"/>
        </w:rPr>
        <w:t>ое</w:t>
      </w:r>
      <w:proofErr w:type="spellEnd"/>
      <w:r w:rsidRPr="00127F00">
        <w:rPr>
          <w:lang w:val="ru-RU"/>
        </w:rPr>
        <w:t>) в дальнейшем «Поставщик», в лице ______________________, действующего на основании __________________, с другой стороны, совместно именуемые «Стороны», заключили настоящий Договор о нижеследующем:</w:t>
      </w:r>
    </w:p>
    <w:p w14:paraId="4E29D52C" w14:textId="77777777" w:rsidR="00264877" w:rsidRPr="00127F00" w:rsidRDefault="00000000" w:rsidP="00127F00">
      <w:pPr>
        <w:spacing w:after="0" w:line="240" w:lineRule="auto"/>
        <w:ind w:firstLine="426"/>
        <w:jc w:val="center"/>
        <w:rPr>
          <w:lang w:val="ru-RU"/>
        </w:rPr>
      </w:pPr>
      <w:r w:rsidRPr="00127F00">
        <w:rPr>
          <w:b/>
          <w:sz w:val="24"/>
          <w:lang w:val="ru-RU"/>
        </w:rPr>
        <w:t>1. ПРЕДМЕТ ДОГОВОРА</w:t>
      </w:r>
    </w:p>
    <w:p w14:paraId="35E3D06D" w14:textId="77777777" w:rsidR="00264877" w:rsidRPr="00127F00" w:rsidRDefault="00000000" w:rsidP="00127F00">
      <w:pPr>
        <w:spacing w:after="0" w:line="240" w:lineRule="auto"/>
        <w:ind w:firstLine="1134"/>
        <w:jc w:val="both"/>
        <w:rPr>
          <w:lang w:val="ru-RU"/>
        </w:rPr>
      </w:pPr>
      <w:r w:rsidRPr="00127F00">
        <w:rPr>
          <w:sz w:val="24"/>
          <w:lang w:val="ru-RU"/>
        </w:rPr>
        <w:t>1.1. Поставщик обязуется в установленный настоящим Договором срок передать в собственность Заказчика высоковольтную установку для испытания кабелей из сшитого полиэтилена АИСТ СНЧ 36 или эквивалент (далее – Товар) в количестве 1 (одной) штуки, а Заказчик обязуется принять Товар при условии его соответствия требованиям Договора и оплатить его в порядке и сроки, установленные Договором.</w:t>
      </w:r>
    </w:p>
    <w:p w14:paraId="7FBFBE76" w14:textId="77777777" w:rsidR="00264877" w:rsidRPr="00127F00" w:rsidRDefault="00000000" w:rsidP="00127F00">
      <w:pPr>
        <w:spacing w:after="0" w:line="240" w:lineRule="auto"/>
        <w:ind w:firstLine="1134"/>
        <w:jc w:val="both"/>
        <w:rPr>
          <w:lang w:val="ru-RU"/>
        </w:rPr>
      </w:pPr>
      <w:r w:rsidRPr="00127F00">
        <w:rPr>
          <w:sz w:val="24"/>
          <w:lang w:val="ru-RU"/>
        </w:rPr>
        <w:t>1.2. Наименование, функциональные, технические, качественные и эксплуатационные характеристики, комплектность, требования к документам, упаковке, маркировке, поверке, гарантии и иные требования к Товару определяются Техническим заданием (Приложение № 1 к Договору, соответствующее Приложению № 2 к извещению о закупке).</w:t>
      </w:r>
    </w:p>
    <w:p w14:paraId="79FA9F0A" w14:textId="77777777" w:rsidR="00264877" w:rsidRPr="00127F00" w:rsidRDefault="00000000" w:rsidP="00127F00">
      <w:pPr>
        <w:spacing w:after="0" w:line="240" w:lineRule="auto"/>
        <w:ind w:firstLine="1134"/>
        <w:jc w:val="both"/>
        <w:rPr>
          <w:lang w:val="ru-RU"/>
        </w:rPr>
      </w:pPr>
      <w:r w:rsidRPr="00127F00">
        <w:rPr>
          <w:sz w:val="24"/>
          <w:lang w:val="ru-RU"/>
        </w:rPr>
        <w:t>1.3. Поставляемый Товар должен быть новым, ранее не использованным, не бывшим в ремонте, не восстановленным, не находившимся на длительном хранении, не иметь следов эксплуатации, быть свободным от прав и притязаний третьих лиц, не находиться под арестом, в залоге либо под иным обременением.</w:t>
      </w:r>
    </w:p>
    <w:p w14:paraId="1EB42B4F" w14:textId="77777777" w:rsidR="00264877" w:rsidRPr="00127F00" w:rsidRDefault="00000000" w:rsidP="00127F00">
      <w:pPr>
        <w:spacing w:after="0" w:line="240" w:lineRule="auto"/>
        <w:ind w:firstLine="1134"/>
        <w:jc w:val="both"/>
        <w:rPr>
          <w:lang w:val="ru-RU"/>
        </w:rPr>
      </w:pPr>
      <w:r w:rsidRPr="00127F00">
        <w:rPr>
          <w:sz w:val="24"/>
          <w:lang w:val="ru-RU"/>
        </w:rPr>
        <w:t>1.4. Поставщик гарантирует, что на дату передачи Товара Заказчику он имеет законные основания для распоряжения Товаром и его передача Заказчику не нарушает исключительных, имущественных и иных прав третьих лиц.</w:t>
      </w:r>
    </w:p>
    <w:p w14:paraId="00EE461A" w14:textId="77777777" w:rsidR="00264877" w:rsidRPr="00127F00" w:rsidRDefault="00000000" w:rsidP="00127F00">
      <w:pPr>
        <w:spacing w:after="0" w:line="240" w:lineRule="auto"/>
        <w:ind w:firstLine="1134"/>
        <w:jc w:val="both"/>
        <w:rPr>
          <w:lang w:val="ru-RU"/>
        </w:rPr>
      </w:pPr>
      <w:r w:rsidRPr="00127F00">
        <w:rPr>
          <w:sz w:val="24"/>
          <w:lang w:val="ru-RU"/>
        </w:rPr>
        <w:t>1.5. Если в Техническом задании содержится указание на товарный знак, модель, производителя либо конкретное техническое решение со словами «или эквивалент», поставка эквивалентного Товара допускается только при условии его полного соответствия установленным в Техническом задании показателям эквивалентности и иным обязательным требованиям.</w:t>
      </w:r>
    </w:p>
    <w:p w14:paraId="50040319" w14:textId="77777777" w:rsidR="00264877" w:rsidRPr="00127F00" w:rsidRDefault="00000000" w:rsidP="00127F00">
      <w:pPr>
        <w:spacing w:after="0" w:line="240" w:lineRule="auto"/>
        <w:ind w:firstLine="1134"/>
        <w:jc w:val="center"/>
        <w:rPr>
          <w:lang w:val="ru-RU"/>
        </w:rPr>
      </w:pPr>
      <w:r w:rsidRPr="00127F00">
        <w:rPr>
          <w:b/>
          <w:sz w:val="24"/>
          <w:lang w:val="ru-RU"/>
        </w:rPr>
        <w:t>2. ЦЕНА ДОГОВОРА И ПОРЯДОК РАСЧЕТОВ</w:t>
      </w:r>
    </w:p>
    <w:p w14:paraId="44F7C401" w14:textId="77777777" w:rsidR="00264877" w:rsidRPr="00127F00" w:rsidRDefault="00000000" w:rsidP="00127F00">
      <w:pPr>
        <w:spacing w:after="0" w:line="240" w:lineRule="auto"/>
        <w:ind w:firstLine="1134"/>
        <w:jc w:val="both"/>
        <w:rPr>
          <w:lang w:val="ru-RU"/>
        </w:rPr>
      </w:pPr>
      <w:r w:rsidRPr="00127F00">
        <w:rPr>
          <w:sz w:val="24"/>
          <w:lang w:val="ru-RU"/>
        </w:rPr>
        <w:t>2.1. Цена настоящего Договора составляет ____________ (__________________) рублей ___ копеек, в том числе НДС ___% / НДС не облагается на основании __________________.</w:t>
      </w:r>
    </w:p>
    <w:p w14:paraId="70272B35" w14:textId="77777777" w:rsidR="00264877" w:rsidRPr="00127F00" w:rsidRDefault="00000000" w:rsidP="00127F00">
      <w:pPr>
        <w:spacing w:after="0" w:line="240" w:lineRule="auto"/>
        <w:ind w:firstLine="1134"/>
        <w:jc w:val="both"/>
        <w:rPr>
          <w:lang w:val="ru-RU"/>
        </w:rPr>
      </w:pPr>
      <w:r w:rsidRPr="00127F00">
        <w:rPr>
          <w:sz w:val="24"/>
          <w:lang w:val="ru-RU"/>
        </w:rPr>
        <w:t>2.2. Цена Договора является твердой на весь срок его исполнения и включает все расходы Поставщика, необходимые для надлежащего исполнения обязательств, в том числе стоимость Товара, заводской проверки и поверки, упаковки, маркировки, доставки до места поставки, погрузочно-разгрузочных работ, страхования (при необходимости), оформления и передачи сопроводительной документации, уплату налогов, сборов, пошлин и иных обязательных платежей.</w:t>
      </w:r>
    </w:p>
    <w:p w14:paraId="29B19015" w14:textId="77777777" w:rsidR="00264877" w:rsidRPr="00127F00" w:rsidRDefault="00000000" w:rsidP="00127F00">
      <w:pPr>
        <w:spacing w:after="0" w:line="240" w:lineRule="auto"/>
        <w:ind w:firstLine="1134"/>
        <w:jc w:val="both"/>
        <w:rPr>
          <w:lang w:val="ru-RU"/>
        </w:rPr>
      </w:pPr>
      <w:r w:rsidRPr="00127F00">
        <w:rPr>
          <w:sz w:val="24"/>
          <w:lang w:val="ru-RU"/>
        </w:rPr>
        <w:t>2.3. Расходы Поставщика, прямо не поименованные в Договоре, но объективно необходимые для полной и надлежащей поставки Товара на условиях Договора, считаются включенными в цену Договора и отдельно Заказчиком не оплачиваются.</w:t>
      </w:r>
    </w:p>
    <w:p w14:paraId="1BF14AFA" w14:textId="77777777" w:rsidR="00264877" w:rsidRPr="00127F00" w:rsidRDefault="00000000" w:rsidP="00127F00">
      <w:pPr>
        <w:spacing w:after="0" w:line="240" w:lineRule="auto"/>
        <w:ind w:firstLine="1134"/>
        <w:jc w:val="both"/>
        <w:rPr>
          <w:lang w:val="ru-RU"/>
        </w:rPr>
      </w:pPr>
      <w:r w:rsidRPr="00127F00">
        <w:rPr>
          <w:sz w:val="24"/>
          <w:lang w:val="ru-RU"/>
        </w:rPr>
        <w:t>2.4. Авансирование не предусмотрено. Оплата производится Заказчиком по безналичному расчету в течение 7 (семи) рабочих дней с даты приемки поставленного Товара и подписания Заказчиком документа о приемке без замечаний.</w:t>
      </w:r>
    </w:p>
    <w:p w14:paraId="12D60807" w14:textId="77777777" w:rsidR="00264877" w:rsidRPr="00127F00" w:rsidRDefault="00000000" w:rsidP="00127F00">
      <w:pPr>
        <w:spacing w:after="0" w:line="240" w:lineRule="auto"/>
        <w:ind w:firstLine="1134"/>
        <w:jc w:val="both"/>
        <w:rPr>
          <w:lang w:val="ru-RU"/>
        </w:rPr>
      </w:pPr>
      <w:r w:rsidRPr="00127F00">
        <w:rPr>
          <w:sz w:val="24"/>
          <w:lang w:val="ru-RU"/>
        </w:rPr>
        <w:lastRenderedPageBreak/>
        <w:t>2.5. Поставщик предоставляет Заказчику счет, счет-фактуру (если Поставщик обязан ее выставлять), универсальный передаточный документ и иные документы, предусмотренные законодательством и Договором. Непредставление документа, отсутствие которого препятствует бухгалтерскому или налоговому оформлению операции, приостанавливает оплату до его надлежащего предоставления без применения к Заказчику мер ответственности за период такой задержки, если задержка вызвана действиями Поставщика.</w:t>
      </w:r>
    </w:p>
    <w:p w14:paraId="37FEB8A7" w14:textId="77777777" w:rsidR="00264877" w:rsidRPr="00127F00" w:rsidRDefault="00000000" w:rsidP="00127F00">
      <w:pPr>
        <w:spacing w:after="0" w:line="240" w:lineRule="auto"/>
        <w:ind w:firstLine="1134"/>
        <w:jc w:val="both"/>
        <w:rPr>
          <w:lang w:val="ru-RU"/>
        </w:rPr>
      </w:pPr>
      <w:r w:rsidRPr="00127F00">
        <w:rPr>
          <w:sz w:val="24"/>
          <w:lang w:val="ru-RU"/>
        </w:rPr>
        <w:t>2.6. Обязательство Заказчика по оплате считается исполненным с даты списания соответствующей суммы денежных средств с расчетного счета Заказчика.</w:t>
      </w:r>
    </w:p>
    <w:p w14:paraId="41FEBCC7" w14:textId="77777777" w:rsidR="00264877" w:rsidRPr="00127F00" w:rsidRDefault="00000000" w:rsidP="00127F00">
      <w:pPr>
        <w:spacing w:after="0" w:line="240" w:lineRule="auto"/>
        <w:ind w:firstLine="1134"/>
        <w:jc w:val="both"/>
        <w:rPr>
          <w:lang w:val="ru-RU"/>
        </w:rPr>
      </w:pPr>
      <w:r w:rsidRPr="00127F00">
        <w:rPr>
          <w:sz w:val="24"/>
          <w:lang w:val="ru-RU"/>
        </w:rPr>
        <w:t>2.7. Все расчеты по Договору осуществляются в российских рублях.</w:t>
      </w:r>
    </w:p>
    <w:p w14:paraId="649CFD86" w14:textId="77777777" w:rsidR="00264877" w:rsidRPr="00127F00" w:rsidRDefault="00000000" w:rsidP="00127F00">
      <w:pPr>
        <w:spacing w:after="0" w:line="240" w:lineRule="auto"/>
        <w:ind w:firstLine="1134"/>
        <w:jc w:val="center"/>
        <w:rPr>
          <w:lang w:val="ru-RU"/>
        </w:rPr>
      </w:pPr>
      <w:r w:rsidRPr="00127F00">
        <w:rPr>
          <w:b/>
          <w:sz w:val="24"/>
          <w:lang w:val="ru-RU"/>
        </w:rPr>
        <w:t>3. СРОК, МЕСТО И УСЛОВИЯ ПОСТАВКИ</w:t>
      </w:r>
    </w:p>
    <w:p w14:paraId="75B6F8B6" w14:textId="77777777" w:rsidR="00264877" w:rsidRPr="00127F00" w:rsidRDefault="00000000" w:rsidP="00127F00">
      <w:pPr>
        <w:spacing w:after="0" w:line="240" w:lineRule="auto"/>
        <w:ind w:firstLine="1134"/>
        <w:jc w:val="both"/>
        <w:rPr>
          <w:lang w:val="ru-RU"/>
        </w:rPr>
      </w:pPr>
      <w:r w:rsidRPr="00127F00">
        <w:rPr>
          <w:sz w:val="24"/>
          <w:lang w:val="ru-RU"/>
        </w:rPr>
        <w:t>3.1. Срок поставки Товара – не более 45 (сорока пяти) календарных дней с даты заключения Договора.</w:t>
      </w:r>
    </w:p>
    <w:p w14:paraId="077041B3" w14:textId="77777777" w:rsidR="00264877" w:rsidRPr="00127F00" w:rsidRDefault="00000000" w:rsidP="00127F00">
      <w:pPr>
        <w:spacing w:after="0" w:line="240" w:lineRule="auto"/>
        <w:ind w:firstLine="1134"/>
        <w:jc w:val="both"/>
        <w:rPr>
          <w:lang w:val="ru-RU"/>
        </w:rPr>
      </w:pPr>
      <w:r w:rsidRPr="00127F00">
        <w:rPr>
          <w:sz w:val="24"/>
          <w:lang w:val="ru-RU"/>
        </w:rPr>
        <w:t>3.2. Место поставки: Российская Федерация, 369000, Карачаево-Черкесская Республика, г. Черкесск, ул. Красная, д. 19.</w:t>
      </w:r>
    </w:p>
    <w:p w14:paraId="789532EF" w14:textId="77777777" w:rsidR="00264877" w:rsidRPr="00127F00" w:rsidRDefault="00000000" w:rsidP="00127F00">
      <w:pPr>
        <w:spacing w:after="0" w:line="240" w:lineRule="auto"/>
        <w:ind w:firstLine="1134"/>
        <w:jc w:val="both"/>
        <w:rPr>
          <w:lang w:val="ru-RU"/>
        </w:rPr>
      </w:pPr>
      <w:r w:rsidRPr="00127F00">
        <w:rPr>
          <w:sz w:val="24"/>
          <w:lang w:val="ru-RU"/>
        </w:rPr>
        <w:t>3.3. Поставка осуществляется единовременно, если иное письменно не согласовано Заказчиком. Досрочная поставка допускается только по предварительному согласованию с Заказчиком.</w:t>
      </w:r>
    </w:p>
    <w:p w14:paraId="0ED002E6" w14:textId="77777777" w:rsidR="00264877" w:rsidRPr="00127F00" w:rsidRDefault="00000000" w:rsidP="00127F00">
      <w:pPr>
        <w:spacing w:after="0" w:line="240" w:lineRule="auto"/>
        <w:ind w:firstLine="1134"/>
        <w:jc w:val="both"/>
        <w:rPr>
          <w:lang w:val="ru-RU"/>
        </w:rPr>
      </w:pPr>
      <w:r w:rsidRPr="00127F00">
        <w:rPr>
          <w:sz w:val="24"/>
          <w:lang w:val="ru-RU"/>
        </w:rPr>
        <w:t>3.4. Поставщик не позднее чем за 2 (два) рабочих дня до предполагаемой даты поставки уведомляет Заказчика о дате и времени доставки Товара, сведения о транспортном средстве и контактном лице, сопровождающем поставку.</w:t>
      </w:r>
    </w:p>
    <w:p w14:paraId="5D0BDFA2" w14:textId="77777777" w:rsidR="00264877" w:rsidRPr="00127F00" w:rsidRDefault="00000000" w:rsidP="00127F00">
      <w:pPr>
        <w:spacing w:after="0" w:line="240" w:lineRule="auto"/>
        <w:ind w:firstLine="1134"/>
        <w:jc w:val="both"/>
        <w:rPr>
          <w:lang w:val="ru-RU"/>
        </w:rPr>
      </w:pPr>
      <w:r w:rsidRPr="00127F00">
        <w:rPr>
          <w:sz w:val="24"/>
          <w:lang w:val="ru-RU"/>
        </w:rPr>
        <w:t>3.5. Доставка, упаковка, маркировка, погрузка, перевозка, разгрузка и размещение Товара в месте приемки осуществляются силами и за счет Поставщика. Поставщик несет риск повреждения Товара при транспортировке и разгрузке до момента его приемки Заказчиком.</w:t>
      </w:r>
    </w:p>
    <w:p w14:paraId="2B8F3EE4" w14:textId="77777777" w:rsidR="00264877" w:rsidRPr="00127F00" w:rsidRDefault="00000000" w:rsidP="00127F00">
      <w:pPr>
        <w:spacing w:after="0" w:line="240" w:lineRule="auto"/>
        <w:ind w:firstLine="1134"/>
        <w:jc w:val="both"/>
        <w:rPr>
          <w:lang w:val="ru-RU"/>
        </w:rPr>
      </w:pPr>
      <w:r w:rsidRPr="00127F00">
        <w:rPr>
          <w:sz w:val="24"/>
          <w:lang w:val="ru-RU"/>
        </w:rPr>
        <w:t>3.6. Обязательство по поставке считается исполненным после фактической передачи Товара в месте поставки, передачи полного комплекта документов и подписания Заказчиком документа о приемке без замечаний.</w:t>
      </w:r>
    </w:p>
    <w:p w14:paraId="316C8007" w14:textId="77777777" w:rsidR="00264877" w:rsidRPr="00127F00" w:rsidRDefault="00000000" w:rsidP="00127F00">
      <w:pPr>
        <w:spacing w:after="0" w:line="240" w:lineRule="auto"/>
        <w:ind w:firstLine="1134"/>
        <w:jc w:val="both"/>
        <w:rPr>
          <w:lang w:val="ru-RU"/>
        </w:rPr>
      </w:pPr>
      <w:r w:rsidRPr="00127F00">
        <w:rPr>
          <w:sz w:val="24"/>
          <w:lang w:val="ru-RU"/>
        </w:rPr>
        <w:t>3.7. Право собственности и риск случайной гибели или случайного повреждения Товара переходят к Заказчику с момента подписания документа о приемке без замечаний.</w:t>
      </w:r>
    </w:p>
    <w:p w14:paraId="2A786629" w14:textId="77777777" w:rsidR="00264877" w:rsidRPr="00127F00" w:rsidRDefault="00000000" w:rsidP="00127F00">
      <w:pPr>
        <w:spacing w:after="0" w:line="240" w:lineRule="auto"/>
        <w:ind w:firstLine="1134"/>
        <w:jc w:val="center"/>
        <w:rPr>
          <w:lang w:val="ru-RU"/>
        </w:rPr>
      </w:pPr>
      <w:r w:rsidRPr="00127F00">
        <w:rPr>
          <w:b/>
          <w:sz w:val="24"/>
          <w:lang w:val="ru-RU"/>
        </w:rPr>
        <w:t>4. КАЧЕСТВО, КОМПЛЕКТНОСТЬ, УПАКОВКА И ДОКУМЕНТАЦИЯ</w:t>
      </w:r>
    </w:p>
    <w:p w14:paraId="67F3EFA9" w14:textId="77777777" w:rsidR="00264877" w:rsidRPr="00127F00" w:rsidRDefault="00000000" w:rsidP="00127F00">
      <w:pPr>
        <w:spacing w:after="0" w:line="240" w:lineRule="auto"/>
        <w:ind w:firstLine="1134"/>
        <w:jc w:val="both"/>
        <w:rPr>
          <w:lang w:val="ru-RU"/>
        </w:rPr>
      </w:pPr>
      <w:r w:rsidRPr="00127F00">
        <w:rPr>
          <w:sz w:val="24"/>
          <w:lang w:val="ru-RU"/>
        </w:rPr>
        <w:t>4.1. Качество, функциональные и технические характеристики Товара должны соответствовать Техническому заданию, документации изготовителя, условиям заявки Поставщика и обязательным требованиям законодательства Российской Федерации.</w:t>
      </w:r>
    </w:p>
    <w:p w14:paraId="143E0C26" w14:textId="77777777" w:rsidR="00264877" w:rsidRPr="00127F00" w:rsidRDefault="00000000" w:rsidP="00127F00">
      <w:pPr>
        <w:spacing w:after="0" w:line="240" w:lineRule="auto"/>
        <w:ind w:firstLine="1134"/>
        <w:jc w:val="both"/>
        <w:rPr>
          <w:lang w:val="ru-RU"/>
        </w:rPr>
      </w:pPr>
      <w:r w:rsidRPr="00127F00">
        <w:rPr>
          <w:sz w:val="24"/>
          <w:lang w:val="ru-RU"/>
        </w:rPr>
        <w:t>4.2. Товар должен быть полностью комплектным и готовым к использованию по назначению без приобретения Заказчиком дополнительных обязательных узлов, принадлежностей или программно-технических компонентов, если иное прямо не предусмотрено Техническим заданием.</w:t>
      </w:r>
    </w:p>
    <w:p w14:paraId="2B64DAE8" w14:textId="77777777" w:rsidR="00264877" w:rsidRPr="00127F00" w:rsidRDefault="00000000" w:rsidP="00127F00">
      <w:pPr>
        <w:spacing w:after="0" w:line="240" w:lineRule="auto"/>
        <w:ind w:firstLine="1134"/>
        <w:jc w:val="both"/>
        <w:rPr>
          <w:lang w:val="ru-RU"/>
        </w:rPr>
      </w:pPr>
      <w:r w:rsidRPr="00127F00">
        <w:rPr>
          <w:sz w:val="24"/>
          <w:lang w:val="ru-RU"/>
        </w:rPr>
        <w:t>4.3. Товар должен являться средством измерений утвержденного типа, внесенным в Федеральный информационный фонд по обеспечению единства измерений, если это требуется для данного вида оборудования. Поверка должна быть действующей на дату поставки; сведения о поверке должны быть доступны в установленном законодательством порядке.</w:t>
      </w:r>
    </w:p>
    <w:p w14:paraId="572ECC99" w14:textId="77777777" w:rsidR="00264877" w:rsidRPr="00127F00" w:rsidRDefault="00000000" w:rsidP="00127F00">
      <w:pPr>
        <w:spacing w:after="0" w:line="240" w:lineRule="auto"/>
        <w:ind w:firstLine="1134"/>
        <w:jc w:val="both"/>
        <w:rPr>
          <w:lang w:val="ru-RU"/>
        </w:rPr>
      </w:pPr>
      <w:r w:rsidRPr="00127F00">
        <w:rPr>
          <w:sz w:val="24"/>
          <w:lang w:val="ru-RU"/>
        </w:rPr>
        <w:t>4.4. Одновременно с Товаром Поставщик передает Заказчику паспорт (формуляр), руководство по эксплуатации на русском языке, документы о поверке, сведения об утверждении типа средства измерений, документы об обязательном подтверждении соответствия (если применимо), гарантийные документы, товаросопроводительные документы и иные документы, предусмотренные Техническим заданием.</w:t>
      </w:r>
    </w:p>
    <w:p w14:paraId="396BED03" w14:textId="77777777" w:rsidR="00264877" w:rsidRPr="00127F00" w:rsidRDefault="00000000" w:rsidP="00127F00">
      <w:pPr>
        <w:spacing w:after="0" w:line="240" w:lineRule="auto"/>
        <w:ind w:firstLine="1134"/>
        <w:jc w:val="both"/>
        <w:rPr>
          <w:lang w:val="ru-RU"/>
        </w:rPr>
      </w:pPr>
      <w:r w:rsidRPr="00127F00">
        <w:rPr>
          <w:sz w:val="24"/>
          <w:lang w:val="ru-RU"/>
        </w:rPr>
        <w:t>4.5. Упаковка должна обеспечивать сохранность Товара при погрузке, транспортировке, разгрузке и хранении до приемки. Повреждение Товара вследствие ненадлежащей упаковки относится на риск Поставщика.</w:t>
      </w:r>
    </w:p>
    <w:p w14:paraId="7C706759" w14:textId="77777777" w:rsidR="00264877" w:rsidRPr="00127F00" w:rsidRDefault="00000000" w:rsidP="00127F00">
      <w:pPr>
        <w:spacing w:after="0" w:line="240" w:lineRule="auto"/>
        <w:ind w:firstLine="1134"/>
        <w:jc w:val="both"/>
        <w:rPr>
          <w:lang w:val="ru-RU"/>
        </w:rPr>
      </w:pPr>
      <w:r w:rsidRPr="00127F00">
        <w:rPr>
          <w:sz w:val="24"/>
          <w:lang w:val="ru-RU"/>
        </w:rPr>
        <w:t>4.6. Маркировка Товара и упаковки должна позволять однозначно идентифицировать изготовителя, модель, серийный номер (при наличии), дату выпуска и иные сведения, предусмотренные изготовителем и законодательством.</w:t>
      </w:r>
    </w:p>
    <w:p w14:paraId="7F39CAAC" w14:textId="77777777" w:rsidR="00264877" w:rsidRPr="00127F00" w:rsidRDefault="00000000" w:rsidP="00127F00">
      <w:pPr>
        <w:spacing w:after="0" w:line="240" w:lineRule="auto"/>
        <w:ind w:firstLine="1134"/>
        <w:jc w:val="center"/>
        <w:rPr>
          <w:lang w:val="ru-RU"/>
        </w:rPr>
      </w:pPr>
      <w:r w:rsidRPr="00127F00">
        <w:rPr>
          <w:b/>
          <w:sz w:val="24"/>
          <w:lang w:val="ru-RU"/>
        </w:rPr>
        <w:lastRenderedPageBreak/>
        <w:t>5. ПОРЯДОК СДАЧИ И ПРИЕМКИ ТОВАРА</w:t>
      </w:r>
    </w:p>
    <w:p w14:paraId="672126BD" w14:textId="77777777" w:rsidR="00264877" w:rsidRPr="00127F00" w:rsidRDefault="00000000" w:rsidP="00127F00">
      <w:pPr>
        <w:spacing w:after="0" w:line="240" w:lineRule="auto"/>
        <w:ind w:firstLine="1134"/>
        <w:jc w:val="both"/>
        <w:rPr>
          <w:lang w:val="ru-RU"/>
        </w:rPr>
      </w:pPr>
      <w:r w:rsidRPr="00127F00">
        <w:rPr>
          <w:sz w:val="24"/>
          <w:lang w:val="ru-RU"/>
        </w:rPr>
        <w:t>5.1. Приемка осуществляется уполномоченными представителями Заказчика по количеству, комплектности, внешнему состоянию, соответствию маркировки, наличию и содержанию сопроводительных документов, а также по функциональным, техническим и качественным характеристикам в объеме, который может быть проверен при приемке.</w:t>
      </w:r>
    </w:p>
    <w:p w14:paraId="7DD7FD0B" w14:textId="77777777" w:rsidR="00264877" w:rsidRPr="00127F00" w:rsidRDefault="00000000" w:rsidP="00127F00">
      <w:pPr>
        <w:spacing w:after="0" w:line="240" w:lineRule="auto"/>
        <w:ind w:firstLine="1134"/>
        <w:jc w:val="both"/>
        <w:rPr>
          <w:lang w:val="ru-RU"/>
        </w:rPr>
      </w:pPr>
      <w:r w:rsidRPr="00127F00">
        <w:rPr>
          <w:sz w:val="24"/>
          <w:lang w:val="ru-RU"/>
        </w:rPr>
        <w:t>5.2. Заказчик вправе проверить работоспособность Товара, комплектность, серийные номера, сведения о поверке и утверждении типа средства измерений, а также провести иные разумно необходимые действия для подтверждения соответствия Техническому заданию.</w:t>
      </w:r>
    </w:p>
    <w:p w14:paraId="62138DC6" w14:textId="77777777" w:rsidR="00264877" w:rsidRPr="00127F00" w:rsidRDefault="00000000" w:rsidP="00127F00">
      <w:pPr>
        <w:spacing w:after="0" w:line="240" w:lineRule="auto"/>
        <w:ind w:firstLine="1134"/>
        <w:jc w:val="both"/>
        <w:rPr>
          <w:lang w:val="ru-RU"/>
        </w:rPr>
      </w:pPr>
      <w:r w:rsidRPr="00127F00">
        <w:rPr>
          <w:sz w:val="24"/>
          <w:lang w:val="ru-RU"/>
        </w:rPr>
        <w:t>5.3. Подписание документов перевозчика, товарной накладной либо иного документа, подтверждающего только факт физического получения груза, само по себе не означает окончательную приемку Товара по качеству, комплектности и скрытым недостаткам.</w:t>
      </w:r>
    </w:p>
    <w:p w14:paraId="2332CBA9" w14:textId="77777777" w:rsidR="00264877" w:rsidRPr="00127F00" w:rsidRDefault="00000000" w:rsidP="00127F00">
      <w:pPr>
        <w:spacing w:after="0" w:line="240" w:lineRule="auto"/>
        <w:ind w:firstLine="1134"/>
        <w:jc w:val="both"/>
        <w:rPr>
          <w:lang w:val="ru-RU"/>
        </w:rPr>
      </w:pPr>
      <w:r w:rsidRPr="00127F00">
        <w:rPr>
          <w:sz w:val="24"/>
          <w:lang w:val="ru-RU"/>
        </w:rPr>
        <w:t>5.4. При выявлении несоответствия Товара требованиям Договора Заказчик вправе отказаться от приемки полностью или в соответствующей части и направить Поставщику мотивированное уведомление (акт, претензию) с перечнем выявленных недостатков.</w:t>
      </w:r>
    </w:p>
    <w:p w14:paraId="6EBBC6FE" w14:textId="77777777" w:rsidR="00264877" w:rsidRPr="00127F00" w:rsidRDefault="00000000" w:rsidP="00127F00">
      <w:pPr>
        <w:spacing w:after="0" w:line="240" w:lineRule="auto"/>
        <w:ind w:firstLine="1134"/>
        <w:jc w:val="both"/>
        <w:rPr>
          <w:lang w:val="ru-RU"/>
        </w:rPr>
      </w:pPr>
      <w:r w:rsidRPr="00127F00">
        <w:rPr>
          <w:sz w:val="24"/>
          <w:lang w:val="ru-RU"/>
        </w:rPr>
        <w:t>5.5. Поставщик обязан за свой счет в срок, указанный Заказчиком с учетом характера недостатков, но не более 10 (десяти) рабочих дней, если иной срок письменно не согласован Сторонами, устранить выявленные недостатки, доукомплектовать Товар либо заменить его на надлежащий. Все расходы по возврату, повторной доставке, разгрузке, проверке и замене несет Поставщик.</w:t>
      </w:r>
    </w:p>
    <w:p w14:paraId="34CDEBBF" w14:textId="77777777" w:rsidR="00264877" w:rsidRPr="00127F00" w:rsidRDefault="00000000" w:rsidP="00127F00">
      <w:pPr>
        <w:spacing w:after="0" w:line="240" w:lineRule="auto"/>
        <w:ind w:firstLine="1134"/>
        <w:jc w:val="both"/>
        <w:rPr>
          <w:lang w:val="ru-RU"/>
        </w:rPr>
      </w:pPr>
      <w:r w:rsidRPr="00127F00">
        <w:rPr>
          <w:sz w:val="24"/>
          <w:lang w:val="ru-RU"/>
        </w:rPr>
        <w:t>5.6. Повторная приемка осуществляется в том же порядке, что и первоначальная. Устранение недостатков или замена Товара не освобождает Поставщика от ответственности за нарушение первоначального срока поставки.</w:t>
      </w:r>
    </w:p>
    <w:p w14:paraId="5AD9C066" w14:textId="77777777" w:rsidR="00264877" w:rsidRPr="00127F00" w:rsidRDefault="00000000" w:rsidP="00127F00">
      <w:pPr>
        <w:spacing w:after="0" w:line="240" w:lineRule="auto"/>
        <w:ind w:firstLine="1134"/>
        <w:jc w:val="both"/>
        <w:rPr>
          <w:lang w:val="ru-RU"/>
        </w:rPr>
      </w:pPr>
      <w:r w:rsidRPr="00127F00">
        <w:rPr>
          <w:sz w:val="24"/>
          <w:lang w:val="ru-RU"/>
        </w:rPr>
        <w:t>5.7. Скрытые недостатки, которые не могли быть выявлены при обычной приемке, могут быть предъявлены Поставщику в течение гарантийного срока.</w:t>
      </w:r>
    </w:p>
    <w:p w14:paraId="6EB6E3DE" w14:textId="77777777" w:rsidR="00264877" w:rsidRPr="00127F00" w:rsidRDefault="00000000" w:rsidP="00127F00">
      <w:pPr>
        <w:spacing w:after="0" w:line="240" w:lineRule="auto"/>
        <w:ind w:firstLine="1134"/>
        <w:jc w:val="center"/>
        <w:rPr>
          <w:lang w:val="ru-RU"/>
        </w:rPr>
      </w:pPr>
      <w:r w:rsidRPr="00127F00">
        <w:rPr>
          <w:b/>
          <w:sz w:val="24"/>
          <w:lang w:val="ru-RU"/>
        </w:rPr>
        <w:t>6. ГАРАНТИЙНЫЕ ОБЯЗАТЕЛЬСТВА</w:t>
      </w:r>
    </w:p>
    <w:p w14:paraId="79509B2E" w14:textId="77777777" w:rsidR="00264877" w:rsidRPr="00127F00" w:rsidRDefault="00000000" w:rsidP="00127F00">
      <w:pPr>
        <w:spacing w:after="0" w:line="240" w:lineRule="auto"/>
        <w:ind w:firstLine="1134"/>
        <w:jc w:val="both"/>
        <w:rPr>
          <w:lang w:val="ru-RU"/>
        </w:rPr>
      </w:pPr>
      <w:r w:rsidRPr="00127F00">
        <w:rPr>
          <w:sz w:val="24"/>
          <w:lang w:val="ru-RU"/>
        </w:rPr>
        <w:t>6.1. Гарантийный срок на Товар составляет не менее 12 (двенадцати) месяцев с даты подписания Заказчиком документа о приемке, если более длительный срок не установлен изготовителем или Техническим заданием. В таком случае применяется более длительный срок.</w:t>
      </w:r>
    </w:p>
    <w:p w14:paraId="245E2455" w14:textId="77777777" w:rsidR="00264877" w:rsidRPr="00127F00" w:rsidRDefault="00000000" w:rsidP="00127F00">
      <w:pPr>
        <w:spacing w:after="0" w:line="240" w:lineRule="auto"/>
        <w:ind w:firstLine="1134"/>
        <w:jc w:val="both"/>
        <w:rPr>
          <w:lang w:val="ru-RU"/>
        </w:rPr>
      </w:pPr>
      <w:r w:rsidRPr="00127F00">
        <w:rPr>
          <w:sz w:val="24"/>
          <w:lang w:val="ru-RU"/>
        </w:rPr>
        <w:t>6.2. Гарантия распространяется на Товар в целом и на все входящие в его комплект узлы, блоки и принадлежности, если иное не предусмотрено документацией изготовителя и не ухудшает условия Заказчика.</w:t>
      </w:r>
    </w:p>
    <w:p w14:paraId="4AA484A7" w14:textId="77777777" w:rsidR="00264877" w:rsidRPr="00127F00" w:rsidRDefault="00000000" w:rsidP="00127F00">
      <w:pPr>
        <w:spacing w:after="0" w:line="240" w:lineRule="auto"/>
        <w:ind w:firstLine="1134"/>
        <w:jc w:val="both"/>
        <w:rPr>
          <w:lang w:val="ru-RU"/>
        </w:rPr>
      </w:pPr>
      <w:r w:rsidRPr="00127F00">
        <w:rPr>
          <w:sz w:val="24"/>
          <w:lang w:val="ru-RU"/>
        </w:rPr>
        <w:t>6.3. В течение гарантийного срока Поставщик обязан безвозмездно устранить недостатки либо заменить неисправный Товар (его составную часть), если не докажет, что недостатки возникли вследствие нарушения Заказчиком правил эксплуатации, действий третьих лиц или обстоятельств непреодолимой силы.</w:t>
      </w:r>
    </w:p>
    <w:p w14:paraId="2481E837" w14:textId="77777777" w:rsidR="00264877" w:rsidRPr="00127F00" w:rsidRDefault="00000000" w:rsidP="00127F00">
      <w:pPr>
        <w:spacing w:after="0" w:line="240" w:lineRule="auto"/>
        <w:ind w:firstLine="1134"/>
        <w:jc w:val="both"/>
        <w:rPr>
          <w:lang w:val="ru-RU"/>
        </w:rPr>
      </w:pPr>
      <w:r w:rsidRPr="00127F00">
        <w:rPr>
          <w:sz w:val="24"/>
          <w:lang w:val="ru-RU"/>
        </w:rPr>
        <w:t>6.4. Срок реагирования на гарантийное обращение – не более 3 (трех) рабочих дней с момента его получения. Конкретный срок ремонта или замены определяется с учетом характера неисправности, но не должен превышать 20 (двадцати) рабочих дней, если иной срок письменно не согласован Заказчиком.</w:t>
      </w:r>
    </w:p>
    <w:p w14:paraId="26B64EE3" w14:textId="77777777" w:rsidR="00264877" w:rsidRPr="00127F00" w:rsidRDefault="00000000" w:rsidP="00127F00">
      <w:pPr>
        <w:spacing w:after="0" w:line="240" w:lineRule="auto"/>
        <w:ind w:firstLine="1134"/>
        <w:jc w:val="both"/>
        <w:rPr>
          <w:lang w:val="ru-RU"/>
        </w:rPr>
      </w:pPr>
      <w:r w:rsidRPr="00127F00">
        <w:rPr>
          <w:sz w:val="24"/>
          <w:lang w:val="ru-RU"/>
        </w:rPr>
        <w:t>6.5. На период гарантийного ремонта течение гарантийного срока приостанавливается; при замене Товара или существенного узла гарантийный срок на замененный Товар (узел) исчисляется заново с даты его приемки Заказчиком.</w:t>
      </w:r>
    </w:p>
    <w:p w14:paraId="3AFD2A30" w14:textId="77777777" w:rsidR="00264877" w:rsidRPr="00127F00" w:rsidRDefault="00000000" w:rsidP="00127F00">
      <w:pPr>
        <w:spacing w:after="0" w:line="240" w:lineRule="auto"/>
        <w:ind w:firstLine="1134"/>
        <w:jc w:val="both"/>
        <w:rPr>
          <w:lang w:val="ru-RU"/>
        </w:rPr>
      </w:pPr>
      <w:r w:rsidRPr="00127F00">
        <w:rPr>
          <w:sz w:val="24"/>
          <w:lang w:val="ru-RU"/>
        </w:rPr>
        <w:t>6.6. Все транспортные и иные расходы, связанные с исполнением гарантийных обязательств, несет Поставщик.</w:t>
      </w:r>
    </w:p>
    <w:p w14:paraId="1D485778" w14:textId="77777777" w:rsidR="00264877" w:rsidRPr="00127F00" w:rsidRDefault="00000000" w:rsidP="00127F00">
      <w:pPr>
        <w:spacing w:after="0" w:line="240" w:lineRule="auto"/>
        <w:ind w:firstLine="1134"/>
        <w:jc w:val="center"/>
        <w:rPr>
          <w:lang w:val="ru-RU"/>
        </w:rPr>
      </w:pPr>
      <w:r w:rsidRPr="00127F00">
        <w:rPr>
          <w:b/>
          <w:sz w:val="24"/>
          <w:lang w:val="ru-RU"/>
        </w:rPr>
        <w:t>7. ПРАВА И ОБЯЗАННОСТИ СТОРОН</w:t>
      </w:r>
    </w:p>
    <w:p w14:paraId="7B505CE0" w14:textId="77777777" w:rsidR="00264877" w:rsidRPr="00127F00" w:rsidRDefault="00000000" w:rsidP="00127F00">
      <w:pPr>
        <w:spacing w:after="0" w:line="240" w:lineRule="auto"/>
        <w:ind w:firstLine="1134"/>
        <w:jc w:val="both"/>
        <w:rPr>
          <w:lang w:val="ru-RU"/>
        </w:rPr>
      </w:pPr>
      <w:r w:rsidRPr="00127F00">
        <w:rPr>
          <w:sz w:val="24"/>
          <w:lang w:val="ru-RU"/>
        </w:rPr>
        <w:t>7.1. Заказчик вправе: требовать надлежащего и своевременного исполнения обязательств; контролировать ход исполнения Договора без вмешательства в хозяйственную деятельность Поставщика; запрашивать документы и сведения, относящиеся к Товару и исполнению Договора; отказаться от приемки Товара, не соответствующего Договору; требовать безвозмездного устранения недостатков, доукомплектования, замены Товара, уплаты неустойки и возмещения убытков в случаях, предусмотренных законодательством и Договором.</w:t>
      </w:r>
    </w:p>
    <w:p w14:paraId="5507E5C0" w14:textId="77777777" w:rsidR="00264877" w:rsidRPr="00127F00" w:rsidRDefault="00000000" w:rsidP="00127F00">
      <w:pPr>
        <w:spacing w:after="0" w:line="240" w:lineRule="auto"/>
        <w:ind w:firstLine="1134"/>
        <w:jc w:val="both"/>
        <w:rPr>
          <w:lang w:val="ru-RU"/>
        </w:rPr>
      </w:pPr>
      <w:r w:rsidRPr="00127F00">
        <w:rPr>
          <w:sz w:val="24"/>
          <w:lang w:val="ru-RU"/>
        </w:rPr>
        <w:lastRenderedPageBreak/>
        <w:t>7.2. Заказчик обязан: обеспечить возможность приемки Товара в согласованные дату и время; принять соответствующий Договору Товар; оформить документы приемки либо мотивированный отказ; произвести оплату надлежаще принятого Товара в установленный срок.</w:t>
      </w:r>
    </w:p>
    <w:p w14:paraId="2B05D1A4" w14:textId="77777777" w:rsidR="00264877" w:rsidRPr="00127F00" w:rsidRDefault="00000000" w:rsidP="00127F00">
      <w:pPr>
        <w:spacing w:after="0" w:line="240" w:lineRule="auto"/>
        <w:ind w:firstLine="1134"/>
        <w:jc w:val="both"/>
        <w:rPr>
          <w:lang w:val="ru-RU"/>
        </w:rPr>
      </w:pPr>
      <w:r w:rsidRPr="00127F00">
        <w:rPr>
          <w:sz w:val="24"/>
          <w:lang w:val="ru-RU"/>
        </w:rPr>
        <w:t>7.3. Поставщик вправе: требовать приемки и оплаты надлежаще поставленного Товара; получать от Заказчика необходимую для исполнения Договора информацию; досрочно поставить Товар с предварительного согласия Заказчика.</w:t>
      </w:r>
    </w:p>
    <w:p w14:paraId="194840B8" w14:textId="77777777" w:rsidR="00264877" w:rsidRPr="00127F00" w:rsidRDefault="00000000" w:rsidP="00127F00">
      <w:pPr>
        <w:spacing w:after="0" w:line="240" w:lineRule="auto"/>
        <w:ind w:firstLine="1134"/>
        <w:jc w:val="both"/>
        <w:rPr>
          <w:lang w:val="ru-RU"/>
        </w:rPr>
      </w:pPr>
      <w:r w:rsidRPr="00127F00">
        <w:rPr>
          <w:sz w:val="24"/>
          <w:lang w:val="ru-RU"/>
        </w:rPr>
        <w:t>7.4. Поставщик обязан: поставить Товар надлежащего качества и комплектности в установленный срок; передать все предусмотренные документы; обеспечить соблюдение требований к упаковке, маркировке, перевозке и разгрузке; незамедлительно уведомлять Заказчика об обстоятельствах, способных повлиять на срок и качество исполнения; устранить выявленные недостатки и исполнять гарантийные обязательства; не допускать замены Товара без предварительного письменного согласования с Заказчиком, если такая замена затрагивает условия закупки или Договора.</w:t>
      </w:r>
    </w:p>
    <w:p w14:paraId="03E798E8" w14:textId="77777777" w:rsidR="00264877" w:rsidRPr="00127F00" w:rsidRDefault="00000000" w:rsidP="00127F00">
      <w:pPr>
        <w:spacing w:after="0" w:line="240" w:lineRule="auto"/>
        <w:jc w:val="center"/>
        <w:rPr>
          <w:lang w:val="ru-RU"/>
        </w:rPr>
      </w:pPr>
      <w:r w:rsidRPr="00127F00">
        <w:rPr>
          <w:b/>
          <w:sz w:val="24"/>
          <w:lang w:val="ru-RU"/>
        </w:rPr>
        <w:t>8. НАЦИОНАЛЬНЫЙ РЕЖИМ</w:t>
      </w:r>
    </w:p>
    <w:p w14:paraId="66E1A963" w14:textId="77777777" w:rsidR="00264877" w:rsidRPr="00127F00" w:rsidRDefault="00000000" w:rsidP="00127F00">
      <w:pPr>
        <w:spacing w:after="0" w:line="240" w:lineRule="auto"/>
        <w:ind w:firstLine="1134"/>
        <w:jc w:val="both"/>
        <w:rPr>
          <w:lang w:val="ru-RU"/>
        </w:rPr>
      </w:pPr>
      <w:r w:rsidRPr="00127F00">
        <w:rPr>
          <w:sz w:val="24"/>
          <w:lang w:val="ru-RU"/>
        </w:rPr>
        <w:t>8.1. К отношениям по настоящему Договору применяются меры национального режима, установленные статьей 3.1-4 Федерального закона от 18.07.2011 № 223-ФЗ и Постановлением Правительства Российской Федерации от 23.12.2024 № 1875, в той мере, в какой соответствующие меры были применены при проведении закупки.</w:t>
      </w:r>
    </w:p>
    <w:p w14:paraId="7A2C2223" w14:textId="77777777" w:rsidR="00264877" w:rsidRPr="00127F00" w:rsidRDefault="00000000" w:rsidP="00127F00">
      <w:pPr>
        <w:spacing w:after="0" w:line="240" w:lineRule="auto"/>
        <w:ind w:firstLine="1134"/>
        <w:jc w:val="both"/>
        <w:rPr>
          <w:lang w:val="ru-RU"/>
        </w:rPr>
      </w:pPr>
      <w:r w:rsidRPr="00127F00">
        <w:rPr>
          <w:sz w:val="24"/>
          <w:lang w:val="ru-RU"/>
        </w:rPr>
        <w:t>8.2. Если по результатам закупки Договор заключен на поставку товара российского происхождения с учетом установленного ограничения, замена такого Товара при исполнении Договора допускается только в случаях и на условиях, не противоречащих законодательству о национальном режиме и условиям закупки.</w:t>
      </w:r>
    </w:p>
    <w:p w14:paraId="0A269D7E" w14:textId="77777777" w:rsidR="00264877" w:rsidRPr="00127F00" w:rsidRDefault="00000000" w:rsidP="00127F00">
      <w:pPr>
        <w:spacing w:after="0" w:line="240" w:lineRule="auto"/>
        <w:ind w:firstLine="1134"/>
        <w:jc w:val="both"/>
        <w:rPr>
          <w:lang w:val="ru-RU"/>
        </w:rPr>
      </w:pPr>
      <w:r w:rsidRPr="00127F00">
        <w:rPr>
          <w:sz w:val="24"/>
          <w:lang w:val="ru-RU"/>
        </w:rPr>
        <w:t>8.3. Поставщик по требованию Заказчика обязан предоставить документы и сведения, подтверждающие страну происхождения Товара и иные обстоятельства, имеющие значение для соблюдения национального режима, если обязанность предоставления таких документов установлена законодательством, извещением или Договором.</w:t>
      </w:r>
    </w:p>
    <w:p w14:paraId="06749928" w14:textId="77777777" w:rsidR="00264877" w:rsidRPr="00127F00" w:rsidRDefault="00000000" w:rsidP="00127F00">
      <w:pPr>
        <w:spacing w:after="0" w:line="240" w:lineRule="auto"/>
        <w:jc w:val="center"/>
        <w:rPr>
          <w:lang w:val="ru-RU"/>
        </w:rPr>
      </w:pPr>
      <w:r w:rsidRPr="00127F00">
        <w:rPr>
          <w:b/>
          <w:sz w:val="24"/>
          <w:lang w:val="ru-RU"/>
        </w:rPr>
        <w:t>9. ОТВЕТСТВЕННОСТЬ СТОРОН</w:t>
      </w:r>
    </w:p>
    <w:p w14:paraId="422457B7" w14:textId="77777777" w:rsidR="00264877" w:rsidRPr="00127F00" w:rsidRDefault="00000000" w:rsidP="00127F00">
      <w:pPr>
        <w:spacing w:after="0" w:line="240" w:lineRule="auto"/>
        <w:ind w:firstLine="1134"/>
        <w:jc w:val="both"/>
        <w:rPr>
          <w:lang w:val="ru-RU"/>
        </w:rPr>
      </w:pPr>
      <w:r w:rsidRPr="00127F00">
        <w:rPr>
          <w:sz w:val="24"/>
          <w:lang w:val="ru-RU"/>
        </w:rPr>
        <w:t>9.1.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14:paraId="0745EC90" w14:textId="77777777" w:rsidR="00264877" w:rsidRPr="00127F00" w:rsidRDefault="00000000" w:rsidP="00127F00">
      <w:pPr>
        <w:spacing w:after="0" w:line="240" w:lineRule="auto"/>
        <w:ind w:firstLine="1134"/>
        <w:jc w:val="both"/>
        <w:rPr>
          <w:lang w:val="ru-RU"/>
        </w:rPr>
      </w:pPr>
      <w:r w:rsidRPr="00127F00">
        <w:rPr>
          <w:sz w:val="24"/>
          <w:lang w:val="ru-RU"/>
        </w:rPr>
        <w:t>9.2. В случае нарушения Поставщиком срока поставки Товара, срока устранения недостатков, срока замены Товара либо иного предусмотренного Договором срока исполнения денежно оцениваемого обязательства Заказчик вправе потребовать уплаты пени в размере 1/300 ключевой ставки Банка России, действующей на дату уплаты пени, от стоимости просроченного обязательства за каждый день просрочки.</w:t>
      </w:r>
    </w:p>
    <w:p w14:paraId="20910510" w14:textId="77777777" w:rsidR="00264877" w:rsidRPr="00127F00" w:rsidRDefault="00000000" w:rsidP="00127F00">
      <w:pPr>
        <w:spacing w:after="0" w:line="240" w:lineRule="auto"/>
        <w:ind w:firstLine="1134"/>
        <w:jc w:val="both"/>
        <w:rPr>
          <w:lang w:val="ru-RU"/>
        </w:rPr>
      </w:pPr>
      <w:r w:rsidRPr="00127F00">
        <w:rPr>
          <w:sz w:val="24"/>
          <w:lang w:val="ru-RU"/>
        </w:rPr>
        <w:t>9.3. За поставку Товара ненадлежащего качества, некомплектного Товара, Товара с недостоверными характеристиками или документов, не соответствующих требованиям Договора, Заказчик вправе предъявить Поставщику требования, предусмотренные гражданским законодательством, включая устранение недостатков, соразмерное уменьшение цены, замену Товара, возмещение убытков и уплату предусмотренной Договором неустойки.</w:t>
      </w:r>
    </w:p>
    <w:p w14:paraId="767C0BDA" w14:textId="77777777" w:rsidR="00264877" w:rsidRPr="00127F00" w:rsidRDefault="00000000" w:rsidP="00127F00">
      <w:pPr>
        <w:spacing w:after="0" w:line="240" w:lineRule="auto"/>
        <w:ind w:firstLine="1134"/>
        <w:jc w:val="both"/>
        <w:rPr>
          <w:lang w:val="ru-RU"/>
        </w:rPr>
      </w:pPr>
      <w:r w:rsidRPr="00127F00">
        <w:rPr>
          <w:sz w:val="24"/>
          <w:lang w:val="ru-RU"/>
        </w:rPr>
        <w:t>9.4. При нарушении Заказчиком срока оплаты надлежаще принятого Товара Поставщик вправе потребовать уплаты пени в размере 1/300 ключевой ставки Банка России, действующей на дату уплаты пени, от не уплаченной в срок суммы за каждый день просрочки.</w:t>
      </w:r>
    </w:p>
    <w:p w14:paraId="0FDFB09F" w14:textId="77777777" w:rsidR="00264877" w:rsidRPr="00127F00" w:rsidRDefault="00000000" w:rsidP="00127F00">
      <w:pPr>
        <w:spacing w:after="0" w:line="240" w:lineRule="auto"/>
        <w:ind w:firstLine="1134"/>
        <w:jc w:val="both"/>
        <w:rPr>
          <w:lang w:val="ru-RU"/>
        </w:rPr>
      </w:pPr>
      <w:r w:rsidRPr="00127F00">
        <w:rPr>
          <w:sz w:val="24"/>
          <w:lang w:val="ru-RU"/>
        </w:rPr>
        <w:t>9.5. Уплата неустойки и возмещение убытков не освобождают Сторону от исполнения обязательств в натуре, если иное не вытекает из существа обязательства или соглашения Сторон.</w:t>
      </w:r>
    </w:p>
    <w:p w14:paraId="13877225" w14:textId="77777777" w:rsidR="00264877" w:rsidRPr="00127F00" w:rsidRDefault="00000000" w:rsidP="00127F00">
      <w:pPr>
        <w:spacing w:after="0" w:line="240" w:lineRule="auto"/>
        <w:ind w:firstLine="1134"/>
        <w:jc w:val="both"/>
        <w:rPr>
          <w:lang w:val="ru-RU"/>
        </w:rPr>
      </w:pPr>
      <w:r w:rsidRPr="00127F00">
        <w:rPr>
          <w:sz w:val="24"/>
          <w:lang w:val="ru-RU"/>
        </w:rPr>
        <w:t>9.6. Сторона освобождается от ответственности в той части, в которой докажет, что нарушение произошло вследствие обстоятельств непреодолимой силы либо по вине другой Стороны.</w:t>
      </w:r>
    </w:p>
    <w:p w14:paraId="4E32B9A0" w14:textId="77777777" w:rsidR="00264877" w:rsidRPr="00127F00" w:rsidRDefault="00000000" w:rsidP="00127F00">
      <w:pPr>
        <w:spacing w:after="0" w:line="240" w:lineRule="auto"/>
        <w:ind w:firstLine="1134"/>
        <w:jc w:val="center"/>
        <w:rPr>
          <w:lang w:val="ru-RU"/>
        </w:rPr>
      </w:pPr>
      <w:r w:rsidRPr="00127F00">
        <w:rPr>
          <w:b/>
          <w:sz w:val="24"/>
          <w:lang w:val="ru-RU"/>
        </w:rPr>
        <w:t>10. ОБСТОЯТЕЛЬСТВА НЕПРЕОДОЛИМОЙ СИЛЫ</w:t>
      </w:r>
    </w:p>
    <w:p w14:paraId="0B081435" w14:textId="77777777" w:rsidR="00264877" w:rsidRPr="00127F00" w:rsidRDefault="00000000" w:rsidP="00127F00">
      <w:pPr>
        <w:spacing w:after="0" w:line="240" w:lineRule="auto"/>
        <w:ind w:firstLine="1134"/>
        <w:jc w:val="both"/>
        <w:rPr>
          <w:lang w:val="ru-RU"/>
        </w:rPr>
      </w:pPr>
      <w:r w:rsidRPr="00127F00">
        <w:rPr>
          <w:sz w:val="24"/>
          <w:lang w:val="ru-RU"/>
        </w:rPr>
        <w:t xml:space="preserve">10.1. Стороны освобождаются от ответственности за полное или частичное неисполнение обязательств, если оно явилось непосредственным следствием чрезвычайных и </w:t>
      </w:r>
      <w:r w:rsidRPr="00127F00">
        <w:rPr>
          <w:sz w:val="24"/>
          <w:lang w:val="ru-RU"/>
        </w:rPr>
        <w:lastRenderedPageBreak/>
        <w:t>непредотвратимых при данных условиях обстоятельств, возникших после заключения Договора и находящихся вне разумного контроля Сторон.</w:t>
      </w:r>
    </w:p>
    <w:p w14:paraId="4FFBEA01" w14:textId="77777777" w:rsidR="00264877" w:rsidRPr="00127F00" w:rsidRDefault="00000000" w:rsidP="00127F00">
      <w:pPr>
        <w:spacing w:after="0" w:line="240" w:lineRule="auto"/>
        <w:ind w:firstLine="1134"/>
        <w:jc w:val="both"/>
        <w:rPr>
          <w:lang w:val="ru-RU"/>
        </w:rPr>
      </w:pPr>
      <w:r w:rsidRPr="00127F00">
        <w:rPr>
          <w:sz w:val="24"/>
          <w:lang w:val="ru-RU"/>
        </w:rPr>
        <w:t>10.2. Сторона, для которой возникла невозможность исполнения, обязана письменно уведомить другую Сторону о наступлении, предполагаемой продолжительности и прекращении таких обстоятельств не позднее 3 (трех) рабочих дней с момента, когда ей стало известно об их наступлении.</w:t>
      </w:r>
    </w:p>
    <w:p w14:paraId="0E4CFD69" w14:textId="77777777" w:rsidR="00264877" w:rsidRPr="00127F00" w:rsidRDefault="00000000" w:rsidP="00127F00">
      <w:pPr>
        <w:spacing w:after="0" w:line="240" w:lineRule="auto"/>
        <w:ind w:firstLine="1134"/>
        <w:jc w:val="both"/>
        <w:rPr>
          <w:lang w:val="ru-RU"/>
        </w:rPr>
      </w:pPr>
      <w:r w:rsidRPr="00127F00">
        <w:rPr>
          <w:sz w:val="24"/>
          <w:lang w:val="ru-RU"/>
        </w:rPr>
        <w:t>10.3. Ненаправление или несвоевременное направление уведомления лишает Сторону права ссылаться на обстоятельства непреодолимой силы, если только сами обстоятельства объективно препятствовали направлению уведомления.</w:t>
      </w:r>
    </w:p>
    <w:p w14:paraId="3AA25ED7" w14:textId="77777777" w:rsidR="00264877" w:rsidRPr="00127F00" w:rsidRDefault="00000000" w:rsidP="00127F00">
      <w:pPr>
        <w:spacing w:after="0" w:line="240" w:lineRule="auto"/>
        <w:ind w:firstLine="1134"/>
        <w:jc w:val="both"/>
        <w:rPr>
          <w:lang w:val="ru-RU"/>
        </w:rPr>
      </w:pPr>
      <w:r w:rsidRPr="00127F00">
        <w:rPr>
          <w:sz w:val="24"/>
          <w:lang w:val="ru-RU"/>
        </w:rPr>
        <w:t>10.4. Срок исполнения обязательств продлевается соразмерно периоду действия обстоятельств непреодолимой силы и их последствий, если Стороны письменно не согласуют иное.</w:t>
      </w:r>
    </w:p>
    <w:p w14:paraId="021D32B4" w14:textId="77777777" w:rsidR="00264877" w:rsidRPr="00127F00" w:rsidRDefault="00000000" w:rsidP="00127F00">
      <w:pPr>
        <w:spacing w:after="0" w:line="240" w:lineRule="auto"/>
        <w:ind w:firstLine="1134"/>
        <w:jc w:val="center"/>
        <w:rPr>
          <w:lang w:val="ru-RU"/>
        </w:rPr>
      </w:pPr>
      <w:r w:rsidRPr="00127F00">
        <w:rPr>
          <w:b/>
          <w:sz w:val="24"/>
          <w:lang w:val="ru-RU"/>
        </w:rPr>
        <w:t>11. АНТИКОРРУПЦИОННАЯ ОГОВОРКА</w:t>
      </w:r>
    </w:p>
    <w:p w14:paraId="352ED9A4" w14:textId="77777777" w:rsidR="00264877" w:rsidRPr="00127F00" w:rsidRDefault="00000000" w:rsidP="00127F00">
      <w:pPr>
        <w:spacing w:after="0" w:line="240" w:lineRule="auto"/>
        <w:ind w:firstLine="1134"/>
        <w:jc w:val="both"/>
        <w:rPr>
          <w:lang w:val="ru-RU"/>
        </w:rPr>
      </w:pPr>
      <w:r w:rsidRPr="00127F00">
        <w:rPr>
          <w:sz w:val="24"/>
          <w:lang w:val="ru-RU"/>
        </w:rPr>
        <w:t>11.1. При исполнении настоящего Договора Стороны, их работники, представители, а также привлекаемые ими лица не передают, не предлагают и не разрешают передачу денежных средств, имущества, имущественных прав, услуг или иных выгод прямо или косвенно любым лицам с целью оказания влияния на их действия (бездействие) для получения неправомерных преимуществ либо достижения иных неправомерных целей.</w:t>
      </w:r>
    </w:p>
    <w:p w14:paraId="61602F89" w14:textId="77777777" w:rsidR="00264877" w:rsidRPr="00127F00" w:rsidRDefault="00000000" w:rsidP="00127F00">
      <w:pPr>
        <w:spacing w:after="0" w:line="240" w:lineRule="auto"/>
        <w:ind w:firstLine="1134"/>
        <w:jc w:val="both"/>
        <w:rPr>
          <w:lang w:val="ru-RU"/>
        </w:rPr>
      </w:pPr>
      <w:r w:rsidRPr="00127F00">
        <w:rPr>
          <w:sz w:val="24"/>
          <w:lang w:val="ru-RU"/>
        </w:rPr>
        <w:t>11.2. Стороны обязуются не совершать действий, квалифицируемых применимым законодательством как дача или получение взятки, коммерческий подкуп, злоупотребление полномочиями, незаконное вознаграждение от имени юридического лица, посредничество в указанных действиях, а также иных нарушений законодательства о противодействии коррупции.</w:t>
      </w:r>
    </w:p>
    <w:p w14:paraId="420C8C23" w14:textId="77777777" w:rsidR="00264877" w:rsidRPr="00127F00" w:rsidRDefault="00000000" w:rsidP="00127F00">
      <w:pPr>
        <w:spacing w:after="0" w:line="240" w:lineRule="auto"/>
        <w:ind w:firstLine="1134"/>
        <w:jc w:val="both"/>
        <w:rPr>
          <w:lang w:val="ru-RU"/>
        </w:rPr>
      </w:pPr>
      <w:r w:rsidRPr="00127F00">
        <w:rPr>
          <w:sz w:val="24"/>
          <w:lang w:val="ru-RU"/>
        </w:rPr>
        <w:t>11.3. Каждая Сторона обязуется незамедлительно уведомить другую Сторону в письменной форме при возникновении обоснованных подозрений, что произошло или может произойти нарушение положений настоящего раздела. В уведомлении должны быть приведены известные уведомляющей Стороне факты и обстоятельства, позволяющие предположить наличие нарушения.</w:t>
      </w:r>
    </w:p>
    <w:p w14:paraId="7668EDBB" w14:textId="77777777" w:rsidR="00264877" w:rsidRPr="00127F00" w:rsidRDefault="00000000" w:rsidP="00127F00">
      <w:pPr>
        <w:spacing w:after="0" w:line="240" w:lineRule="auto"/>
        <w:ind w:firstLine="1134"/>
        <w:jc w:val="both"/>
        <w:rPr>
          <w:lang w:val="ru-RU"/>
        </w:rPr>
      </w:pPr>
      <w:r w:rsidRPr="00127F00">
        <w:rPr>
          <w:sz w:val="24"/>
          <w:lang w:val="ru-RU"/>
        </w:rPr>
        <w:t>11.4. Сторона, получившая уведомление, обязана в разумный срок провести проверку сообщенных обстоятельств и, при наличии оснований, принять меры к прекращению нарушения и минимизации его последствий.</w:t>
      </w:r>
    </w:p>
    <w:p w14:paraId="32752907" w14:textId="77777777" w:rsidR="00264877" w:rsidRPr="00127F00" w:rsidRDefault="00000000" w:rsidP="00127F00">
      <w:pPr>
        <w:spacing w:after="0" w:line="240" w:lineRule="auto"/>
        <w:ind w:firstLine="1134"/>
        <w:jc w:val="both"/>
        <w:rPr>
          <w:lang w:val="ru-RU"/>
        </w:rPr>
      </w:pPr>
      <w:r w:rsidRPr="00127F00">
        <w:rPr>
          <w:sz w:val="24"/>
          <w:lang w:val="ru-RU"/>
        </w:rPr>
        <w:t>11.5. При подтвержденном существенном нарушении требований настоящего раздела виновной Стороной другая Сторона вправе использовать предусмотренные законодательством и Договором способы защиты, включая требование о возмещении документально подтвержденных убытков и, при наличии предусмотренных законом оснований, отказ от исполнения Договора.</w:t>
      </w:r>
    </w:p>
    <w:p w14:paraId="53B3C264" w14:textId="77777777" w:rsidR="00264877" w:rsidRPr="00127F00" w:rsidRDefault="00000000" w:rsidP="00127F00">
      <w:pPr>
        <w:spacing w:after="0" w:line="240" w:lineRule="auto"/>
        <w:ind w:firstLine="1134"/>
        <w:jc w:val="both"/>
        <w:rPr>
          <w:lang w:val="ru-RU"/>
        </w:rPr>
      </w:pPr>
      <w:r w:rsidRPr="00127F00">
        <w:rPr>
          <w:sz w:val="24"/>
          <w:lang w:val="ru-RU"/>
        </w:rPr>
        <w:t>11.6. Стороны гарантируют отсутствие конфликта интересов, о котором им известно и который способен повлиять на объективность исполнения Договора. При возникновении такого конфликта Сторона обязана незамедлительно письменно сообщить о нем другой Стороне.</w:t>
      </w:r>
    </w:p>
    <w:p w14:paraId="32354FCB" w14:textId="77777777" w:rsidR="00264877" w:rsidRPr="00127F00" w:rsidRDefault="00000000" w:rsidP="00127F00">
      <w:pPr>
        <w:spacing w:after="0" w:line="240" w:lineRule="auto"/>
        <w:ind w:firstLine="1134"/>
        <w:jc w:val="center"/>
        <w:rPr>
          <w:lang w:val="ru-RU"/>
        </w:rPr>
      </w:pPr>
      <w:r w:rsidRPr="00127F00">
        <w:rPr>
          <w:b/>
          <w:sz w:val="24"/>
          <w:lang w:val="ru-RU"/>
        </w:rPr>
        <w:t>12. ПОРЯДОК ОБМЕНА ДОКУМЕНТАМИ И ЮРИДИЧЕСКИ ЗНАЧИМЫМИ СООБЩЕНИЯМИ</w:t>
      </w:r>
    </w:p>
    <w:p w14:paraId="4242F3F1" w14:textId="77777777" w:rsidR="00264877" w:rsidRPr="00127F00" w:rsidRDefault="00000000" w:rsidP="00127F00">
      <w:pPr>
        <w:spacing w:after="0" w:line="240" w:lineRule="auto"/>
        <w:ind w:firstLine="1134"/>
        <w:jc w:val="both"/>
        <w:rPr>
          <w:lang w:val="ru-RU"/>
        </w:rPr>
      </w:pPr>
      <w:r w:rsidRPr="00127F00">
        <w:rPr>
          <w:sz w:val="24"/>
          <w:lang w:val="ru-RU"/>
        </w:rPr>
        <w:t>12.1. Документы, уведомления, претензии, требования и иные юридически значимые сообщения по Договору направляются по реквизитам Сторон, указанным в Договоре, посредством электронной почты, электронной торговой площадки, системы электронного документооборота либо на бумажном носителе, если иной способ не установлен обязательными требованиями законодательства или функционалом информационной системы.</w:t>
      </w:r>
    </w:p>
    <w:p w14:paraId="1D952C2F" w14:textId="77777777" w:rsidR="00264877" w:rsidRPr="00127F00" w:rsidRDefault="00000000" w:rsidP="00127F00">
      <w:pPr>
        <w:spacing w:after="0" w:line="240" w:lineRule="auto"/>
        <w:ind w:firstLine="1134"/>
        <w:jc w:val="both"/>
        <w:rPr>
          <w:lang w:val="ru-RU"/>
        </w:rPr>
      </w:pPr>
      <w:r w:rsidRPr="00127F00">
        <w:rPr>
          <w:sz w:val="24"/>
          <w:lang w:val="ru-RU"/>
        </w:rPr>
        <w:t>12.2. Сторона обязана уведомить другую Сторону об изменении своих реквизитов, адреса электронной почты и иных данных, используемых для обмена сообщениями, не позднее 3 (трех) рабочих дней со дня такого изменения. До получения уведомления сообщения, направленные по прежним реквизитам, считаются направленными надлежащим образом.</w:t>
      </w:r>
    </w:p>
    <w:p w14:paraId="7ECCD36C" w14:textId="77777777" w:rsidR="00264877" w:rsidRPr="00127F00" w:rsidRDefault="00000000" w:rsidP="00127F00">
      <w:pPr>
        <w:spacing w:after="0" w:line="240" w:lineRule="auto"/>
        <w:ind w:firstLine="1134"/>
        <w:jc w:val="both"/>
        <w:rPr>
          <w:lang w:val="ru-RU"/>
        </w:rPr>
      </w:pPr>
      <w:r w:rsidRPr="00127F00">
        <w:rPr>
          <w:sz w:val="24"/>
          <w:lang w:val="ru-RU"/>
        </w:rPr>
        <w:t>12.3. Документы, подписанные усиленной квалифицированной электронной подписью в предусмотренных законодательством случаях, признаются равнозначными документам на бумажном носителе, подписанным собственноручной подписью.</w:t>
      </w:r>
    </w:p>
    <w:p w14:paraId="12D7D9F6" w14:textId="77777777" w:rsidR="00264877" w:rsidRPr="00127F00" w:rsidRDefault="00000000" w:rsidP="00127F00">
      <w:pPr>
        <w:spacing w:after="0" w:line="240" w:lineRule="auto"/>
        <w:ind w:firstLine="1134"/>
        <w:jc w:val="center"/>
        <w:rPr>
          <w:lang w:val="ru-RU"/>
        </w:rPr>
      </w:pPr>
      <w:r w:rsidRPr="00127F00">
        <w:rPr>
          <w:b/>
          <w:sz w:val="24"/>
          <w:lang w:val="ru-RU"/>
        </w:rPr>
        <w:lastRenderedPageBreak/>
        <w:t>13. ПОРЯДОК УРЕГУЛИРОВАНИЯ СПОРОВ</w:t>
      </w:r>
    </w:p>
    <w:p w14:paraId="7DD1726D" w14:textId="77777777" w:rsidR="00264877" w:rsidRPr="00127F00" w:rsidRDefault="00000000" w:rsidP="00127F00">
      <w:pPr>
        <w:spacing w:after="0" w:line="240" w:lineRule="auto"/>
        <w:ind w:firstLine="1134"/>
        <w:jc w:val="both"/>
        <w:rPr>
          <w:lang w:val="ru-RU"/>
        </w:rPr>
      </w:pPr>
      <w:r w:rsidRPr="00127F00">
        <w:rPr>
          <w:sz w:val="24"/>
          <w:lang w:val="ru-RU"/>
        </w:rPr>
        <w:t>13.1. Стороны стремятся урегулировать разногласия путем переговоров и обязательного претензионного порядка.</w:t>
      </w:r>
    </w:p>
    <w:p w14:paraId="671FCB69" w14:textId="77777777" w:rsidR="00264877" w:rsidRPr="00127F00" w:rsidRDefault="00000000" w:rsidP="00127F00">
      <w:pPr>
        <w:spacing w:after="0" w:line="240" w:lineRule="auto"/>
        <w:ind w:firstLine="1134"/>
        <w:jc w:val="both"/>
        <w:rPr>
          <w:lang w:val="ru-RU"/>
        </w:rPr>
      </w:pPr>
      <w:r w:rsidRPr="00127F00">
        <w:rPr>
          <w:sz w:val="24"/>
          <w:lang w:val="ru-RU"/>
        </w:rPr>
        <w:t>13.2. Претензия направляется в письменной форме с приложением документов, подтверждающих заявленные требования. Срок рассмотрения претензии – 10 (десять) рабочих дней с даты ее получения, если иной срок не установлен законодательством.</w:t>
      </w:r>
    </w:p>
    <w:p w14:paraId="49CB7940" w14:textId="77777777" w:rsidR="00264877" w:rsidRPr="00127F00" w:rsidRDefault="00000000" w:rsidP="00127F00">
      <w:pPr>
        <w:spacing w:after="0" w:line="240" w:lineRule="auto"/>
        <w:ind w:firstLine="1134"/>
        <w:jc w:val="both"/>
        <w:rPr>
          <w:lang w:val="ru-RU"/>
        </w:rPr>
      </w:pPr>
      <w:r w:rsidRPr="00127F00">
        <w:rPr>
          <w:sz w:val="24"/>
          <w:lang w:val="ru-RU"/>
        </w:rPr>
        <w:t>13.3. При недостижении соглашения спор подлежит рассмотрению в арбитражном суде по месту нахождения Заказчика, если иная подсудность не установлена императивными нормами законодательства Российской Федерации.</w:t>
      </w:r>
    </w:p>
    <w:p w14:paraId="1DF75AA1" w14:textId="77777777" w:rsidR="00264877" w:rsidRPr="00127F00" w:rsidRDefault="00000000" w:rsidP="00127F00">
      <w:pPr>
        <w:spacing w:after="0" w:line="240" w:lineRule="auto"/>
        <w:ind w:firstLine="1134"/>
        <w:jc w:val="center"/>
        <w:rPr>
          <w:lang w:val="ru-RU"/>
        </w:rPr>
      </w:pPr>
      <w:r w:rsidRPr="00127F00">
        <w:rPr>
          <w:b/>
          <w:sz w:val="24"/>
          <w:lang w:val="ru-RU"/>
        </w:rPr>
        <w:t>14. ИЗМЕНЕНИЕ И РАСТОРЖЕНИЕ ДОГОВОРА</w:t>
      </w:r>
    </w:p>
    <w:p w14:paraId="355C85D1" w14:textId="77777777" w:rsidR="00264877" w:rsidRPr="00127F00" w:rsidRDefault="00000000" w:rsidP="00127F00">
      <w:pPr>
        <w:spacing w:after="0" w:line="240" w:lineRule="auto"/>
        <w:ind w:firstLine="1134"/>
        <w:jc w:val="both"/>
        <w:rPr>
          <w:lang w:val="ru-RU"/>
        </w:rPr>
      </w:pPr>
      <w:r w:rsidRPr="00127F00">
        <w:rPr>
          <w:sz w:val="24"/>
          <w:lang w:val="ru-RU"/>
        </w:rPr>
        <w:t>14.1. Изменение условий Договора допускается только по соглашению Сторон в письменной форме и в пределах, разрешенных законодательством Российской Федерации и Положением о закупке Заказчика, если иное прямо не предусмотрено законом.</w:t>
      </w:r>
    </w:p>
    <w:p w14:paraId="398666A9" w14:textId="77777777" w:rsidR="00264877" w:rsidRPr="00127F00" w:rsidRDefault="00000000" w:rsidP="00127F00">
      <w:pPr>
        <w:spacing w:after="0" w:line="240" w:lineRule="auto"/>
        <w:ind w:firstLine="1134"/>
        <w:jc w:val="both"/>
        <w:rPr>
          <w:lang w:val="ru-RU"/>
        </w:rPr>
      </w:pPr>
      <w:r w:rsidRPr="00127F00">
        <w:rPr>
          <w:sz w:val="24"/>
          <w:lang w:val="ru-RU"/>
        </w:rPr>
        <w:t>14.2. Не допускается изменение условий Договора таким образом, чтобы это приводило к изменению существа предмета закупки, обходу результатов конкурентной процедуры либо предоставлению Поставщику преимуществ, которые могли повлиять на результаты закупки, за исключением случаев, прямо допустимых законодательством и Положением о закупке.</w:t>
      </w:r>
    </w:p>
    <w:p w14:paraId="741D4306" w14:textId="77777777" w:rsidR="00264877" w:rsidRPr="00127F00" w:rsidRDefault="00000000" w:rsidP="00127F00">
      <w:pPr>
        <w:spacing w:after="0" w:line="240" w:lineRule="auto"/>
        <w:ind w:firstLine="1134"/>
        <w:jc w:val="both"/>
        <w:rPr>
          <w:lang w:val="ru-RU"/>
        </w:rPr>
      </w:pPr>
      <w:r w:rsidRPr="00127F00">
        <w:rPr>
          <w:sz w:val="24"/>
          <w:lang w:val="ru-RU"/>
        </w:rPr>
        <w:t>14.3. Расторжение Договора допускается по соглашению Сторон, по решению суда, а также вследствие одностороннего отказа от исполнения Договора в случаях, предусмотренных гражданским законодательством Российской Федерации и условиями Договора.</w:t>
      </w:r>
    </w:p>
    <w:p w14:paraId="21A13105" w14:textId="77777777" w:rsidR="00264877" w:rsidRPr="00127F00" w:rsidRDefault="00000000" w:rsidP="00127F00">
      <w:pPr>
        <w:spacing w:after="0" w:line="240" w:lineRule="auto"/>
        <w:ind w:firstLine="1134"/>
        <w:jc w:val="both"/>
        <w:rPr>
          <w:lang w:val="ru-RU"/>
        </w:rPr>
      </w:pPr>
      <w:r w:rsidRPr="00127F00">
        <w:rPr>
          <w:sz w:val="24"/>
          <w:lang w:val="ru-RU"/>
        </w:rPr>
        <w:t>14.4. При прекращении Договора Стороны производят взаиморасчеты за фактически и надлежащим образом исполненные обязательства на дату прекращения, если иное не установлено законом или соглашением Сторон.</w:t>
      </w:r>
    </w:p>
    <w:p w14:paraId="3FE25FC3" w14:textId="77777777" w:rsidR="00264877" w:rsidRPr="00127F00" w:rsidRDefault="00000000" w:rsidP="00127F00">
      <w:pPr>
        <w:spacing w:after="0" w:line="240" w:lineRule="auto"/>
        <w:ind w:firstLine="1134"/>
        <w:jc w:val="center"/>
        <w:rPr>
          <w:lang w:val="ru-RU"/>
        </w:rPr>
      </w:pPr>
      <w:r w:rsidRPr="00127F00">
        <w:rPr>
          <w:b/>
          <w:sz w:val="24"/>
          <w:lang w:val="ru-RU"/>
        </w:rPr>
        <w:t>15. КОНФИДЕНЦИАЛЬНОСТЬ И ПЕРСОНАЛЬНЫЕ ДАННЫЕ</w:t>
      </w:r>
    </w:p>
    <w:p w14:paraId="6A809899" w14:textId="77777777" w:rsidR="00264877" w:rsidRPr="00127F00" w:rsidRDefault="00000000" w:rsidP="00127F00">
      <w:pPr>
        <w:spacing w:after="0" w:line="240" w:lineRule="auto"/>
        <w:ind w:firstLine="1134"/>
        <w:jc w:val="both"/>
        <w:rPr>
          <w:lang w:val="ru-RU"/>
        </w:rPr>
      </w:pPr>
      <w:r w:rsidRPr="00127F00">
        <w:rPr>
          <w:sz w:val="24"/>
          <w:lang w:val="ru-RU"/>
        </w:rPr>
        <w:t>15.1. Стороны обязуются не раскрывать третьим лицам конфиденциальную информацию, полученную в связи с заключением и исполнением Договора, за исключением случаев, когда раскрытие обязательно в силу закона, требуется контролирующему органу либо необходимо для исполнения Договора.</w:t>
      </w:r>
    </w:p>
    <w:p w14:paraId="626B20D6" w14:textId="77777777" w:rsidR="00264877" w:rsidRPr="00127F00" w:rsidRDefault="00000000" w:rsidP="00127F00">
      <w:pPr>
        <w:spacing w:after="0" w:line="240" w:lineRule="auto"/>
        <w:ind w:firstLine="1134"/>
        <w:jc w:val="both"/>
        <w:rPr>
          <w:lang w:val="ru-RU"/>
        </w:rPr>
      </w:pPr>
      <w:r w:rsidRPr="00127F00">
        <w:rPr>
          <w:sz w:val="24"/>
          <w:lang w:val="ru-RU"/>
        </w:rPr>
        <w:t>15.2. При обработке персональных данных в связи с исполнением Договора Стороны обязуются соблюдать требования законодательства Российской Федерации о персональных данных и принимать необходимые организационные и технические меры их защиты.</w:t>
      </w:r>
    </w:p>
    <w:p w14:paraId="42D7AA3A" w14:textId="77777777" w:rsidR="00264877" w:rsidRPr="00127F00" w:rsidRDefault="00000000" w:rsidP="00127F00">
      <w:pPr>
        <w:spacing w:after="0" w:line="240" w:lineRule="auto"/>
        <w:ind w:firstLine="1134"/>
        <w:jc w:val="center"/>
        <w:rPr>
          <w:lang w:val="ru-RU"/>
        </w:rPr>
      </w:pPr>
      <w:r w:rsidRPr="00127F00">
        <w:rPr>
          <w:b/>
          <w:sz w:val="24"/>
          <w:lang w:val="ru-RU"/>
        </w:rPr>
        <w:t>16. СРОК ДЕЙСТВИЯ ДОГОВОРА И ЗАКЛЮЧИТЕЛЬНЫЕ ПОЛОЖЕНИЯ</w:t>
      </w:r>
    </w:p>
    <w:p w14:paraId="66AA4FE8" w14:textId="77777777" w:rsidR="00264877" w:rsidRPr="00127F00" w:rsidRDefault="00000000" w:rsidP="00127F00">
      <w:pPr>
        <w:spacing w:after="0" w:line="240" w:lineRule="auto"/>
        <w:ind w:firstLine="1134"/>
        <w:jc w:val="both"/>
        <w:rPr>
          <w:lang w:val="ru-RU"/>
        </w:rPr>
      </w:pPr>
      <w:r w:rsidRPr="00127F00">
        <w:rPr>
          <w:sz w:val="24"/>
          <w:lang w:val="ru-RU"/>
        </w:rPr>
        <w:t>16.1. Договор вступает в силу с даты его заключения и действует до полного исполнения Сторонами обязательств, а в части гарантийных обязательств, ответственности, конфиденциальности и неисполненных расчетов – до их полного завершения либо истечения соответствующих сроков.</w:t>
      </w:r>
    </w:p>
    <w:p w14:paraId="2EC85325" w14:textId="77777777" w:rsidR="00264877" w:rsidRPr="00127F00" w:rsidRDefault="00000000" w:rsidP="00127F00">
      <w:pPr>
        <w:spacing w:after="0" w:line="240" w:lineRule="auto"/>
        <w:ind w:firstLine="1134"/>
        <w:jc w:val="both"/>
        <w:rPr>
          <w:lang w:val="ru-RU"/>
        </w:rPr>
      </w:pPr>
      <w:r w:rsidRPr="00127F00">
        <w:rPr>
          <w:sz w:val="24"/>
          <w:lang w:val="ru-RU"/>
        </w:rPr>
        <w:t>16.2. Недействительность отдельного положения Договора не влечет недействительности остальных его положений.</w:t>
      </w:r>
    </w:p>
    <w:p w14:paraId="562A8071" w14:textId="77777777" w:rsidR="00264877" w:rsidRPr="00127F00" w:rsidRDefault="00000000" w:rsidP="00127F00">
      <w:pPr>
        <w:spacing w:after="0" w:line="240" w:lineRule="auto"/>
        <w:ind w:firstLine="1134"/>
        <w:jc w:val="both"/>
        <w:rPr>
          <w:lang w:val="ru-RU"/>
        </w:rPr>
      </w:pPr>
      <w:r w:rsidRPr="00127F00">
        <w:rPr>
          <w:sz w:val="24"/>
          <w:lang w:val="ru-RU"/>
        </w:rPr>
        <w:t>16.3. Во всем, что прямо не урегулировано Договором, Стороны руководствуются законодательством Российской Федерации, Федеральным законом № 223-ФЗ, Положением о закупке Заказчика и условиями извещения о закупке в применимой части.</w:t>
      </w:r>
    </w:p>
    <w:p w14:paraId="378E4C43" w14:textId="77777777" w:rsidR="00264877" w:rsidRPr="00127F00" w:rsidRDefault="00000000" w:rsidP="00127F00">
      <w:pPr>
        <w:spacing w:after="0" w:line="240" w:lineRule="auto"/>
        <w:ind w:firstLine="1134"/>
        <w:jc w:val="both"/>
        <w:rPr>
          <w:lang w:val="ru-RU"/>
        </w:rPr>
      </w:pPr>
      <w:r w:rsidRPr="00127F00">
        <w:rPr>
          <w:sz w:val="24"/>
          <w:lang w:val="ru-RU"/>
        </w:rPr>
        <w:t>16.4. Неотъемлемой частью настоящего Договора является Приложение № 1 – Техническое задание.</w:t>
      </w:r>
    </w:p>
    <w:p w14:paraId="69107EAE" w14:textId="77777777" w:rsidR="00264877" w:rsidRPr="00127F00" w:rsidRDefault="00000000" w:rsidP="00127F00">
      <w:pPr>
        <w:ind w:firstLine="1134"/>
        <w:jc w:val="center"/>
      </w:pPr>
      <w:r w:rsidRPr="00127F00">
        <w:rPr>
          <w:b/>
          <w:sz w:val="24"/>
        </w:rPr>
        <w:t>17. АДРЕСА И РЕКВИЗИТЫ СТОРОН</w:t>
      </w:r>
    </w:p>
    <w:tbl>
      <w:tblPr>
        <w:tblStyle w:val="af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5128"/>
      </w:tblGrid>
      <w:tr w:rsidR="00264877" w:rsidRPr="00127F00" w14:paraId="53976871" w14:textId="77777777" w:rsidTr="00127F00">
        <w:trPr>
          <w:jc w:val="center"/>
        </w:trPr>
        <w:tc>
          <w:tcPr>
            <w:tcW w:w="5128" w:type="dxa"/>
            <w:shd w:val="clear" w:color="auto" w:fill="auto"/>
          </w:tcPr>
          <w:p w14:paraId="38D8B8F8" w14:textId="77777777" w:rsidR="00264877" w:rsidRPr="00127F00" w:rsidRDefault="00000000" w:rsidP="00127F00">
            <w:pPr>
              <w:jc w:val="both"/>
            </w:pPr>
            <w:r w:rsidRPr="00127F00">
              <w:rPr>
                <w:b/>
                <w:sz w:val="24"/>
              </w:rPr>
              <w:t>ЗАКАЗЧИК</w:t>
            </w:r>
          </w:p>
        </w:tc>
        <w:tc>
          <w:tcPr>
            <w:tcW w:w="5128" w:type="dxa"/>
            <w:shd w:val="clear" w:color="auto" w:fill="auto"/>
          </w:tcPr>
          <w:p w14:paraId="6D3CE12D" w14:textId="77777777" w:rsidR="00264877" w:rsidRPr="00127F00" w:rsidRDefault="00000000" w:rsidP="00127F00">
            <w:pPr>
              <w:jc w:val="both"/>
            </w:pPr>
            <w:r w:rsidRPr="00127F00">
              <w:rPr>
                <w:b/>
                <w:sz w:val="24"/>
              </w:rPr>
              <w:t>ПОСТАВЩИК</w:t>
            </w:r>
          </w:p>
        </w:tc>
      </w:tr>
      <w:tr w:rsidR="00264877" w14:paraId="78DBE9CC" w14:textId="77777777" w:rsidTr="00127F00">
        <w:trPr>
          <w:jc w:val="center"/>
        </w:trPr>
        <w:tc>
          <w:tcPr>
            <w:tcW w:w="5128" w:type="dxa"/>
            <w:shd w:val="clear" w:color="auto" w:fill="auto"/>
          </w:tcPr>
          <w:p w14:paraId="728EA2DF" w14:textId="77777777" w:rsidR="00264877" w:rsidRPr="00127F00" w:rsidRDefault="00000000" w:rsidP="00127F00">
            <w:pPr>
              <w:jc w:val="both"/>
            </w:pPr>
            <w:r w:rsidRPr="00127F00">
              <w:rPr>
                <w:sz w:val="24"/>
                <w:lang w:val="ru-RU"/>
              </w:rPr>
              <w:t>АО «Распределительная сетевая компания»</w:t>
            </w:r>
            <w:r w:rsidRPr="00127F00">
              <w:rPr>
                <w:sz w:val="24"/>
                <w:lang w:val="ru-RU"/>
              </w:rPr>
              <w:br/>
              <w:t>369000, Карачаево-Черкесская Республика,</w:t>
            </w:r>
            <w:r w:rsidRPr="00127F00">
              <w:rPr>
                <w:sz w:val="24"/>
                <w:lang w:val="ru-RU"/>
              </w:rPr>
              <w:br/>
              <w:t xml:space="preserve">г. Черкесск, ул. </w:t>
            </w:r>
            <w:proofErr w:type="spellStart"/>
            <w:r w:rsidRPr="00127F00">
              <w:rPr>
                <w:sz w:val="24"/>
              </w:rPr>
              <w:t>Красная</w:t>
            </w:r>
            <w:proofErr w:type="spellEnd"/>
            <w:r w:rsidRPr="00127F00">
              <w:rPr>
                <w:sz w:val="24"/>
              </w:rPr>
              <w:t>, д. 19</w:t>
            </w:r>
            <w:r w:rsidRPr="00127F00">
              <w:rPr>
                <w:sz w:val="24"/>
              </w:rPr>
              <w:br/>
            </w:r>
            <w:r w:rsidRPr="00127F00">
              <w:rPr>
                <w:sz w:val="24"/>
              </w:rPr>
              <w:br/>
              <w:t>Генеральный директор</w:t>
            </w:r>
            <w:r w:rsidRPr="00127F00">
              <w:rPr>
                <w:sz w:val="24"/>
              </w:rPr>
              <w:br/>
            </w:r>
            <w:r w:rsidRPr="00127F00">
              <w:rPr>
                <w:sz w:val="24"/>
              </w:rPr>
              <w:lastRenderedPageBreak/>
              <w:t>________________ / В.А. Аверченков /</w:t>
            </w:r>
          </w:p>
        </w:tc>
        <w:tc>
          <w:tcPr>
            <w:tcW w:w="5128" w:type="dxa"/>
            <w:shd w:val="clear" w:color="auto" w:fill="auto"/>
          </w:tcPr>
          <w:p w14:paraId="650B2D76" w14:textId="77777777" w:rsidR="00264877" w:rsidRDefault="00000000" w:rsidP="00127F00">
            <w:pPr>
              <w:jc w:val="both"/>
            </w:pPr>
            <w:r w:rsidRPr="00127F00">
              <w:rPr>
                <w:sz w:val="24"/>
              </w:rPr>
              <w:lastRenderedPageBreak/>
              <w:t>____________________________</w:t>
            </w:r>
            <w:r w:rsidRPr="00127F00">
              <w:rPr>
                <w:sz w:val="24"/>
              </w:rPr>
              <w:br/>
            </w:r>
            <w:r w:rsidRPr="00127F00">
              <w:rPr>
                <w:sz w:val="24"/>
              </w:rPr>
              <w:br/>
              <w:t>____________________________</w:t>
            </w:r>
            <w:r w:rsidRPr="00127F00">
              <w:rPr>
                <w:sz w:val="24"/>
              </w:rPr>
              <w:br/>
            </w:r>
            <w:r w:rsidRPr="00127F00">
              <w:rPr>
                <w:sz w:val="24"/>
              </w:rPr>
              <w:br/>
              <w:t>________________ / ____________ /</w:t>
            </w:r>
          </w:p>
        </w:tc>
      </w:tr>
    </w:tbl>
    <w:p w14:paraId="27A52076" w14:textId="77777777" w:rsidR="006A7C1E" w:rsidRDefault="006A7C1E" w:rsidP="00127F00">
      <w:pPr>
        <w:jc w:val="both"/>
      </w:pPr>
    </w:p>
    <w:sectPr w:rsidR="006A7C1E" w:rsidSect="00034616">
      <w:pgSz w:w="12240" w:h="15840"/>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CC"/>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24589038">
    <w:abstractNumId w:val="8"/>
  </w:num>
  <w:num w:numId="2" w16cid:durableId="1425960498">
    <w:abstractNumId w:val="6"/>
  </w:num>
  <w:num w:numId="3" w16cid:durableId="342368293">
    <w:abstractNumId w:val="5"/>
  </w:num>
  <w:num w:numId="4" w16cid:durableId="1623069030">
    <w:abstractNumId w:val="4"/>
  </w:num>
  <w:num w:numId="5" w16cid:durableId="1508404517">
    <w:abstractNumId w:val="7"/>
  </w:num>
  <w:num w:numId="6" w16cid:durableId="1401516810">
    <w:abstractNumId w:val="3"/>
  </w:num>
  <w:num w:numId="7" w16cid:durableId="1327588466">
    <w:abstractNumId w:val="2"/>
  </w:num>
  <w:num w:numId="8" w16cid:durableId="1697535153">
    <w:abstractNumId w:val="1"/>
  </w:num>
  <w:num w:numId="9" w16cid:durableId="106897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F93"/>
    <w:rsid w:val="00127F00"/>
    <w:rsid w:val="0015074B"/>
    <w:rsid w:val="00264877"/>
    <w:rsid w:val="0029639D"/>
    <w:rsid w:val="00326F90"/>
    <w:rsid w:val="006A7C1E"/>
    <w:rsid w:val="00AA1D8D"/>
    <w:rsid w:val="00B47730"/>
    <w:rsid w:val="00CB0664"/>
    <w:rsid w:val="00FB42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F1619"/>
  <w14:defaultImageDpi w14:val="300"/>
  <w15:docId w15:val="{13B9AD89-68ED-449F-A4CA-5D0BCC235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3208</Words>
  <Characters>18291</Characters>
  <Application>Microsoft Office Word</Application>
  <DocSecurity>0</DocSecurity>
  <Lines>152</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Дрига Ирина</cp:lastModifiedBy>
  <cp:revision>2</cp:revision>
  <dcterms:created xsi:type="dcterms:W3CDTF">2026-09-17T08:13:00Z</dcterms:created>
  <dcterms:modified xsi:type="dcterms:W3CDTF">2026-09-17T08:13:00Z</dcterms:modified>
  <cp:category/>
</cp:coreProperties>
</file>