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1BE0C" w14:textId="77777777" w:rsidR="00010651" w:rsidRPr="00272A29" w:rsidRDefault="00D641E6">
      <w:pPr>
        <w:jc w:val="center"/>
        <w:rPr>
          <w:lang w:val="ru-RU"/>
        </w:rPr>
      </w:pPr>
      <w:r w:rsidRPr="00272A29">
        <w:rPr>
          <w:b/>
          <w:color w:val="000000"/>
          <w:sz w:val="20"/>
          <w:lang w:val="ru-RU"/>
        </w:rPr>
        <w:t>ГОСУДАРСТВЕННОЕ АВТОНОМНОЕ ПРОФЕССИОНАЛЬНОЕ ОБРАЗОВАТЕЛЬНОЕ УЧРЕЖДЕНИЕ</w:t>
      </w:r>
      <w:r w:rsidRPr="00272A29">
        <w:rPr>
          <w:b/>
          <w:color w:val="000000"/>
          <w:sz w:val="20"/>
          <w:lang w:val="ru-RU"/>
        </w:rPr>
        <w:br/>
        <w:t>САРАТОВСКОЙ ОБЛАСТИ «САРАТОВСКИЙ ОБЛАСТНОЙ ОБРАЗОВАТЕЛЬНЫЙ КОМПЛЕКС -</w:t>
      </w:r>
      <w:r w:rsidRPr="00272A29">
        <w:rPr>
          <w:b/>
          <w:color w:val="000000"/>
          <w:sz w:val="20"/>
          <w:lang w:val="ru-RU"/>
        </w:rPr>
        <w:br/>
        <w:t>ПОЛИТЕХНИЧЕСКИЙ КОЛЛЕДЖ - ЛИЦЕЙ-ИНТЕРНАТ 64»</w:t>
      </w:r>
    </w:p>
    <w:p w14:paraId="0D74A8C1" w14:textId="77777777" w:rsidR="00010651" w:rsidRPr="00272A29" w:rsidRDefault="00D641E6">
      <w:pPr>
        <w:jc w:val="right"/>
        <w:rPr>
          <w:lang w:val="ru-RU"/>
        </w:rPr>
      </w:pPr>
      <w:r w:rsidRPr="00272A29">
        <w:rPr>
          <w:b/>
          <w:color w:val="000000"/>
          <w:lang w:val="ru-RU"/>
        </w:rPr>
        <w:t>УТВЕРЖДАЮ</w:t>
      </w:r>
    </w:p>
    <w:p w14:paraId="4F7AB826" w14:textId="77777777" w:rsidR="00010651" w:rsidRPr="00272A29" w:rsidRDefault="00D641E6">
      <w:pPr>
        <w:jc w:val="right"/>
        <w:rPr>
          <w:lang w:val="ru-RU"/>
        </w:rPr>
      </w:pPr>
      <w:r w:rsidRPr="00272A29">
        <w:rPr>
          <w:color w:val="000000"/>
          <w:lang w:val="ru-RU"/>
        </w:rPr>
        <w:t>Директор</w:t>
      </w:r>
      <w:r w:rsidRPr="00272A29">
        <w:rPr>
          <w:color w:val="000000"/>
          <w:lang w:val="ru-RU"/>
        </w:rPr>
        <w:br/>
        <w:t>ГАПОУ СО «СООК - ПК - ЛИ 64»</w:t>
      </w:r>
      <w:r w:rsidRPr="00272A29">
        <w:rPr>
          <w:color w:val="000000"/>
          <w:lang w:val="ru-RU"/>
        </w:rPr>
        <w:br/>
        <w:t xml:space="preserve">______________/С.В. </w:t>
      </w:r>
      <w:r w:rsidRPr="00272A29">
        <w:rPr>
          <w:color w:val="000000"/>
          <w:lang w:val="ru-RU"/>
        </w:rPr>
        <w:t>Бакал</w:t>
      </w:r>
      <w:r w:rsidRPr="00272A29">
        <w:rPr>
          <w:color w:val="000000"/>
          <w:lang w:val="ru-RU"/>
        </w:rPr>
        <w:br/>
        <w:t>«</w:t>
      </w:r>
      <w:r w:rsidR="00756884" w:rsidRPr="00272A29">
        <w:rPr>
          <w:color w:val="000000"/>
          <w:lang w:val="ru-RU"/>
        </w:rPr>
        <w:t>10</w:t>
      </w:r>
      <w:r w:rsidRPr="00272A29">
        <w:rPr>
          <w:color w:val="000000"/>
          <w:lang w:val="ru-RU"/>
        </w:rPr>
        <w:t xml:space="preserve">» </w:t>
      </w:r>
      <w:r w:rsidR="00756884" w:rsidRPr="00272A29">
        <w:rPr>
          <w:color w:val="000000"/>
          <w:lang w:val="ru-RU"/>
        </w:rPr>
        <w:t xml:space="preserve">сентября </w:t>
      </w:r>
      <w:r w:rsidRPr="00272A29">
        <w:rPr>
          <w:color w:val="000000"/>
          <w:lang w:val="ru-RU"/>
        </w:rPr>
        <w:t>2026 г.</w:t>
      </w:r>
    </w:p>
    <w:p w14:paraId="31F760F3" w14:textId="77777777" w:rsidR="00010651" w:rsidRPr="00272A29" w:rsidRDefault="00010651">
      <w:pPr>
        <w:rPr>
          <w:lang w:val="ru-RU"/>
        </w:rPr>
      </w:pPr>
    </w:p>
    <w:p w14:paraId="7A4F0744" w14:textId="77777777" w:rsidR="00010651" w:rsidRPr="00272A29" w:rsidRDefault="00010651">
      <w:pPr>
        <w:rPr>
          <w:lang w:val="ru-RU"/>
        </w:rPr>
      </w:pPr>
    </w:p>
    <w:p w14:paraId="44D6B65C" w14:textId="77777777" w:rsidR="00756884" w:rsidRPr="00272A29" w:rsidRDefault="00756884">
      <w:pPr>
        <w:rPr>
          <w:lang w:val="ru-RU"/>
        </w:rPr>
      </w:pPr>
    </w:p>
    <w:p w14:paraId="7C1ECE98" w14:textId="77777777" w:rsidR="00756884" w:rsidRPr="00272A29" w:rsidRDefault="00756884">
      <w:pPr>
        <w:rPr>
          <w:lang w:val="ru-RU"/>
        </w:rPr>
      </w:pPr>
    </w:p>
    <w:p w14:paraId="44E8A1FE" w14:textId="77777777" w:rsidR="00756884" w:rsidRPr="00272A29" w:rsidRDefault="00756884">
      <w:pPr>
        <w:rPr>
          <w:lang w:val="ru-RU"/>
        </w:rPr>
      </w:pPr>
    </w:p>
    <w:p w14:paraId="2B9B6205" w14:textId="77777777" w:rsidR="00756884" w:rsidRPr="00272A29" w:rsidRDefault="00756884">
      <w:pPr>
        <w:rPr>
          <w:lang w:val="ru-RU"/>
        </w:rPr>
      </w:pPr>
    </w:p>
    <w:p w14:paraId="030C1E01" w14:textId="77777777" w:rsidR="00756884" w:rsidRPr="00272A29" w:rsidRDefault="00756884">
      <w:pPr>
        <w:rPr>
          <w:lang w:val="ru-RU"/>
        </w:rPr>
      </w:pPr>
    </w:p>
    <w:p w14:paraId="02E7CB15" w14:textId="77777777" w:rsidR="00010651" w:rsidRPr="00272A29" w:rsidRDefault="00D641E6">
      <w:pPr>
        <w:spacing w:after="60"/>
        <w:jc w:val="center"/>
        <w:rPr>
          <w:lang w:val="ru-RU"/>
        </w:rPr>
      </w:pPr>
      <w:r w:rsidRPr="00272A29">
        <w:rPr>
          <w:b/>
          <w:color w:val="000000"/>
          <w:sz w:val="26"/>
          <w:lang w:val="ru-RU"/>
        </w:rPr>
        <w:t>ИЗВЕЩЕНИЕ И ДОКУМЕНТАЦИЯ</w:t>
      </w:r>
    </w:p>
    <w:p w14:paraId="11669962" w14:textId="77777777" w:rsidR="00010651" w:rsidRPr="00272A29" w:rsidRDefault="00D641E6">
      <w:pPr>
        <w:jc w:val="center"/>
        <w:rPr>
          <w:lang w:val="ru-RU"/>
        </w:rPr>
      </w:pPr>
      <w:r w:rsidRPr="00272A29">
        <w:rPr>
          <w:b/>
          <w:color w:val="000000"/>
          <w:lang w:val="ru-RU"/>
        </w:rPr>
        <w:t>о проведении запроса котировок в электронной форме</w:t>
      </w:r>
    </w:p>
    <w:p w14:paraId="28170A48" w14:textId="77777777" w:rsidR="00010651" w:rsidRPr="00272A29" w:rsidRDefault="00D641E6">
      <w:pPr>
        <w:jc w:val="center"/>
        <w:rPr>
          <w:lang w:val="ru-RU"/>
        </w:rPr>
      </w:pPr>
      <w:r w:rsidRPr="00272A29">
        <w:rPr>
          <w:lang w:val="ru-RU"/>
        </w:rPr>
        <w:t>на право заключения договора на поставку оборудования и изделий для медицинского кабинета</w:t>
      </w:r>
    </w:p>
    <w:p w14:paraId="16F23B87" w14:textId="77777777" w:rsidR="00010651" w:rsidRPr="00272A29" w:rsidRDefault="00D641E6">
      <w:pPr>
        <w:rPr>
          <w:lang w:val="ru-RU"/>
        </w:rPr>
      </w:pPr>
      <w:r w:rsidRPr="00272A29">
        <w:rPr>
          <w:lang w:val="ru-RU"/>
        </w:rPr>
        <w:br w:type="page"/>
      </w:r>
    </w:p>
    <w:p w14:paraId="65E2635C" w14:textId="77777777" w:rsidR="00010651" w:rsidRPr="00272A29" w:rsidRDefault="00D641E6">
      <w:pPr>
        <w:keepNext/>
        <w:spacing w:before="120" w:after="60"/>
        <w:jc w:val="center"/>
        <w:rPr>
          <w:lang w:val="ru-RU"/>
        </w:rPr>
      </w:pPr>
      <w:r w:rsidRPr="00272A29">
        <w:rPr>
          <w:b/>
          <w:color w:val="000000"/>
          <w:lang w:val="ru-RU"/>
        </w:rPr>
        <w:lastRenderedPageBreak/>
        <w:t>Раздел 1. Нормативные основания и общие положения</w:t>
      </w:r>
    </w:p>
    <w:p w14:paraId="390ABEE7" w14:textId="77777777" w:rsidR="00010651" w:rsidRPr="00272A29" w:rsidRDefault="00D641E6">
      <w:pPr>
        <w:ind w:firstLine="567"/>
        <w:jc w:val="both"/>
        <w:rPr>
          <w:lang w:val="ru-RU"/>
        </w:rPr>
      </w:pPr>
      <w:r w:rsidRPr="00272A29">
        <w:rPr>
          <w:color w:val="000000"/>
          <w:lang w:val="ru-RU"/>
        </w:rPr>
        <w:t>1.1</w:t>
      </w:r>
      <w:r w:rsidRPr="00272A29">
        <w:rPr>
          <w:color w:val="000000"/>
          <w:lang w:val="ru-RU"/>
        </w:rPr>
        <w:t>. Закупка проводится в соответствии с Федеральным законом от 18.07.2011 № 223-ФЗ «О закупках товаров, работ, услуг отдельными видами юридических лиц», Положением о закупке Заказчика, в том числе статьями 10, 15, 16, 37-41 и 49-53, а также регламентом элект</w:t>
      </w:r>
      <w:r w:rsidRPr="00272A29">
        <w:rPr>
          <w:color w:val="000000"/>
          <w:lang w:val="ru-RU"/>
        </w:rPr>
        <w:t>ронной площадки.</w:t>
      </w:r>
    </w:p>
    <w:p w14:paraId="6C4A6EC5" w14:textId="77777777" w:rsidR="00010651" w:rsidRPr="00272A29" w:rsidRDefault="00D641E6">
      <w:pPr>
        <w:ind w:firstLine="567"/>
        <w:jc w:val="both"/>
        <w:rPr>
          <w:lang w:val="ru-RU"/>
        </w:rPr>
      </w:pPr>
      <w:r w:rsidRPr="00272A29">
        <w:rPr>
          <w:color w:val="000000"/>
          <w:lang w:val="ru-RU"/>
        </w:rPr>
        <w:t>1.2. Описание предмета закупки сформировано с учетом части 6.1 статьи 3 Федерального закона № 223-ФЗ. Указание товарных знаков в коммерческих предложениях и расчете НМЦД используется только для идентификации ценовой информации и не огранич</w:t>
      </w:r>
      <w:r w:rsidRPr="00272A29">
        <w:rPr>
          <w:color w:val="000000"/>
          <w:lang w:val="ru-RU"/>
        </w:rPr>
        <w:t>ивает предложение эквивалентного товара, соответствующего требованиям Технического задания.</w:t>
      </w:r>
    </w:p>
    <w:p w14:paraId="7E886703" w14:textId="09CA6B39" w:rsidR="00010651" w:rsidRPr="00272A29" w:rsidRDefault="00D641E6">
      <w:pPr>
        <w:ind w:firstLine="567"/>
        <w:jc w:val="both"/>
        <w:rPr>
          <w:lang w:val="ru-RU"/>
        </w:rPr>
      </w:pPr>
      <w:r w:rsidRPr="00272A29">
        <w:rPr>
          <w:lang w:val="ru-RU"/>
        </w:rPr>
        <w:t>1.3. Условия национального режима определяются статьей 3.1-4 Федерального закона № 223-ФЗ и постановлением Правительства РФ от 23.12.2024 № 1875 в редакции, действу</w:t>
      </w:r>
      <w:r w:rsidRPr="00272A29">
        <w:rPr>
          <w:lang w:val="ru-RU"/>
        </w:rPr>
        <w:t>ющей на дату размещения извещения. Заказчик является автономным учреждением и не относится к хозяйственным обществам, указанным в абзаце втором подпункта «л» пункта 4 постановления № 1875. Запрет, ограничение и преимущество, предусмотренные пунктом 1 поста</w:t>
      </w:r>
      <w:r w:rsidRPr="00272A29">
        <w:rPr>
          <w:lang w:val="ru-RU"/>
        </w:rPr>
        <w:t>новления № 1875, применяются к настоящей закупке в зависимости от включения конкретного товара в приложения № 1 и № 2. Минимальная обязательная доля закупок товаров российского происхождения, предусмотренная приложением № 3, не применяется на основании абз</w:t>
      </w:r>
      <w:r w:rsidRPr="00272A29">
        <w:rPr>
          <w:lang w:val="ru-RU"/>
        </w:rPr>
        <w:t>аца третьего подпункта «л» пункта 4 постановления № 1875.</w:t>
      </w:r>
    </w:p>
    <w:p w14:paraId="51E4CA36" w14:textId="77777777" w:rsidR="00010651" w:rsidRPr="00272A29" w:rsidRDefault="00D641E6">
      <w:pPr>
        <w:ind w:firstLine="567"/>
        <w:jc w:val="both"/>
        <w:rPr>
          <w:lang w:val="ru-RU"/>
        </w:rPr>
      </w:pPr>
      <w:r w:rsidRPr="00272A29">
        <w:rPr>
          <w:lang w:val="ru-RU"/>
        </w:rPr>
        <w:t>1.4. Извещение, документация и приложения размещаются 22.09.2026 в ЕИС и на электронной площадке. Документы доступны без взимания платы в течение всего срока подачи заявок.</w:t>
      </w:r>
    </w:p>
    <w:p w14:paraId="512E57A7" w14:textId="77777777" w:rsidR="00010651" w:rsidRPr="00272A29" w:rsidRDefault="00D641E6">
      <w:pPr>
        <w:ind w:firstLine="567"/>
        <w:jc w:val="both"/>
        <w:rPr>
          <w:lang w:val="ru-RU"/>
        </w:rPr>
      </w:pPr>
      <w:r w:rsidRPr="00272A29">
        <w:rPr>
          <w:lang w:val="ru-RU"/>
        </w:rPr>
        <w:t>1.5. Участник вправе пода</w:t>
      </w:r>
      <w:r w:rsidRPr="00272A29">
        <w:rPr>
          <w:lang w:val="ru-RU"/>
        </w:rPr>
        <w:t>ть только одну заявку на участие в закупке. До окончания срока подачи заявок заявка может быть отозвана либо заменена новой; датой и временем подачи считается дата и время последней заявки.</w:t>
      </w:r>
    </w:p>
    <w:p w14:paraId="79E579EE" w14:textId="77777777" w:rsidR="00010651" w:rsidRPr="00272A29" w:rsidRDefault="00D641E6">
      <w:pPr>
        <w:ind w:firstLine="567"/>
        <w:jc w:val="both"/>
        <w:rPr>
          <w:lang w:val="ru-RU"/>
        </w:rPr>
      </w:pPr>
      <w:r w:rsidRPr="00272A29">
        <w:rPr>
          <w:color w:val="000000"/>
          <w:lang w:val="ru-RU"/>
        </w:rPr>
        <w:t>1.6. Запросы о разъяснении направляются через электронную площадку</w:t>
      </w:r>
      <w:r w:rsidRPr="00272A29">
        <w:rPr>
          <w:color w:val="000000"/>
          <w:lang w:val="ru-RU"/>
        </w:rPr>
        <w:t>. Разъяснение не должно изменять предмет закупки и существенные условия проекта договора.</w:t>
      </w:r>
    </w:p>
    <w:p w14:paraId="73839E9D" w14:textId="77777777" w:rsidR="00010651" w:rsidRPr="00272A29" w:rsidRDefault="00D641E6">
      <w:pPr>
        <w:ind w:firstLine="567"/>
        <w:jc w:val="both"/>
        <w:rPr>
          <w:lang w:val="ru-RU"/>
        </w:rPr>
      </w:pPr>
      <w:r w:rsidRPr="00272A29">
        <w:rPr>
          <w:color w:val="000000"/>
          <w:lang w:val="ru-RU"/>
        </w:rPr>
        <w:t>1.7. Изменения в извещение и документацию могут быть внесены не позднее чем за один рабочий день до окончания срока подачи заявок. При этом предмет закупки не изменяе</w:t>
      </w:r>
      <w:r w:rsidRPr="00272A29">
        <w:rPr>
          <w:color w:val="000000"/>
          <w:lang w:val="ru-RU"/>
        </w:rPr>
        <w:t>тся, а срок подачи заявок продлевается в соответствии с пунктом 9 статьи 38 Положения и частью 11 статьи 4 Федерального закона № 223-ФЗ.</w:t>
      </w:r>
    </w:p>
    <w:p w14:paraId="1B68D051" w14:textId="77777777" w:rsidR="00010651" w:rsidRPr="00272A29" w:rsidRDefault="00D641E6">
      <w:pPr>
        <w:ind w:firstLine="567"/>
        <w:jc w:val="both"/>
        <w:rPr>
          <w:lang w:val="ru-RU"/>
        </w:rPr>
      </w:pPr>
      <w:r w:rsidRPr="00272A29">
        <w:rPr>
          <w:color w:val="000000"/>
          <w:lang w:val="ru-RU"/>
        </w:rPr>
        <w:t>1.8. Заказчик вправе отменить запрос котировок не позднее чем за два дня до окончания срока подачи заявок. После указан</w:t>
      </w:r>
      <w:r w:rsidRPr="00272A29">
        <w:rPr>
          <w:color w:val="000000"/>
          <w:lang w:val="ru-RU"/>
        </w:rPr>
        <w:t>ного срока отмена допускается только при возникновении обстоятельств непреодолимой силы.</w:t>
      </w:r>
    </w:p>
    <w:p w14:paraId="1F0C80D4" w14:textId="77777777" w:rsidR="00010651" w:rsidRPr="00272A29" w:rsidRDefault="00D641E6">
      <w:pPr>
        <w:ind w:firstLine="567"/>
        <w:jc w:val="both"/>
        <w:rPr>
          <w:lang w:val="ru-RU"/>
        </w:rPr>
      </w:pPr>
      <w:r w:rsidRPr="00272A29">
        <w:rPr>
          <w:color w:val="000000"/>
          <w:lang w:val="ru-RU"/>
        </w:rPr>
        <w:t>1.9. Победителем признается участник, заявка которого соответствует всем требованиям и содержит наиболее низкую цену договора. При равенстве цен преимущество имеет зая</w:t>
      </w:r>
      <w:r w:rsidRPr="00272A29">
        <w:rPr>
          <w:color w:val="000000"/>
          <w:lang w:val="ru-RU"/>
        </w:rPr>
        <w:t>вка, поступившая ранее.</w:t>
      </w:r>
    </w:p>
    <w:p w14:paraId="3DB710D8" w14:textId="77777777" w:rsidR="00010651" w:rsidRPr="00272A29" w:rsidRDefault="00D641E6">
      <w:pPr>
        <w:keepNext/>
        <w:spacing w:before="120" w:after="60"/>
        <w:jc w:val="center"/>
        <w:rPr>
          <w:lang w:val="ru-RU"/>
        </w:rPr>
      </w:pPr>
      <w:r w:rsidRPr="00272A29">
        <w:rPr>
          <w:b/>
          <w:color w:val="000000"/>
          <w:lang w:val="ru-RU"/>
        </w:rPr>
        <w:t>Раздел 2. Информационная карта</w:t>
      </w:r>
    </w:p>
    <w:tbl>
      <w:tblPr>
        <w:tblStyle w:val="aff0"/>
        <w:tblW w:w="10211" w:type="dxa"/>
        <w:jc w:val="center"/>
        <w:tblLayout w:type="fixed"/>
        <w:tblLook w:val="04A0" w:firstRow="1" w:lastRow="0" w:firstColumn="1" w:lastColumn="0" w:noHBand="0" w:noVBand="1"/>
      </w:tblPr>
      <w:tblGrid>
        <w:gridCol w:w="572"/>
        <w:gridCol w:w="1985"/>
        <w:gridCol w:w="7654"/>
      </w:tblGrid>
      <w:tr w:rsidR="00010651" w:rsidRPr="00272A29" w14:paraId="29A14A7E" w14:textId="77777777" w:rsidTr="00756884">
        <w:trPr>
          <w:cantSplit/>
          <w:tblHeader/>
          <w:jc w:val="center"/>
        </w:trPr>
        <w:tc>
          <w:tcPr>
            <w:tcW w:w="57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0E016A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b/>
                <w:color w:val="000000"/>
              </w:rPr>
              <w:t>№</w:t>
            </w:r>
          </w:p>
        </w:tc>
        <w:tc>
          <w:tcPr>
            <w:tcW w:w="198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591C45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b/>
                <w:color w:val="000000"/>
              </w:rPr>
              <w:t>Сведения</w:t>
            </w:r>
            <w:proofErr w:type="spellEnd"/>
          </w:p>
        </w:tc>
        <w:tc>
          <w:tcPr>
            <w:tcW w:w="76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9E57F5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b/>
                <w:color w:val="000000"/>
              </w:rPr>
              <w:t>Данные</w:t>
            </w:r>
            <w:proofErr w:type="spellEnd"/>
          </w:p>
        </w:tc>
      </w:tr>
      <w:tr w:rsidR="00010651" w:rsidRPr="00D641E6" w14:paraId="338517F6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B37A3F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1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659EC0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Заказчик</w:t>
            </w:r>
            <w:proofErr w:type="spellEnd"/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87F9C1" w14:textId="77777777" w:rsidR="00010651" w:rsidRPr="00272A29" w:rsidRDefault="00D641E6">
            <w:pPr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>ГОСУДАРСТВЕННОЕ АВТОНОМНОЕ ПРОФЕССИОНАЛЬНОЕ ОБРАЗОВАТЕЛЬНОЕ УЧРЕЖДЕНИЕ САРАТОВСКОЙ ОБЛАСТИ «САРАТОВСКИЙ ОБЛАСТНОЙ ОБРАЗОВАТЕЛЬНЫЙ КОМПЛЕКС - ПОЛИТЕХНИЧЕСКИЙ КОЛЛЕДЖ - ЛИЦЕЙ-ИНТЕРНАТ 64» (ГАПОУ СО «СООК - ПК - ЛИ 64»). Адрес: 410012, Саратовская обл., г. Са</w:t>
            </w:r>
            <w:r w:rsidRPr="00272A29">
              <w:rPr>
                <w:rFonts w:cs="Times New Roman"/>
                <w:color w:val="000000"/>
                <w:lang w:val="ru-RU"/>
              </w:rPr>
              <w:t xml:space="preserve">ратов, ул. им. Разина С.Т., д. 73. </w:t>
            </w:r>
            <w:r w:rsidRPr="00272A29">
              <w:rPr>
                <w:rFonts w:cs="Times New Roman"/>
                <w:color w:val="000000"/>
              </w:rPr>
              <w:t>E</w:t>
            </w:r>
            <w:r w:rsidRPr="00272A29">
              <w:rPr>
                <w:rFonts w:cs="Times New Roman"/>
                <w:color w:val="000000"/>
                <w:lang w:val="ru-RU"/>
              </w:rPr>
              <w:t>-</w:t>
            </w:r>
            <w:r w:rsidRPr="00272A29">
              <w:rPr>
                <w:rFonts w:cs="Times New Roman"/>
                <w:color w:val="000000"/>
              </w:rPr>
              <w:t>mail</w:t>
            </w:r>
            <w:r w:rsidRPr="00272A29">
              <w:rPr>
                <w:rFonts w:cs="Times New Roman"/>
                <w:color w:val="000000"/>
                <w:lang w:val="ru-RU"/>
              </w:rPr>
              <w:t xml:space="preserve">: </w:t>
            </w:r>
            <w:r w:rsidRPr="00272A29">
              <w:rPr>
                <w:rFonts w:cs="Times New Roman"/>
                <w:color w:val="000000"/>
              </w:rPr>
              <w:t>n</w:t>
            </w:r>
            <w:r w:rsidRPr="00272A29">
              <w:rPr>
                <w:rFonts w:cs="Times New Roman"/>
                <w:color w:val="000000"/>
                <w:lang w:val="ru-RU"/>
              </w:rPr>
              <w:t>.</w:t>
            </w:r>
            <w:proofErr w:type="spellStart"/>
            <w:r w:rsidRPr="00272A29">
              <w:rPr>
                <w:rFonts w:cs="Times New Roman"/>
                <w:color w:val="000000"/>
              </w:rPr>
              <w:t>petrova</w:t>
            </w:r>
            <w:proofErr w:type="spellEnd"/>
            <w:r w:rsidRPr="00272A29">
              <w:rPr>
                <w:rFonts w:cs="Times New Roman"/>
                <w:color w:val="000000"/>
                <w:lang w:val="ru-RU"/>
              </w:rPr>
              <w:t>.</w:t>
            </w:r>
            <w:r w:rsidRPr="00272A29">
              <w:rPr>
                <w:rFonts w:cs="Times New Roman"/>
                <w:color w:val="000000"/>
              </w:rPr>
              <w:t>li</w:t>
            </w:r>
            <w:r w:rsidRPr="00272A29">
              <w:rPr>
                <w:rFonts w:cs="Times New Roman"/>
                <w:color w:val="000000"/>
                <w:lang w:val="ru-RU"/>
              </w:rPr>
              <w:t>64@</w:t>
            </w:r>
            <w:r w:rsidRPr="00272A29">
              <w:rPr>
                <w:rFonts w:cs="Times New Roman"/>
                <w:color w:val="000000"/>
              </w:rPr>
              <w:t>mail</w:t>
            </w:r>
            <w:r w:rsidRPr="00272A29">
              <w:rPr>
                <w:rFonts w:cs="Times New Roman"/>
                <w:color w:val="000000"/>
                <w:lang w:val="ru-RU"/>
              </w:rPr>
              <w:t>.</w:t>
            </w:r>
            <w:proofErr w:type="spellStart"/>
            <w:r w:rsidRPr="00272A29">
              <w:rPr>
                <w:rFonts w:cs="Times New Roman"/>
                <w:color w:val="000000"/>
              </w:rPr>
              <w:t>ru</w:t>
            </w:r>
            <w:proofErr w:type="spellEnd"/>
            <w:r w:rsidRPr="00272A29">
              <w:rPr>
                <w:rFonts w:cs="Times New Roman"/>
                <w:color w:val="000000"/>
                <w:lang w:val="ru-RU"/>
              </w:rPr>
              <w:t>. Тел.: 8 917 313-33-07. Контактное лицо: Петрова Наталия Валерьевна.</w:t>
            </w:r>
          </w:p>
        </w:tc>
      </w:tr>
      <w:tr w:rsidR="00010651" w:rsidRPr="00D641E6" w14:paraId="6BE8BA94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F510B6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2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8ECF83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Способ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закупки</w:t>
            </w:r>
            <w:proofErr w:type="spellEnd"/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BBB3AC" w14:textId="77777777" w:rsidR="00010651" w:rsidRPr="00272A29" w:rsidRDefault="00D641E6">
            <w:pPr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 xml:space="preserve">Запрос котировок в электронной форме. Основание: пункт 4 статьи 10 Положения; НМЦД не превышает 1 000 </w:t>
            </w:r>
            <w:r w:rsidRPr="00272A29">
              <w:rPr>
                <w:rFonts w:cs="Times New Roman"/>
                <w:color w:val="000000"/>
                <w:lang w:val="ru-RU"/>
              </w:rPr>
              <w:t>000 руб.</w:t>
            </w:r>
          </w:p>
        </w:tc>
      </w:tr>
      <w:tr w:rsidR="00010651" w:rsidRPr="00D641E6" w14:paraId="4635EE55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4AAB96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3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A58204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Информационные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ресурсы</w:t>
            </w:r>
            <w:proofErr w:type="spellEnd"/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79BC34" w14:textId="77777777" w:rsidR="00010651" w:rsidRPr="00272A29" w:rsidRDefault="00D641E6">
            <w:pPr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 xml:space="preserve">ЕИС: </w:t>
            </w:r>
            <w:r w:rsidRPr="00272A29">
              <w:rPr>
                <w:rFonts w:cs="Times New Roman"/>
                <w:color w:val="000000"/>
              </w:rPr>
              <w:t>https</w:t>
            </w:r>
            <w:r w:rsidRPr="00272A29">
              <w:rPr>
                <w:rFonts w:cs="Times New Roman"/>
                <w:color w:val="000000"/>
                <w:lang w:val="ru-RU"/>
              </w:rPr>
              <w:t>://</w:t>
            </w:r>
            <w:proofErr w:type="spellStart"/>
            <w:r w:rsidRPr="00272A29">
              <w:rPr>
                <w:rFonts w:cs="Times New Roman"/>
                <w:color w:val="000000"/>
              </w:rPr>
              <w:t>zakupki</w:t>
            </w:r>
            <w:proofErr w:type="spellEnd"/>
            <w:r w:rsidRPr="00272A29">
              <w:rPr>
                <w:rFonts w:cs="Times New Roman"/>
                <w:color w:val="000000"/>
                <w:lang w:val="ru-RU"/>
              </w:rPr>
              <w:t>.</w:t>
            </w:r>
            <w:proofErr w:type="spellStart"/>
            <w:r w:rsidRPr="00272A29">
              <w:rPr>
                <w:rFonts w:cs="Times New Roman"/>
                <w:color w:val="000000"/>
              </w:rPr>
              <w:t>gov</w:t>
            </w:r>
            <w:proofErr w:type="spellEnd"/>
            <w:r w:rsidRPr="00272A29">
              <w:rPr>
                <w:rFonts w:cs="Times New Roman"/>
                <w:color w:val="000000"/>
                <w:lang w:val="ru-RU"/>
              </w:rPr>
              <w:t>.</w:t>
            </w:r>
            <w:proofErr w:type="spellStart"/>
            <w:r w:rsidRPr="00272A29">
              <w:rPr>
                <w:rFonts w:cs="Times New Roman"/>
                <w:color w:val="000000"/>
              </w:rPr>
              <w:t>ru</w:t>
            </w:r>
            <w:proofErr w:type="spellEnd"/>
            <w:r w:rsidRPr="00272A29">
              <w:rPr>
                <w:rFonts w:cs="Times New Roman"/>
                <w:color w:val="000000"/>
                <w:lang w:val="ru-RU"/>
              </w:rPr>
              <w:t xml:space="preserve">/. Электронная площадка «Электронные торги России»: </w:t>
            </w:r>
            <w:r w:rsidRPr="00272A29">
              <w:rPr>
                <w:rFonts w:cs="Times New Roman"/>
                <w:color w:val="000000"/>
              </w:rPr>
              <w:t>https</w:t>
            </w:r>
            <w:r w:rsidRPr="00272A29">
              <w:rPr>
                <w:rFonts w:cs="Times New Roman"/>
                <w:color w:val="000000"/>
                <w:lang w:val="ru-RU"/>
              </w:rPr>
              <w:t>://</w:t>
            </w:r>
            <w:proofErr w:type="spellStart"/>
            <w:r w:rsidRPr="00272A29">
              <w:rPr>
                <w:rFonts w:cs="Times New Roman"/>
                <w:color w:val="000000"/>
              </w:rPr>
              <w:t>etp</w:t>
            </w:r>
            <w:proofErr w:type="spellEnd"/>
            <w:r w:rsidRPr="00272A29">
              <w:rPr>
                <w:rFonts w:cs="Times New Roman"/>
                <w:color w:val="000000"/>
                <w:lang w:val="ru-RU"/>
              </w:rPr>
              <w:t>.</w:t>
            </w:r>
            <w:proofErr w:type="spellStart"/>
            <w:r w:rsidRPr="00272A29">
              <w:rPr>
                <w:rFonts w:cs="Times New Roman"/>
                <w:color w:val="000000"/>
              </w:rPr>
              <w:t>torgi</w:t>
            </w:r>
            <w:proofErr w:type="spellEnd"/>
            <w:r w:rsidRPr="00272A29">
              <w:rPr>
                <w:rFonts w:cs="Times New Roman"/>
                <w:color w:val="000000"/>
                <w:lang w:val="ru-RU"/>
              </w:rPr>
              <w:t>82.</w:t>
            </w:r>
            <w:proofErr w:type="spellStart"/>
            <w:r w:rsidRPr="00272A29">
              <w:rPr>
                <w:rFonts w:cs="Times New Roman"/>
                <w:color w:val="000000"/>
              </w:rPr>
              <w:t>ru</w:t>
            </w:r>
            <w:proofErr w:type="spellEnd"/>
            <w:r w:rsidRPr="00272A29">
              <w:rPr>
                <w:rFonts w:cs="Times New Roman"/>
                <w:color w:val="000000"/>
                <w:lang w:val="ru-RU"/>
              </w:rPr>
              <w:t>/.</w:t>
            </w:r>
          </w:p>
        </w:tc>
      </w:tr>
      <w:tr w:rsidR="00010651" w:rsidRPr="00D641E6" w14:paraId="4EFE288F" w14:textId="77777777" w:rsidTr="00613960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050BBF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4</w:t>
            </w:r>
          </w:p>
        </w:tc>
        <w:tc>
          <w:tcPr>
            <w:tcW w:w="198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A06232" w14:textId="77777777" w:rsidR="001034B1" w:rsidRPr="00272A29" w:rsidRDefault="00D641E6">
            <w:r w:rsidRPr="00272A29">
              <w:t>Предмет закупки</w:t>
            </w:r>
          </w:p>
        </w:tc>
        <w:tc>
          <w:tcPr>
            <w:tcW w:w="76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E400C4" w14:textId="77777777" w:rsidR="001034B1" w:rsidRPr="00272A29" w:rsidRDefault="00D641E6">
            <w:pPr>
              <w:rPr>
                <w:lang w:val="ru-RU"/>
              </w:rPr>
            </w:pPr>
            <w:r w:rsidRPr="00272A29">
              <w:rPr>
                <w:lang w:val="ru-RU"/>
              </w:rPr>
              <w:t>Поставка оборудования и изделий для медицинского кабинета. Закупка проводится без разделения на ло</w:t>
            </w:r>
            <w:r w:rsidRPr="00272A29">
              <w:rPr>
                <w:lang w:val="ru-RU"/>
              </w:rPr>
              <w:t>ты: 20 наименований, 89 единиц товара. Цена и предложение о товаре формируются по закупке в целом.</w:t>
            </w:r>
          </w:p>
        </w:tc>
      </w:tr>
      <w:tr w:rsidR="00010651" w:rsidRPr="00D641E6" w14:paraId="637B387F" w14:textId="77777777" w:rsidTr="00613960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66C920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5</w:t>
            </w:r>
          </w:p>
        </w:tc>
        <w:tc>
          <w:tcPr>
            <w:tcW w:w="198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3E7591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Количество</w:t>
            </w:r>
            <w:proofErr w:type="spellEnd"/>
          </w:p>
        </w:tc>
        <w:tc>
          <w:tcPr>
            <w:tcW w:w="76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310435" w14:textId="77777777" w:rsidR="001034B1" w:rsidRPr="00272A29" w:rsidRDefault="00D641E6">
            <w:pPr>
              <w:rPr>
                <w:lang w:val="ru-RU"/>
              </w:rPr>
            </w:pPr>
            <w:r w:rsidRPr="00272A29">
              <w:rPr>
                <w:lang w:val="ru-RU"/>
              </w:rPr>
              <w:t>Всего 20 наименований, 89 единиц товара. Количество по каждой позиции указано в Приложении № 1.</w:t>
            </w:r>
          </w:p>
        </w:tc>
      </w:tr>
      <w:tr w:rsidR="00010651" w:rsidRPr="00D641E6" w14:paraId="560B70D2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3358C6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6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E16858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Описание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товара</w:t>
            </w:r>
            <w:proofErr w:type="spellEnd"/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6CA53B" w14:textId="77777777" w:rsidR="00010651" w:rsidRPr="00272A29" w:rsidRDefault="00D641E6" w:rsidP="00EE52CE">
            <w:pPr>
              <w:jc w:val="both"/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>В соответствии с Приложением</w:t>
            </w:r>
            <w:r w:rsidRPr="00272A29">
              <w:rPr>
                <w:rFonts w:cs="Times New Roman"/>
                <w:color w:val="000000"/>
                <w:lang w:val="ru-RU"/>
              </w:rPr>
              <w:t xml:space="preserve"> № 1 «Техническое задание». Допускаются эквивалентные товары, отвечающие всем установленным функциональным, техническим, качественным и эксплуатационным требованиям.</w:t>
            </w:r>
          </w:p>
        </w:tc>
      </w:tr>
      <w:tr w:rsidR="00010651" w:rsidRPr="00D641E6" w14:paraId="7332B44E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F3FE76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lastRenderedPageBreak/>
              <w:t>7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75A400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Место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поставки</w:t>
            </w:r>
            <w:proofErr w:type="spellEnd"/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215125" w14:textId="77777777" w:rsidR="00010651" w:rsidRPr="00272A29" w:rsidRDefault="00D641E6">
            <w:pPr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 xml:space="preserve">410012, Саратовская обл., г. Саратов, ул. им. Разина С.Т., д. 73. </w:t>
            </w:r>
            <w:r w:rsidRPr="00272A29">
              <w:rPr>
                <w:rFonts w:cs="Times New Roman"/>
                <w:color w:val="000000"/>
                <w:lang w:val="ru-RU"/>
              </w:rPr>
              <w:t>Доставка, разгрузка, подъем, распаковка, сборка и установка оборудования, для которого это предусмотрено ТЗ, выполняются силами и за счет Поставщика.</w:t>
            </w:r>
          </w:p>
        </w:tc>
      </w:tr>
      <w:tr w:rsidR="00010651" w:rsidRPr="00D641E6" w14:paraId="4DAC2388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3C198E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8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AD5B4A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Срок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поставки</w:t>
            </w:r>
            <w:proofErr w:type="spellEnd"/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9405B7" w14:textId="77777777" w:rsidR="00010651" w:rsidRPr="00272A29" w:rsidRDefault="00D641E6" w:rsidP="00145992">
            <w:pPr>
              <w:jc w:val="both"/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>В течение 60 календарных дней с даты заключения договора.</w:t>
            </w:r>
          </w:p>
        </w:tc>
      </w:tr>
      <w:tr w:rsidR="00010651" w:rsidRPr="00272A29" w14:paraId="42DE77CA" w14:textId="77777777" w:rsidTr="00613960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DC0161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9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2DD270" w14:textId="77777777" w:rsidR="00010651" w:rsidRPr="00272A29" w:rsidRDefault="00D641E6">
            <w:pPr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НМЦД</w:t>
            </w:r>
          </w:p>
        </w:tc>
        <w:tc>
          <w:tcPr>
            <w:tcW w:w="76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EED140" w14:textId="77777777" w:rsidR="001034B1" w:rsidRPr="00272A29" w:rsidRDefault="00D641E6">
            <w:r w:rsidRPr="00272A29">
              <w:rPr>
                <w:lang w:val="ru-RU"/>
              </w:rPr>
              <w:t>НМЦД закупки: 329 817,0</w:t>
            </w:r>
            <w:r w:rsidRPr="00272A29">
              <w:rPr>
                <w:lang w:val="ru-RU"/>
              </w:rPr>
              <w:t xml:space="preserve">8 руб. (Триста двадцать девять тысяч восемьсот семнадцать рублей 08 копеек). Цена договора включает все расходы Поставщика, в том числе доставку, страхование, упаковку, погрузку, разгрузку, подъем, сборку, установку, ввод в эксплуатацию </w:t>
            </w:r>
            <w:r w:rsidRPr="00272A29">
              <w:t>(</w:t>
            </w:r>
            <w:proofErr w:type="spellStart"/>
            <w:r w:rsidRPr="00272A29">
              <w:t>при</w:t>
            </w:r>
            <w:proofErr w:type="spellEnd"/>
            <w:r w:rsidRPr="00272A29">
              <w:t xml:space="preserve"> </w:t>
            </w:r>
            <w:proofErr w:type="spellStart"/>
            <w:r w:rsidRPr="00272A29">
              <w:t>необходимости</w:t>
            </w:r>
            <w:proofErr w:type="spellEnd"/>
            <w:r w:rsidRPr="00272A29">
              <w:t>)</w:t>
            </w:r>
            <w:r w:rsidRPr="00272A29">
              <w:t xml:space="preserve">, </w:t>
            </w:r>
            <w:proofErr w:type="spellStart"/>
            <w:r w:rsidRPr="00272A29">
              <w:t>налоги</w:t>
            </w:r>
            <w:proofErr w:type="spellEnd"/>
            <w:r w:rsidRPr="00272A29">
              <w:t xml:space="preserve">, </w:t>
            </w:r>
            <w:proofErr w:type="spellStart"/>
            <w:r w:rsidRPr="00272A29">
              <w:t>пошлины</w:t>
            </w:r>
            <w:proofErr w:type="spellEnd"/>
            <w:r w:rsidRPr="00272A29">
              <w:t xml:space="preserve"> и иные обязательные платежи.</w:t>
            </w:r>
          </w:p>
        </w:tc>
      </w:tr>
      <w:tr w:rsidR="00010651" w:rsidRPr="00272A29" w14:paraId="0E395031" w14:textId="77777777" w:rsidTr="00613960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A65DD1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10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6A082B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Обоснование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НМЦД</w:t>
            </w:r>
          </w:p>
        </w:tc>
        <w:tc>
          <w:tcPr>
            <w:tcW w:w="76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C85388" w14:textId="77777777" w:rsidR="001034B1" w:rsidRPr="00272A29" w:rsidRDefault="00D641E6">
            <w:r w:rsidRPr="00272A29">
              <w:rPr>
                <w:lang w:val="ru-RU"/>
              </w:rPr>
              <w:t xml:space="preserve">Метод сопоставимых рыночных цен по статье 15 Положения на основании трех коммерческих предложений. Расчет выполнен по средним ценам единиц; коэффициенты вариации по позициям не превышают 20%. </w:t>
            </w:r>
            <w:proofErr w:type="spellStart"/>
            <w:r w:rsidRPr="00272A29">
              <w:t>Подробный</w:t>
            </w:r>
            <w:proofErr w:type="spellEnd"/>
            <w:r w:rsidRPr="00272A29">
              <w:t xml:space="preserve"> </w:t>
            </w:r>
            <w:proofErr w:type="spellStart"/>
            <w:r w:rsidRPr="00272A29">
              <w:t>расчет</w:t>
            </w:r>
            <w:proofErr w:type="spellEnd"/>
            <w:r w:rsidRPr="00272A29">
              <w:t xml:space="preserve"> </w:t>
            </w:r>
            <w:proofErr w:type="spellStart"/>
            <w:r w:rsidRPr="00272A29">
              <w:t>приведен</w:t>
            </w:r>
            <w:proofErr w:type="spellEnd"/>
            <w:r w:rsidRPr="00272A29">
              <w:t xml:space="preserve"> в Приложении № 3.</w:t>
            </w:r>
          </w:p>
        </w:tc>
      </w:tr>
      <w:tr w:rsidR="00010651" w:rsidRPr="00D641E6" w14:paraId="65AA1D34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C61BBA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11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2283B1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Источник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финанси</w:t>
            </w:r>
            <w:r w:rsidRPr="00272A29">
              <w:rPr>
                <w:rFonts w:cs="Times New Roman"/>
                <w:color w:val="000000"/>
              </w:rPr>
              <w:t>рования</w:t>
            </w:r>
            <w:proofErr w:type="spellEnd"/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22DDF7" w14:textId="77777777" w:rsidR="00010651" w:rsidRPr="00272A29" w:rsidRDefault="00D641E6">
            <w:pPr>
              <w:rPr>
                <w:rFonts w:cs="Times New Roman"/>
                <w:lang w:val="ru-RU"/>
              </w:rPr>
            </w:pPr>
            <w:r w:rsidRPr="00272A29">
              <w:rPr>
                <w:lang w:val="ru-RU"/>
              </w:rPr>
              <w:t>Субсидии, предоставленные автономному учреждению на иные цели.</w:t>
            </w:r>
          </w:p>
        </w:tc>
      </w:tr>
      <w:tr w:rsidR="00010651" w:rsidRPr="00272A29" w14:paraId="247960C5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2F30E0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12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72EB2D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Оплата</w:t>
            </w:r>
            <w:proofErr w:type="spellEnd"/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B4E31B" w14:textId="77777777" w:rsidR="00010651" w:rsidRPr="00272A29" w:rsidRDefault="00D641E6">
            <w:pPr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 xml:space="preserve">Безналичная оплата в течение 7 рабочих дней с даты приемки всего товара и получения надлежаще оформленных УПД/товарной накладной и счета. </w:t>
            </w:r>
            <w:proofErr w:type="spellStart"/>
            <w:r w:rsidRPr="00272A29">
              <w:rPr>
                <w:rFonts w:cs="Times New Roman"/>
                <w:color w:val="000000"/>
              </w:rPr>
              <w:t>Аванс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не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предусмотрен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</w:tr>
      <w:tr w:rsidR="00010651" w:rsidRPr="00272A29" w14:paraId="1FFE0185" w14:textId="77777777" w:rsidTr="00613960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8236DD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13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7F9933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Дата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размещения</w:t>
            </w:r>
            <w:proofErr w:type="spellEnd"/>
          </w:p>
        </w:tc>
        <w:tc>
          <w:tcPr>
            <w:tcW w:w="76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24F5FF" w14:textId="2E72ACE1" w:rsidR="001034B1" w:rsidRPr="00272A29" w:rsidRDefault="00D641E6">
            <w:r>
              <w:t>2</w:t>
            </w:r>
            <w:r>
              <w:rPr>
                <w:lang w:val="ru-RU"/>
              </w:rPr>
              <w:t>4</w:t>
            </w:r>
            <w:r w:rsidRPr="00272A29">
              <w:t>.09.2026.</w:t>
            </w:r>
          </w:p>
        </w:tc>
      </w:tr>
      <w:tr w:rsidR="00010651" w:rsidRPr="00D641E6" w14:paraId="503577B4" w14:textId="77777777" w:rsidTr="00613960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8D0289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14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A73CF4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Срок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подачи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заявок</w:t>
            </w:r>
            <w:proofErr w:type="spellEnd"/>
          </w:p>
        </w:tc>
        <w:tc>
          <w:tcPr>
            <w:tcW w:w="76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DA27CB" w14:textId="5995A558" w:rsidR="001034B1" w:rsidRPr="00272A29" w:rsidRDefault="00D641E6">
            <w:pPr>
              <w:rPr>
                <w:lang w:val="ru-RU"/>
              </w:rPr>
            </w:pPr>
            <w:r>
              <w:rPr>
                <w:lang w:val="ru-RU"/>
              </w:rPr>
              <w:t>Начало: с момента размещения 24.09.2026. Окончание: 02.10</w:t>
            </w:r>
            <w:r w:rsidRPr="00272A29">
              <w:rPr>
                <w:lang w:val="ru-RU"/>
              </w:rPr>
              <w:t xml:space="preserve">.2026 в 09:00 по московскому времени (10:00 по местному времени Заказчика). Место подачи: </w:t>
            </w:r>
            <w:r w:rsidRPr="00272A29">
              <w:t>https</w:t>
            </w:r>
            <w:r w:rsidRPr="00272A29">
              <w:rPr>
                <w:lang w:val="ru-RU"/>
              </w:rPr>
              <w:t>://</w:t>
            </w:r>
            <w:proofErr w:type="spellStart"/>
            <w:r w:rsidRPr="00272A29">
              <w:t>etp</w:t>
            </w:r>
            <w:proofErr w:type="spellEnd"/>
            <w:r w:rsidRPr="00272A29">
              <w:rPr>
                <w:lang w:val="ru-RU"/>
              </w:rPr>
              <w:t>.</w:t>
            </w:r>
            <w:proofErr w:type="spellStart"/>
            <w:r w:rsidRPr="00272A29">
              <w:t>torgi</w:t>
            </w:r>
            <w:proofErr w:type="spellEnd"/>
            <w:r w:rsidRPr="00272A29">
              <w:rPr>
                <w:lang w:val="ru-RU"/>
              </w:rPr>
              <w:t>82.</w:t>
            </w:r>
            <w:proofErr w:type="spellStart"/>
            <w:r w:rsidRPr="00272A29">
              <w:t>ru</w:t>
            </w:r>
            <w:proofErr w:type="spellEnd"/>
            <w:r w:rsidRPr="00272A29">
              <w:rPr>
                <w:lang w:val="ru-RU"/>
              </w:rPr>
              <w:t>/. Между датой размещения и днем окончани</w:t>
            </w:r>
            <w:r w:rsidRPr="00272A29">
              <w:rPr>
                <w:lang w:val="ru-RU"/>
              </w:rPr>
              <w:t>я подачи заявок предусмотрено не менее 5 рабочих дней.</w:t>
            </w:r>
          </w:p>
        </w:tc>
      </w:tr>
      <w:tr w:rsidR="00010651" w:rsidRPr="00D641E6" w14:paraId="7FB17F36" w14:textId="77777777" w:rsidTr="00613960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3E0FE1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15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F3FC43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Рассмотрение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и </w:t>
            </w:r>
            <w:proofErr w:type="spellStart"/>
            <w:r w:rsidRPr="00272A29">
              <w:rPr>
                <w:rFonts w:cs="Times New Roman"/>
                <w:color w:val="000000"/>
              </w:rPr>
              <w:t>итоги</w:t>
            </w:r>
            <w:proofErr w:type="spellEnd"/>
          </w:p>
        </w:tc>
        <w:tc>
          <w:tcPr>
            <w:tcW w:w="76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2161CB" w14:textId="41B8F5A9" w:rsidR="001034B1" w:rsidRPr="00272A29" w:rsidRDefault="00D641E6" w:rsidP="00D641E6">
            <w:pPr>
              <w:rPr>
                <w:lang w:val="ru-RU"/>
              </w:rPr>
            </w:pPr>
            <w:r w:rsidRPr="00272A29">
              <w:rPr>
                <w:lang w:val="ru-RU"/>
              </w:rPr>
              <w:t>0</w:t>
            </w:r>
            <w:r>
              <w:rPr>
                <w:lang w:val="ru-RU"/>
              </w:rPr>
              <w:t>2</w:t>
            </w:r>
            <w:r w:rsidRPr="00272A29">
              <w:rPr>
                <w:lang w:val="ru-RU"/>
              </w:rPr>
              <w:t xml:space="preserve">.10.2026 в 09:00 по московскому времени (10:00 по местному времени Заказчика) по адресу Заказчика. Рассмотрение проводится в пределах трех рабочих дней, следующих за днем </w:t>
            </w:r>
            <w:r w:rsidRPr="00272A29">
              <w:rPr>
                <w:lang w:val="ru-RU"/>
              </w:rPr>
              <w:t>окончания подачи заявок.</w:t>
            </w:r>
          </w:p>
        </w:tc>
      </w:tr>
      <w:tr w:rsidR="00010651" w:rsidRPr="00D641E6" w14:paraId="3D8AD372" w14:textId="77777777" w:rsidTr="00613960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6A2BFC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16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2635A5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Разъяснения</w:t>
            </w:r>
            <w:proofErr w:type="spellEnd"/>
          </w:p>
        </w:tc>
        <w:tc>
          <w:tcPr>
            <w:tcW w:w="76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E4BF47" w14:textId="3E33DEAD" w:rsidR="001034B1" w:rsidRPr="00272A29" w:rsidRDefault="00D641E6">
            <w:pPr>
              <w:rPr>
                <w:lang w:val="ru-RU"/>
              </w:rPr>
            </w:pPr>
            <w:r w:rsidRPr="00272A29">
              <w:rPr>
                <w:lang w:val="ru-RU"/>
              </w:rPr>
              <w:t xml:space="preserve">Запросы направляются </w:t>
            </w:r>
            <w:r>
              <w:rPr>
                <w:lang w:val="ru-RU"/>
              </w:rPr>
              <w:t>через электронную площадку по 28</w:t>
            </w:r>
            <w:bookmarkStart w:id="0" w:name="_GoBack"/>
            <w:bookmarkEnd w:id="0"/>
            <w:r w:rsidRPr="00272A29">
              <w:rPr>
                <w:lang w:val="ru-RU"/>
              </w:rPr>
              <w:t>.09.2026 включительно. Разъяснение размещается в ЕИС и на площадке без указания участника в течение трех рабочих дней с даты поступления запроса, если запрос пост</w:t>
            </w:r>
            <w:r w:rsidRPr="00272A29">
              <w:rPr>
                <w:lang w:val="ru-RU"/>
              </w:rPr>
              <w:t>упил не позднее чем за три рабочих дня до окончания срока подачи заявок, с учетом пункта 8 статьи 38 Положения и части 3 статьи 3.2 Федерального закона № 223-ФЗ.</w:t>
            </w:r>
          </w:p>
        </w:tc>
      </w:tr>
      <w:tr w:rsidR="00010651" w:rsidRPr="00D641E6" w14:paraId="45C2D003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DE8F4A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17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2BB951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Состав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заявки</w:t>
            </w:r>
            <w:proofErr w:type="spellEnd"/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710B15" w14:textId="77777777" w:rsidR="00010651" w:rsidRPr="00272A29" w:rsidRDefault="00D641E6" w:rsidP="00145992">
            <w:pPr>
              <w:jc w:val="both"/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 xml:space="preserve">1) сведения об участнике, предусмотренные статьей 39 Положения; 2) согласие </w:t>
            </w:r>
            <w:r w:rsidRPr="00272A29">
              <w:rPr>
                <w:rFonts w:cs="Times New Roman"/>
                <w:color w:val="000000"/>
                <w:lang w:val="ru-RU"/>
              </w:rPr>
              <w:t>поставить товар на условиях закупки; 3) предложение о цене договора и ценах единиц; 4) наименование производителя, модель/артикул (при наличии), страна происхождения и конкретные показатели товара; 5) декларация о соответствии требованиям статьи 16 Положен</w:t>
            </w:r>
            <w:r w:rsidRPr="00272A29">
              <w:rPr>
                <w:rFonts w:cs="Times New Roman"/>
                <w:color w:val="000000"/>
                <w:lang w:val="ru-RU"/>
              </w:rPr>
              <w:t>ия; 6) документы о полномочиях подписанта, если полномочия не подтверждаются средствами площадки; 7) согласие на обработку персональных данных - для физического лица; 8) номер реестровой записи и иные сведения для целей национального режима - в случаях, ус</w:t>
            </w:r>
            <w:r w:rsidRPr="00272A29">
              <w:rPr>
                <w:rFonts w:cs="Times New Roman"/>
                <w:color w:val="000000"/>
                <w:lang w:val="ru-RU"/>
              </w:rPr>
              <w:t>тановленных постановлением № 1875.</w:t>
            </w:r>
          </w:p>
        </w:tc>
      </w:tr>
      <w:tr w:rsidR="00010651" w:rsidRPr="00D641E6" w14:paraId="04CFBA54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B2E373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18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CC93E3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Оформление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заявки</w:t>
            </w:r>
            <w:proofErr w:type="spellEnd"/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522E86" w14:textId="77777777" w:rsidR="00010651" w:rsidRPr="00272A29" w:rsidRDefault="00D641E6">
            <w:pPr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>Русский язык. Электронные документы подписываются усиленной квалифицированной электронной подписью уполномоченного лица. Цена указывается в рублях с точностью до копеек и не должна превышать НМЦД.</w:t>
            </w:r>
          </w:p>
        </w:tc>
      </w:tr>
      <w:tr w:rsidR="00010651" w:rsidRPr="00D641E6" w14:paraId="7398930F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2BCE81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19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9E083A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Требования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к </w:t>
            </w:r>
            <w:proofErr w:type="spellStart"/>
            <w:r w:rsidRPr="00272A29">
              <w:rPr>
                <w:rFonts w:cs="Times New Roman"/>
                <w:color w:val="000000"/>
              </w:rPr>
              <w:t>участнику</w:t>
            </w:r>
            <w:proofErr w:type="spellEnd"/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AE58FD" w14:textId="77777777" w:rsidR="00010651" w:rsidRPr="00272A29" w:rsidRDefault="00D641E6" w:rsidP="00145992">
            <w:pPr>
              <w:jc w:val="both"/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>Соответствие требованиям статьи 16 Положения: отсутствие ликвидации, банкротства, приостановления деятельности, недоимки сверх установленного порога, предусмотренной судимости, дисквалификации, привлечения юридического лица по ста</w:t>
            </w:r>
            <w:r w:rsidRPr="00272A29">
              <w:rPr>
                <w:rFonts w:cs="Times New Roman"/>
                <w:color w:val="000000"/>
                <w:lang w:val="ru-RU"/>
              </w:rPr>
              <w:t>тье 19.28 КоАП РФ, конфликта интересов и статуса иностранного агента. Отсутствие участника в РНП по Федеральным законам № 223-ФЗ и № 44-ФЗ.</w:t>
            </w:r>
          </w:p>
        </w:tc>
      </w:tr>
      <w:tr w:rsidR="00010651" w:rsidRPr="00272A29" w14:paraId="2AAD6EFA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4EACA5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lastRenderedPageBreak/>
              <w:t>20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421C12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Документы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на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товар</w:t>
            </w:r>
            <w:proofErr w:type="spellEnd"/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3BA81F" w14:textId="77777777" w:rsidR="00010651" w:rsidRPr="00272A29" w:rsidRDefault="00D641E6" w:rsidP="00145992">
            <w:pPr>
              <w:jc w:val="both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>На товар, являющийся медицинским изделием, при поставке представляются сведения о действующем</w:t>
            </w:r>
            <w:r w:rsidRPr="00272A29">
              <w:rPr>
                <w:rFonts w:cs="Times New Roman"/>
                <w:color w:val="000000"/>
                <w:lang w:val="ru-RU"/>
              </w:rPr>
              <w:t xml:space="preserve"> регистрационном удостоверении и эксплуатационная документация на русском языке. На средства измерений представляются документы о поверке/калибровке, если обязательность установлена законодательством или ТЗ. </w:t>
            </w:r>
            <w:proofErr w:type="spellStart"/>
            <w:r w:rsidRPr="00272A29">
              <w:rPr>
                <w:rFonts w:cs="Times New Roman"/>
                <w:color w:val="000000"/>
              </w:rPr>
              <w:t>Лицензия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на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поставку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товара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участнику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не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требует</w:t>
            </w:r>
            <w:r w:rsidRPr="00272A29">
              <w:rPr>
                <w:rFonts w:cs="Times New Roman"/>
                <w:color w:val="000000"/>
              </w:rPr>
              <w:t>ся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</w:tr>
      <w:tr w:rsidR="00010651" w:rsidRPr="00D641E6" w14:paraId="534C2C1B" w14:textId="77777777" w:rsidTr="00613960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872BC2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21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A6A17F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Критерий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победителя</w:t>
            </w:r>
            <w:proofErr w:type="spellEnd"/>
          </w:p>
        </w:tc>
        <w:tc>
          <w:tcPr>
            <w:tcW w:w="76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8E4DD2" w14:textId="77777777" w:rsidR="001034B1" w:rsidRPr="00272A29" w:rsidRDefault="00D641E6">
            <w:pPr>
              <w:rPr>
                <w:lang w:val="ru-RU"/>
              </w:rPr>
            </w:pPr>
            <w:r w:rsidRPr="00272A29">
              <w:rPr>
                <w:lang w:val="ru-RU"/>
              </w:rPr>
              <w:t>Наименьшая цена договора среди заявок, соответствующих требованиям, с учетом национального режима. При применении преимущества ценовое предложение заявки, содержащей предложение о поставке только товаров российского происхождени</w:t>
            </w:r>
            <w:r w:rsidRPr="00272A29">
              <w:rPr>
                <w:lang w:val="ru-RU"/>
              </w:rPr>
              <w:t>я и приравненных к ним товаров государств — членов ЕАЭС, оценивается с условным снижением на 15 процентов. Договор заключается по цене, предложенной участником. При равенстве ценовых предложений с учетом национального режима преимущество имеет заявка, пост</w:t>
            </w:r>
            <w:r w:rsidRPr="00272A29">
              <w:rPr>
                <w:lang w:val="ru-RU"/>
              </w:rPr>
              <w:t>упившая ранее.</w:t>
            </w:r>
          </w:p>
        </w:tc>
      </w:tr>
      <w:tr w:rsidR="00010651" w:rsidRPr="00272A29" w14:paraId="285BA107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44F834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22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F2A80C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Обеспечение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заявки</w:t>
            </w:r>
            <w:proofErr w:type="spellEnd"/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25C74D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Не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установлено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</w:tr>
      <w:tr w:rsidR="00010651" w:rsidRPr="00272A29" w14:paraId="74E8EA9D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3D4B07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23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74424D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Обеспечение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исполнения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договора</w:t>
            </w:r>
            <w:proofErr w:type="spellEnd"/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20805B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Не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установлено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</w:tr>
      <w:tr w:rsidR="00010651" w:rsidRPr="00272A29" w14:paraId="7B4ADE37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7D74C9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24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F5FE4A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Обеспечение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гарантийных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обязательств</w:t>
            </w:r>
            <w:proofErr w:type="spellEnd"/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292A5C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Не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установлено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</w:tr>
      <w:tr w:rsidR="00010651" w:rsidRPr="00D641E6" w14:paraId="0D8871B8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3BD92C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25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0723C2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Гарантия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и </w:t>
            </w:r>
            <w:proofErr w:type="spellStart"/>
            <w:r w:rsidRPr="00272A29">
              <w:rPr>
                <w:rFonts w:cs="Times New Roman"/>
                <w:color w:val="000000"/>
              </w:rPr>
              <w:t>срок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годности</w:t>
            </w:r>
            <w:proofErr w:type="spellEnd"/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F39ADA" w14:textId="77777777" w:rsidR="00010651" w:rsidRPr="00272A29" w:rsidRDefault="00D641E6" w:rsidP="00145992">
            <w:pPr>
              <w:jc w:val="both"/>
              <w:rPr>
                <w:rFonts w:cs="Times New Roman"/>
                <w:lang w:val="ru-RU"/>
              </w:rPr>
            </w:pPr>
            <w:r w:rsidRPr="00272A29">
              <w:rPr>
                <w:lang w:val="ru-RU"/>
              </w:rPr>
              <w:t xml:space="preserve">На оборудование и медицинскую мебель — гарантия не менее 12 </w:t>
            </w:r>
            <w:r w:rsidRPr="00272A29">
              <w:rPr>
                <w:lang w:val="ru-RU"/>
              </w:rPr>
              <w:t>месяцев с даты приемки, если изготовителем не установлен более длительный срок. Для одноразовых изделий, расходных материалов и иных товаров, для которых изготовителем установлен срок годности, остаточный срок годности на дату поставки должен составлять не</w:t>
            </w:r>
            <w:r w:rsidRPr="00272A29">
              <w:rPr>
                <w:lang w:val="ru-RU"/>
              </w:rPr>
              <w:t xml:space="preserve"> менее 12 месяцев. Если полный срок годности товара составляет менее 12 месяцев, остаточный срок годности должен быть равен полному сроку годности, установленному изготовителем.</w:t>
            </w:r>
          </w:p>
        </w:tc>
      </w:tr>
      <w:tr w:rsidR="00010651" w:rsidRPr="00D641E6" w14:paraId="7BA660D8" w14:textId="77777777" w:rsidTr="00613960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7F4F20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26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0B49B5" w14:textId="77777777" w:rsidR="00010651" w:rsidRPr="00272A29" w:rsidRDefault="00D641E6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Национальный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режим</w:t>
            </w:r>
            <w:proofErr w:type="spellEnd"/>
          </w:p>
        </w:tc>
        <w:tc>
          <w:tcPr>
            <w:tcW w:w="76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175861" w14:textId="35803250" w:rsidR="001034B1" w:rsidRPr="00272A29" w:rsidRDefault="00D641E6">
            <w:pPr>
              <w:rPr>
                <w:lang w:val="ru-RU"/>
              </w:rPr>
            </w:pPr>
            <w:r w:rsidRPr="00272A29">
              <w:rPr>
                <w:lang w:val="ru-RU"/>
              </w:rPr>
              <w:t xml:space="preserve">Применяются меры национального режима, предусмотренные </w:t>
            </w:r>
            <w:r w:rsidRPr="00272A29">
              <w:rPr>
                <w:lang w:val="ru-RU"/>
              </w:rPr>
              <w:t>постановлением Правительства РФ от 23.12.2024 № 1875. В отношении товаров, соответствующих позициям приложения № 1, применяется запрет; в отношении товаров, соответствующих позициям приложения № 2, — ограничение; в отношении товаров, не включенных в прилож</w:t>
            </w:r>
            <w:r w:rsidRPr="00272A29">
              <w:rPr>
                <w:lang w:val="ru-RU"/>
              </w:rPr>
              <w:t xml:space="preserve">ения № 1 и № 2, — преимущество. Соответствие позиции перечня определяется по наименованию товара и коду ОКПД2, а для медицинских изделий — также по коду вида медицинского изделия. Участник указывает страну происхождения каждого товара и представляет номер </w:t>
            </w:r>
            <w:r w:rsidRPr="00272A29">
              <w:rPr>
                <w:lang w:val="ru-RU"/>
              </w:rPr>
              <w:t>реестровой записи и иные сведения, подтверждающие происхождение товара, в случаях, установленных постановлением № 1875. Минимальная обязательная доля по приложению № 3 не применяется на основании абзаца третьего подпункта «л» пункта 4 постановления № 1875,</w:t>
            </w:r>
            <w:r w:rsidRPr="00272A29">
              <w:rPr>
                <w:lang w:val="ru-RU"/>
              </w:rPr>
              <w:t xml:space="preserve"> поскольку Заказчик является автономным учреждением, а не хозяйственным обществом.</w:t>
            </w:r>
          </w:p>
        </w:tc>
      </w:tr>
      <w:tr w:rsidR="00010651" w:rsidRPr="00D641E6" w14:paraId="3AF0E754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DE35FB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27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C9AD3C" w14:textId="77777777" w:rsidR="00010651" w:rsidRPr="00272A29" w:rsidRDefault="00D641E6">
            <w:pPr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Заключение договора</w:t>
            </w:r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07A27A" w14:textId="77777777" w:rsidR="00010651" w:rsidRPr="00272A29" w:rsidRDefault="00D641E6" w:rsidP="00756884">
            <w:pPr>
              <w:jc w:val="both"/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>Заказчик направляет проект договора победителю в течение 3 рабочих дней со дня размещения итогового протокола. Победитель подписывает его в течение 5</w:t>
            </w:r>
            <w:r w:rsidRPr="00272A29">
              <w:rPr>
                <w:rFonts w:cs="Times New Roman"/>
                <w:color w:val="000000"/>
                <w:lang w:val="ru-RU"/>
              </w:rPr>
              <w:t xml:space="preserve"> дней с даты получения. Договор заключается не ранее чем через 10 дней и не позднее чем через 20 дней с даты размещения итогового протокола в ЕИС.</w:t>
            </w:r>
          </w:p>
        </w:tc>
      </w:tr>
      <w:tr w:rsidR="00010651" w:rsidRPr="00D641E6" w14:paraId="737CCA96" w14:textId="77777777" w:rsidTr="00756884">
        <w:trPr>
          <w:cantSplit/>
          <w:jc w:val="center"/>
        </w:trPr>
        <w:tc>
          <w:tcPr>
            <w:tcW w:w="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E76685" w14:textId="77777777" w:rsidR="00010651" w:rsidRPr="00272A29" w:rsidRDefault="00D641E6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28</w:t>
            </w:r>
          </w:p>
        </w:tc>
        <w:tc>
          <w:tcPr>
            <w:tcW w:w="198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54D076" w14:textId="77777777" w:rsidR="00010651" w:rsidRPr="00272A29" w:rsidRDefault="00D641E6">
            <w:pPr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Изменение количества</w:t>
            </w:r>
          </w:p>
        </w:tc>
        <w:tc>
          <w:tcPr>
            <w:tcW w:w="76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CE1808" w14:textId="77777777" w:rsidR="00010651" w:rsidRPr="00272A29" w:rsidRDefault="00D641E6" w:rsidP="00756884">
            <w:pPr>
              <w:jc w:val="both"/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 xml:space="preserve">На стадии заключения договора по согласованию с победителем количество товара может </w:t>
            </w:r>
            <w:r w:rsidRPr="00272A29">
              <w:rPr>
                <w:rFonts w:cs="Times New Roman"/>
                <w:color w:val="000000"/>
                <w:lang w:val="ru-RU"/>
              </w:rPr>
              <w:t>быть увеличено на сумму, не превышающую разницы между НМЦД и предложенной победителем ценой, с сохранением предложенных цен единиц, в порядке статьи 41 Положения.</w:t>
            </w:r>
          </w:p>
        </w:tc>
      </w:tr>
    </w:tbl>
    <w:p w14:paraId="1574DB0D" w14:textId="77777777" w:rsidR="00010651" w:rsidRPr="00272A29" w:rsidRDefault="00D641E6">
      <w:pPr>
        <w:rPr>
          <w:rFonts w:cs="Times New Roman"/>
          <w:lang w:val="ru-RU"/>
        </w:rPr>
      </w:pPr>
      <w:r w:rsidRPr="00272A29">
        <w:rPr>
          <w:rFonts w:cs="Times New Roman"/>
          <w:lang w:val="ru-RU"/>
        </w:rPr>
        <w:br w:type="page"/>
      </w:r>
    </w:p>
    <w:p w14:paraId="3F042D42" w14:textId="77777777" w:rsidR="00010651" w:rsidRPr="00272A29" w:rsidRDefault="00D641E6" w:rsidP="00756884">
      <w:pPr>
        <w:keepNext/>
        <w:spacing w:before="120" w:after="60"/>
        <w:jc w:val="right"/>
        <w:rPr>
          <w:lang w:val="ru-RU"/>
        </w:rPr>
      </w:pPr>
      <w:r w:rsidRPr="00272A29">
        <w:rPr>
          <w:b/>
          <w:color w:val="000000"/>
          <w:lang w:val="ru-RU"/>
        </w:rPr>
        <w:lastRenderedPageBreak/>
        <w:t>Приложение № 1</w:t>
      </w:r>
    </w:p>
    <w:p w14:paraId="1E4904E9" w14:textId="77777777" w:rsidR="00010651" w:rsidRPr="00272A29" w:rsidRDefault="00D641E6">
      <w:pPr>
        <w:jc w:val="center"/>
        <w:rPr>
          <w:lang w:val="ru-RU"/>
        </w:rPr>
      </w:pPr>
      <w:r w:rsidRPr="00272A29">
        <w:rPr>
          <w:lang w:val="ru-RU"/>
        </w:rPr>
        <w:t>Техническое задание прилагается отдельным файлом.</w:t>
      </w:r>
    </w:p>
    <w:p w14:paraId="724E2081" w14:textId="77777777" w:rsidR="00010651" w:rsidRPr="00272A29" w:rsidRDefault="00D641E6" w:rsidP="00756884">
      <w:pPr>
        <w:keepNext/>
        <w:spacing w:before="120" w:after="60"/>
        <w:jc w:val="right"/>
        <w:rPr>
          <w:lang w:val="ru-RU"/>
        </w:rPr>
      </w:pPr>
      <w:r w:rsidRPr="00272A29">
        <w:rPr>
          <w:b/>
          <w:color w:val="000000"/>
          <w:lang w:val="ru-RU"/>
        </w:rPr>
        <w:t>Приложение № 2</w:t>
      </w:r>
    </w:p>
    <w:p w14:paraId="3A41E81B" w14:textId="77777777" w:rsidR="00010651" w:rsidRPr="00272A29" w:rsidRDefault="00D641E6">
      <w:pPr>
        <w:jc w:val="center"/>
        <w:rPr>
          <w:lang w:val="ru-RU"/>
        </w:rPr>
      </w:pPr>
      <w:r w:rsidRPr="00272A29">
        <w:rPr>
          <w:lang w:val="ru-RU"/>
        </w:rPr>
        <w:t xml:space="preserve">Проект </w:t>
      </w:r>
      <w:r w:rsidRPr="00272A29">
        <w:rPr>
          <w:lang w:val="ru-RU"/>
        </w:rPr>
        <w:t>договора прилагается отдельным файлом.</w:t>
      </w:r>
    </w:p>
    <w:p w14:paraId="0D721560" w14:textId="77777777" w:rsidR="00010651" w:rsidRPr="00272A29" w:rsidRDefault="00D641E6" w:rsidP="00756884">
      <w:pPr>
        <w:keepNext/>
        <w:spacing w:before="120" w:after="60"/>
        <w:jc w:val="right"/>
        <w:rPr>
          <w:lang w:val="ru-RU"/>
        </w:rPr>
      </w:pPr>
      <w:r w:rsidRPr="00272A29">
        <w:rPr>
          <w:b/>
          <w:color w:val="000000"/>
          <w:lang w:val="ru-RU"/>
        </w:rPr>
        <w:t>Приложение № 3</w:t>
      </w:r>
    </w:p>
    <w:p w14:paraId="6CAAB4E0" w14:textId="77777777" w:rsidR="00010651" w:rsidRPr="00272A29" w:rsidRDefault="00D641E6">
      <w:pPr>
        <w:jc w:val="center"/>
        <w:rPr>
          <w:lang w:val="ru-RU"/>
        </w:rPr>
      </w:pPr>
      <w:r w:rsidRPr="00272A29">
        <w:rPr>
          <w:lang w:val="ru-RU"/>
        </w:rPr>
        <w:t>Обоснование начальной (максимальной) цены договора прилагается отдельным файлом.</w:t>
      </w:r>
    </w:p>
    <w:p w14:paraId="6BE9EDA2" w14:textId="77777777" w:rsidR="00010651" w:rsidRPr="00272A29" w:rsidRDefault="00D641E6" w:rsidP="00756884">
      <w:pPr>
        <w:keepNext/>
        <w:spacing w:before="120" w:after="60"/>
        <w:jc w:val="right"/>
        <w:rPr>
          <w:lang w:val="ru-RU"/>
        </w:rPr>
      </w:pPr>
      <w:r w:rsidRPr="00272A29">
        <w:rPr>
          <w:b/>
          <w:color w:val="000000"/>
          <w:lang w:val="ru-RU"/>
        </w:rPr>
        <w:t>Приложение № 4. Формы для заполнения участником</w:t>
      </w:r>
    </w:p>
    <w:p w14:paraId="084E4E3A" w14:textId="77777777" w:rsidR="00010651" w:rsidRPr="00272A29" w:rsidRDefault="00D641E6">
      <w:pPr>
        <w:spacing w:after="60"/>
        <w:jc w:val="center"/>
        <w:rPr>
          <w:lang w:val="ru-RU"/>
        </w:rPr>
      </w:pPr>
      <w:r w:rsidRPr="00272A29">
        <w:rPr>
          <w:b/>
          <w:color w:val="000000"/>
          <w:lang w:val="ru-RU"/>
        </w:rPr>
        <w:t>ЗАЯВКА НА УЧАСТИЕ В ЗАПРОСЕ КОТИРОВОК В ЭЛЕКТРОННОЙ ФОРМЕ</w:t>
      </w:r>
    </w:p>
    <w:p w14:paraId="3F1BA99D" w14:textId="77777777" w:rsidR="00010651" w:rsidRPr="00272A29" w:rsidRDefault="00D641E6">
      <w:pPr>
        <w:ind w:firstLine="567"/>
        <w:jc w:val="both"/>
        <w:rPr>
          <w:lang w:val="ru-RU"/>
        </w:rPr>
      </w:pPr>
      <w:r w:rsidRPr="00272A29">
        <w:rPr>
          <w:color w:val="000000"/>
          <w:lang w:val="ru-RU"/>
        </w:rPr>
        <w:t>Изучив извещени</w:t>
      </w:r>
      <w:r w:rsidRPr="00272A29">
        <w:rPr>
          <w:color w:val="000000"/>
          <w:lang w:val="ru-RU"/>
        </w:rPr>
        <w:t>е и документацию о закупке № ____________, участник __________________ выражает согласие поставить товар в полном соответствии с документацией, Техническим заданием и проектом договора.</w:t>
      </w:r>
    </w:p>
    <w:p w14:paraId="2346BBC3" w14:textId="77777777" w:rsidR="00010651" w:rsidRPr="00272A29" w:rsidRDefault="00D641E6">
      <w:pPr>
        <w:ind w:firstLine="567"/>
        <w:jc w:val="both"/>
        <w:rPr>
          <w:lang w:val="ru-RU"/>
        </w:rPr>
      </w:pPr>
      <w:r w:rsidRPr="00272A29">
        <w:rPr>
          <w:color w:val="000000"/>
          <w:lang w:val="ru-RU"/>
        </w:rPr>
        <w:t>Цена договора и цены единиц указываются участником в электронной форме</w:t>
      </w:r>
      <w:r w:rsidRPr="00272A29">
        <w:rPr>
          <w:color w:val="000000"/>
          <w:lang w:val="ru-RU"/>
        </w:rPr>
        <w:t xml:space="preserve"> площадки и включают все расходы, налоги, сборы и обязательные платежи.</w:t>
      </w:r>
    </w:p>
    <w:p w14:paraId="6B9DE581" w14:textId="77777777" w:rsidR="00010651" w:rsidRPr="00272A29" w:rsidRDefault="00D641E6">
      <w:pPr>
        <w:ind w:firstLine="567"/>
        <w:jc w:val="both"/>
        <w:rPr>
          <w:lang w:val="ru-RU"/>
        </w:rPr>
      </w:pPr>
      <w:r w:rsidRPr="00272A29">
        <w:rPr>
          <w:color w:val="000000"/>
          <w:lang w:val="ru-RU"/>
        </w:rPr>
        <w:t>Участник подтверждает достоверность сведений и соответствие требованиям статьи 16 Положения о закупке.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010651" w:rsidRPr="00272A29" w14:paraId="13ED2781" w14:textId="77777777" w:rsidTr="00756884">
        <w:trPr>
          <w:cantSplit/>
          <w:tblHeader/>
          <w:jc w:val="center"/>
        </w:trPr>
        <w:tc>
          <w:tcPr>
            <w:tcW w:w="515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7A7283" w14:textId="77777777" w:rsidR="00010651" w:rsidRPr="00272A29" w:rsidRDefault="00D641E6">
            <w:proofErr w:type="spellStart"/>
            <w:r w:rsidRPr="00272A29">
              <w:rPr>
                <w:b/>
                <w:color w:val="000000"/>
              </w:rPr>
              <w:t>Сведения</w:t>
            </w:r>
            <w:proofErr w:type="spellEnd"/>
            <w:r w:rsidRPr="00272A29">
              <w:rPr>
                <w:b/>
                <w:color w:val="000000"/>
              </w:rPr>
              <w:t xml:space="preserve"> </w:t>
            </w:r>
            <w:proofErr w:type="spellStart"/>
            <w:r w:rsidRPr="00272A29">
              <w:rPr>
                <w:b/>
                <w:color w:val="000000"/>
              </w:rPr>
              <w:t>об</w:t>
            </w:r>
            <w:proofErr w:type="spellEnd"/>
            <w:r w:rsidRPr="00272A29">
              <w:rPr>
                <w:b/>
                <w:color w:val="000000"/>
              </w:rPr>
              <w:t xml:space="preserve"> </w:t>
            </w:r>
            <w:proofErr w:type="spellStart"/>
            <w:r w:rsidRPr="00272A29">
              <w:rPr>
                <w:b/>
                <w:color w:val="000000"/>
              </w:rPr>
              <w:t>участнике</w:t>
            </w:r>
            <w:proofErr w:type="spellEnd"/>
          </w:p>
        </w:tc>
        <w:tc>
          <w:tcPr>
            <w:tcW w:w="515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87CDC1" w14:textId="77777777" w:rsidR="00010651" w:rsidRPr="00272A29" w:rsidRDefault="00D641E6">
            <w:r w:rsidRPr="00272A29">
              <w:rPr>
                <w:b/>
                <w:color w:val="000000"/>
              </w:rPr>
              <w:t>Заполняется участником</w:t>
            </w:r>
          </w:p>
        </w:tc>
      </w:tr>
      <w:tr w:rsidR="00010651" w:rsidRPr="00D641E6" w14:paraId="5DCC06E6" w14:textId="77777777">
        <w:trPr>
          <w:cantSplit/>
          <w:jc w:val="center"/>
        </w:trPr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1130CC" w14:textId="77777777" w:rsidR="00010651" w:rsidRPr="00272A29" w:rsidRDefault="00D641E6">
            <w:pPr>
              <w:rPr>
                <w:lang w:val="ru-RU"/>
              </w:rPr>
            </w:pPr>
            <w:r w:rsidRPr="00272A29">
              <w:rPr>
                <w:color w:val="000000"/>
                <w:lang w:val="ru-RU"/>
              </w:rPr>
              <w:t xml:space="preserve">Полное и сокращенное </w:t>
            </w:r>
            <w:r w:rsidRPr="00272A29">
              <w:rPr>
                <w:color w:val="000000"/>
                <w:lang w:val="ru-RU"/>
              </w:rPr>
              <w:t>наименование/Ф.И.О.</w:t>
            </w: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89A6AE" w14:textId="77777777" w:rsidR="00010651" w:rsidRPr="00272A29" w:rsidRDefault="00010651">
            <w:pPr>
              <w:rPr>
                <w:lang w:val="ru-RU"/>
              </w:rPr>
            </w:pPr>
          </w:p>
        </w:tc>
      </w:tr>
      <w:tr w:rsidR="00010651" w:rsidRPr="00D641E6" w14:paraId="09897DCF" w14:textId="77777777">
        <w:trPr>
          <w:cantSplit/>
          <w:jc w:val="center"/>
        </w:trPr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318D67" w14:textId="77777777" w:rsidR="00010651" w:rsidRPr="00272A29" w:rsidRDefault="00D641E6">
            <w:pPr>
              <w:rPr>
                <w:lang w:val="ru-RU"/>
              </w:rPr>
            </w:pPr>
            <w:r w:rsidRPr="00272A29">
              <w:rPr>
                <w:color w:val="000000"/>
                <w:lang w:val="ru-RU"/>
              </w:rPr>
              <w:t>Место нахождения/жительства и почтовый адрес</w:t>
            </w: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0A9F2E" w14:textId="77777777" w:rsidR="00010651" w:rsidRPr="00272A29" w:rsidRDefault="00010651">
            <w:pPr>
              <w:rPr>
                <w:lang w:val="ru-RU"/>
              </w:rPr>
            </w:pPr>
          </w:p>
        </w:tc>
      </w:tr>
      <w:tr w:rsidR="00010651" w:rsidRPr="00272A29" w14:paraId="3162414B" w14:textId="77777777">
        <w:trPr>
          <w:cantSplit/>
          <w:jc w:val="center"/>
        </w:trPr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AC165C" w14:textId="77777777" w:rsidR="00010651" w:rsidRPr="00272A29" w:rsidRDefault="00D641E6">
            <w:r w:rsidRPr="00272A29">
              <w:rPr>
                <w:color w:val="000000"/>
              </w:rPr>
              <w:t>ИНН, КПП, ОГРН/ОГРНИП</w:t>
            </w: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E2AF0C" w14:textId="77777777" w:rsidR="00010651" w:rsidRPr="00272A29" w:rsidRDefault="00010651"/>
        </w:tc>
      </w:tr>
      <w:tr w:rsidR="00010651" w:rsidRPr="00272A29" w14:paraId="7703077E" w14:textId="77777777">
        <w:trPr>
          <w:cantSplit/>
          <w:jc w:val="center"/>
        </w:trPr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6F9D3C" w14:textId="77777777" w:rsidR="00010651" w:rsidRPr="00272A29" w:rsidRDefault="00D641E6">
            <w:r w:rsidRPr="00272A29">
              <w:rPr>
                <w:color w:val="000000"/>
              </w:rPr>
              <w:t>Телефон и электронная почта</w:t>
            </w: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EFC91C" w14:textId="77777777" w:rsidR="00010651" w:rsidRPr="00272A29" w:rsidRDefault="00010651"/>
        </w:tc>
      </w:tr>
      <w:tr w:rsidR="00010651" w:rsidRPr="00272A29" w14:paraId="1526FEC8" w14:textId="77777777">
        <w:trPr>
          <w:cantSplit/>
          <w:jc w:val="center"/>
        </w:trPr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436230" w14:textId="77777777" w:rsidR="00010651" w:rsidRPr="00272A29" w:rsidRDefault="00D641E6">
            <w:r w:rsidRPr="00272A29">
              <w:rPr>
                <w:color w:val="000000"/>
              </w:rPr>
              <w:t>Банковские реквизиты</w:t>
            </w: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1A9731" w14:textId="77777777" w:rsidR="00010651" w:rsidRPr="00272A29" w:rsidRDefault="00010651"/>
        </w:tc>
      </w:tr>
      <w:tr w:rsidR="00010651" w:rsidRPr="00D641E6" w14:paraId="7AD6A54A" w14:textId="77777777">
        <w:trPr>
          <w:cantSplit/>
          <w:jc w:val="center"/>
        </w:trPr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08F92E" w14:textId="77777777" w:rsidR="00010651" w:rsidRPr="00272A29" w:rsidRDefault="00D641E6">
            <w:pPr>
              <w:rPr>
                <w:lang w:val="ru-RU"/>
              </w:rPr>
            </w:pPr>
            <w:r w:rsidRPr="00272A29">
              <w:rPr>
                <w:color w:val="000000"/>
                <w:lang w:val="ru-RU"/>
              </w:rPr>
              <w:t>Ф.И.О. и должность руководителя, основание полномочий</w:t>
            </w: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4C07DE" w14:textId="77777777" w:rsidR="00010651" w:rsidRPr="00272A29" w:rsidRDefault="00010651">
            <w:pPr>
              <w:rPr>
                <w:lang w:val="ru-RU"/>
              </w:rPr>
            </w:pPr>
          </w:p>
        </w:tc>
      </w:tr>
      <w:tr w:rsidR="00010651" w:rsidRPr="00D641E6" w14:paraId="4623676E" w14:textId="77777777">
        <w:trPr>
          <w:cantSplit/>
          <w:jc w:val="center"/>
        </w:trPr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8FF954" w14:textId="77777777" w:rsidR="00010651" w:rsidRPr="00272A29" w:rsidRDefault="00D641E6">
            <w:pPr>
              <w:rPr>
                <w:lang w:val="ru-RU"/>
              </w:rPr>
            </w:pPr>
            <w:r w:rsidRPr="00272A29">
              <w:rPr>
                <w:color w:val="000000"/>
                <w:lang w:val="ru-RU"/>
              </w:rPr>
              <w:t>Ф.И.О. подписанта и документ о полномочиях</w:t>
            </w: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5CBF4B" w14:textId="77777777" w:rsidR="00010651" w:rsidRPr="00272A29" w:rsidRDefault="00010651">
            <w:pPr>
              <w:rPr>
                <w:lang w:val="ru-RU"/>
              </w:rPr>
            </w:pPr>
          </w:p>
        </w:tc>
      </w:tr>
      <w:tr w:rsidR="00010651" w:rsidRPr="00272A29" w14:paraId="5F27CB8A" w14:textId="77777777">
        <w:trPr>
          <w:cantSplit/>
          <w:jc w:val="center"/>
        </w:trPr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43AFDD" w14:textId="77777777" w:rsidR="00010651" w:rsidRPr="00272A29" w:rsidRDefault="00D641E6">
            <w:proofErr w:type="spellStart"/>
            <w:r w:rsidRPr="00272A29">
              <w:rPr>
                <w:color w:val="000000"/>
              </w:rPr>
              <w:t>Контактное</w:t>
            </w:r>
            <w:proofErr w:type="spellEnd"/>
            <w:r w:rsidRPr="00272A29">
              <w:rPr>
                <w:color w:val="000000"/>
              </w:rPr>
              <w:t xml:space="preserve"> </w:t>
            </w:r>
            <w:proofErr w:type="spellStart"/>
            <w:r w:rsidRPr="00272A29">
              <w:rPr>
                <w:color w:val="000000"/>
              </w:rPr>
              <w:t>лицо</w:t>
            </w:r>
            <w:proofErr w:type="spellEnd"/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BEA75F" w14:textId="77777777" w:rsidR="00010651" w:rsidRPr="00272A29" w:rsidRDefault="00010651"/>
        </w:tc>
      </w:tr>
    </w:tbl>
    <w:p w14:paraId="14B859C8" w14:textId="77777777" w:rsidR="00010651" w:rsidRPr="00272A29" w:rsidRDefault="00D641E6">
      <w:pPr>
        <w:spacing w:after="80"/>
        <w:jc w:val="center"/>
      </w:pPr>
      <w:r w:rsidRPr="00272A29">
        <w:rPr>
          <w:b/>
          <w:color w:val="000000"/>
        </w:rPr>
        <w:t>Форма предложения о товаре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2721"/>
        <w:gridCol w:w="1474"/>
        <w:gridCol w:w="1474"/>
        <w:gridCol w:w="1474"/>
        <w:gridCol w:w="1474"/>
      </w:tblGrid>
      <w:tr w:rsidR="00010651" w:rsidRPr="00272A29" w14:paraId="60D36287" w14:textId="77777777" w:rsidTr="00613960">
        <w:trPr>
          <w:cantSplit/>
          <w:tblHeader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590FAA" w14:textId="77777777" w:rsidR="001034B1" w:rsidRPr="00272A29" w:rsidRDefault="00D641E6" w:rsidP="00613960">
            <w:r w:rsidRPr="00272A29">
              <w:t>№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BAEDF0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b/>
                <w:color w:val="000000"/>
              </w:rPr>
              <w:t>Наименование</w:t>
            </w:r>
            <w:proofErr w:type="spellEnd"/>
            <w:r w:rsidRPr="00272A29">
              <w:rPr>
                <w:rFonts w:cs="Times New Roman"/>
                <w:b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b/>
                <w:color w:val="000000"/>
              </w:rPr>
              <w:t>товара</w:t>
            </w:r>
            <w:proofErr w:type="spellEnd"/>
            <w:r w:rsidRPr="00272A29">
              <w:rPr>
                <w:rFonts w:cs="Times New Roman"/>
                <w:b/>
                <w:color w:val="000000"/>
              </w:rPr>
              <w:t xml:space="preserve">, </w:t>
            </w:r>
            <w:proofErr w:type="spellStart"/>
            <w:r w:rsidRPr="00272A29">
              <w:rPr>
                <w:rFonts w:cs="Times New Roman"/>
                <w:b/>
                <w:color w:val="000000"/>
              </w:rPr>
              <w:t>производитель</w:t>
            </w:r>
            <w:proofErr w:type="spellEnd"/>
            <w:r w:rsidRPr="00272A29">
              <w:rPr>
                <w:rFonts w:cs="Times New Roman"/>
                <w:b/>
                <w:color w:val="000000"/>
              </w:rPr>
              <w:t xml:space="preserve">, </w:t>
            </w:r>
            <w:proofErr w:type="spellStart"/>
            <w:r w:rsidRPr="00272A29">
              <w:rPr>
                <w:rFonts w:cs="Times New Roman"/>
                <w:b/>
                <w:color w:val="000000"/>
              </w:rPr>
              <w:t>модель</w:t>
            </w:r>
            <w:proofErr w:type="spellEnd"/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46C95C" w14:textId="77777777" w:rsidR="00010651" w:rsidRPr="00272A29" w:rsidRDefault="00D641E6" w:rsidP="00613960">
            <w:pPr>
              <w:jc w:val="center"/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lang w:val="ru-RU"/>
              </w:rPr>
              <w:t>Страна происхождения; номер реестровой записи (при необходимости)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A79899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b/>
                <w:color w:val="000000"/>
              </w:rPr>
              <w:t>Конкретные</w:t>
            </w:r>
            <w:proofErr w:type="spellEnd"/>
            <w:r w:rsidRPr="00272A29">
              <w:rPr>
                <w:rFonts w:cs="Times New Roman"/>
                <w:b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b/>
                <w:color w:val="000000"/>
              </w:rPr>
              <w:t>показатели</w:t>
            </w:r>
            <w:proofErr w:type="spellEnd"/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961F0A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b/>
                <w:color w:val="000000"/>
              </w:rPr>
              <w:t>Ед</w:t>
            </w:r>
            <w:proofErr w:type="spellEnd"/>
            <w:r w:rsidRPr="00272A29">
              <w:rPr>
                <w:rFonts w:cs="Times New Roman"/>
                <w:b/>
                <w:color w:val="000000"/>
              </w:rPr>
              <w:t xml:space="preserve">. </w:t>
            </w:r>
            <w:proofErr w:type="spellStart"/>
            <w:r w:rsidRPr="00272A29">
              <w:rPr>
                <w:rFonts w:cs="Times New Roman"/>
                <w:b/>
                <w:color w:val="000000"/>
              </w:rPr>
              <w:t>изм</w:t>
            </w:r>
            <w:proofErr w:type="spellEnd"/>
            <w:r w:rsidRPr="00272A29">
              <w:rPr>
                <w:rFonts w:cs="Times New Roman"/>
                <w:b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31AD54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b/>
                <w:color w:val="000000"/>
              </w:rPr>
              <w:t>Количество</w:t>
            </w:r>
            <w:proofErr w:type="spellEnd"/>
          </w:p>
        </w:tc>
      </w:tr>
      <w:tr w:rsidR="00010651" w:rsidRPr="00272A29" w14:paraId="43FB3D09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77CE47" w14:textId="77777777" w:rsidR="001034B1" w:rsidRPr="00272A29" w:rsidRDefault="00D641E6" w:rsidP="00613960">
            <w:r w:rsidRPr="00272A29">
              <w:t>1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314F97" w14:textId="77777777" w:rsidR="00010651" w:rsidRPr="00272A29" w:rsidRDefault="00D641E6" w:rsidP="00613960">
            <w:pPr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>Тонометр механический с набором детских манжет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C70681" w14:textId="77777777" w:rsidR="00010651" w:rsidRPr="00272A29" w:rsidRDefault="00010651" w:rsidP="0061396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517AF9" w14:textId="77777777" w:rsidR="00010651" w:rsidRPr="00272A29" w:rsidRDefault="00010651" w:rsidP="00613960">
            <w:pPr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E782D1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шт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925607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3</w:t>
            </w:r>
          </w:p>
        </w:tc>
      </w:tr>
      <w:tr w:rsidR="00010651" w:rsidRPr="00272A29" w14:paraId="47E9A325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614ABA" w14:textId="77777777" w:rsidR="001034B1" w:rsidRPr="00272A29" w:rsidRDefault="00D641E6" w:rsidP="00613960">
            <w:r w:rsidRPr="00272A29">
              <w:t>2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7C8DD8" w14:textId="77777777" w:rsidR="00010651" w:rsidRPr="00272A29" w:rsidRDefault="00D641E6" w:rsidP="00613960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Стетоскоп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медицинский</w:t>
            </w:r>
            <w:proofErr w:type="spellEnd"/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5A943A" w14:textId="77777777" w:rsidR="00010651" w:rsidRPr="00272A29" w:rsidRDefault="00010651" w:rsidP="00613960">
            <w:pPr>
              <w:jc w:val="center"/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F5391C" w14:textId="77777777" w:rsidR="00010651" w:rsidRPr="00272A29" w:rsidRDefault="00010651" w:rsidP="00613960">
            <w:pPr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9C97F3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шт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7E28A3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3</w:t>
            </w:r>
          </w:p>
        </w:tc>
      </w:tr>
      <w:tr w:rsidR="00010651" w:rsidRPr="00272A29" w14:paraId="5A21A69D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24A98A" w14:textId="77777777" w:rsidR="001034B1" w:rsidRPr="00272A29" w:rsidRDefault="00D641E6" w:rsidP="00613960">
            <w:r w:rsidRPr="00272A29">
              <w:t>3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8910F0" w14:textId="77777777" w:rsidR="00010651" w:rsidRPr="00272A29" w:rsidRDefault="00D641E6" w:rsidP="00613960">
            <w:pPr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 xml:space="preserve">Динамометр медицинский электронный ручной, диапазон до 120 </w:t>
            </w:r>
            <w:proofErr w:type="spellStart"/>
            <w:r w:rsidRPr="00272A29">
              <w:rPr>
                <w:rFonts w:cs="Times New Roman"/>
                <w:color w:val="000000"/>
                <w:lang w:val="ru-RU"/>
              </w:rPr>
              <w:t>даН</w:t>
            </w:r>
            <w:proofErr w:type="spellEnd"/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5BA00E" w14:textId="77777777" w:rsidR="00010651" w:rsidRPr="00272A29" w:rsidRDefault="00010651" w:rsidP="0061396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17FCE5" w14:textId="77777777" w:rsidR="00010651" w:rsidRPr="00272A29" w:rsidRDefault="00010651" w:rsidP="00613960">
            <w:pPr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4DC5CB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шт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A9C61A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3</w:t>
            </w:r>
          </w:p>
        </w:tc>
      </w:tr>
      <w:tr w:rsidR="00010651" w:rsidRPr="00272A29" w14:paraId="63AC4588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01C6B3" w14:textId="77777777" w:rsidR="001034B1" w:rsidRPr="00272A29" w:rsidRDefault="00D641E6" w:rsidP="00613960">
            <w:r w:rsidRPr="00272A29">
              <w:t>4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30AFEC" w14:textId="77777777" w:rsidR="00010651" w:rsidRPr="00272A29" w:rsidRDefault="00D641E6" w:rsidP="00613960">
            <w:pPr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 xml:space="preserve">Динамометр медицинский электронный ручной, диапазон до 30 </w:t>
            </w:r>
            <w:proofErr w:type="spellStart"/>
            <w:r w:rsidRPr="00272A29">
              <w:rPr>
                <w:rFonts w:cs="Times New Roman"/>
                <w:color w:val="000000"/>
                <w:lang w:val="ru-RU"/>
              </w:rPr>
              <w:t>даН</w:t>
            </w:r>
            <w:proofErr w:type="spellEnd"/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D9C3FC" w14:textId="77777777" w:rsidR="00010651" w:rsidRPr="00272A29" w:rsidRDefault="00010651" w:rsidP="0061396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404675" w14:textId="77777777" w:rsidR="00010651" w:rsidRPr="00272A29" w:rsidRDefault="00010651" w:rsidP="00613960">
            <w:pPr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DBBAEB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шт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9E8DA2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3</w:t>
            </w:r>
          </w:p>
        </w:tc>
      </w:tr>
      <w:tr w:rsidR="00010651" w:rsidRPr="00272A29" w14:paraId="08C8739D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F46FC2" w14:textId="77777777" w:rsidR="001034B1" w:rsidRPr="00272A29" w:rsidRDefault="00D641E6" w:rsidP="00613960">
            <w:r w:rsidRPr="00272A29">
              <w:t>5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706142" w14:textId="77777777" w:rsidR="00010651" w:rsidRPr="00272A29" w:rsidRDefault="00D641E6" w:rsidP="00613960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Ингалятор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компрессорный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(</w:t>
            </w:r>
            <w:proofErr w:type="spellStart"/>
            <w:r w:rsidRPr="00272A29">
              <w:rPr>
                <w:rFonts w:cs="Times New Roman"/>
                <w:color w:val="000000"/>
              </w:rPr>
              <w:t>небулайзер</w:t>
            </w:r>
            <w:proofErr w:type="spellEnd"/>
            <w:r w:rsidRPr="00272A29">
              <w:rPr>
                <w:rFonts w:cs="Times New Roman"/>
                <w:color w:val="000000"/>
              </w:rPr>
              <w:t>)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4FFD84" w14:textId="77777777" w:rsidR="00010651" w:rsidRPr="00272A29" w:rsidRDefault="00010651" w:rsidP="00613960">
            <w:pPr>
              <w:jc w:val="center"/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BD70F2" w14:textId="77777777" w:rsidR="00010651" w:rsidRPr="00272A29" w:rsidRDefault="00010651" w:rsidP="00613960">
            <w:pPr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A2AC0A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шт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AEB0FB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5</w:t>
            </w:r>
          </w:p>
        </w:tc>
      </w:tr>
      <w:tr w:rsidR="00010651" w:rsidRPr="00272A29" w14:paraId="13BB5FE0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080D21" w14:textId="77777777" w:rsidR="001034B1" w:rsidRPr="00272A29" w:rsidRDefault="00D641E6" w:rsidP="00613960">
            <w:r w:rsidRPr="00272A29">
              <w:t>6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EC5C38" w14:textId="77777777" w:rsidR="00010651" w:rsidRPr="00272A29" w:rsidRDefault="00D641E6" w:rsidP="00613960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Термометр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медицинский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бесконтактный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инфракрасный</w:t>
            </w:r>
            <w:proofErr w:type="spellEnd"/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9A90C8" w14:textId="77777777" w:rsidR="00010651" w:rsidRPr="00272A29" w:rsidRDefault="00010651" w:rsidP="00613960">
            <w:pPr>
              <w:jc w:val="center"/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B12A97" w14:textId="77777777" w:rsidR="00010651" w:rsidRPr="00272A29" w:rsidRDefault="00010651" w:rsidP="00613960">
            <w:pPr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BBA5EB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шт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D8F1A6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5</w:t>
            </w:r>
          </w:p>
        </w:tc>
      </w:tr>
      <w:tr w:rsidR="00010651" w:rsidRPr="00272A29" w14:paraId="000B1739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59BD83" w14:textId="77777777" w:rsidR="001034B1" w:rsidRPr="00272A29" w:rsidRDefault="00D641E6" w:rsidP="00613960">
            <w:r w:rsidRPr="00272A29">
              <w:lastRenderedPageBreak/>
              <w:t>7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C819B8" w14:textId="77777777" w:rsidR="00010651" w:rsidRPr="00272A29" w:rsidRDefault="00D641E6" w:rsidP="00613960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Глюкометр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с </w:t>
            </w:r>
            <w:proofErr w:type="spellStart"/>
            <w:r w:rsidRPr="00272A29">
              <w:rPr>
                <w:rFonts w:cs="Times New Roman"/>
                <w:color w:val="000000"/>
              </w:rPr>
              <w:t>принадлежностями</w:t>
            </w:r>
            <w:proofErr w:type="spellEnd"/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8F5421" w14:textId="77777777" w:rsidR="00010651" w:rsidRPr="00272A29" w:rsidRDefault="00010651" w:rsidP="00613960">
            <w:pPr>
              <w:jc w:val="center"/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9B36E1" w14:textId="77777777" w:rsidR="00010651" w:rsidRPr="00272A29" w:rsidRDefault="00010651" w:rsidP="00613960">
            <w:pPr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9514C1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шт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4A00BD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6</w:t>
            </w:r>
          </w:p>
        </w:tc>
      </w:tr>
      <w:tr w:rsidR="00010651" w:rsidRPr="00272A29" w14:paraId="05243B63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86A0E7" w14:textId="77777777" w:rsidR="001034B1" w:rsidRPr="00272A29" w:rsidRDefault="00D641E6" w:rsidP="00613960">
            <w:r w:rsidRPr="00272A29">
              <w:t>8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D7846C" w14:textId="77777777" w:rsidR="00010651" w:rsidRPr="00272A29" w:rsidRDefault="00D641E6" w:rsidP="00613960">
            <w:pPr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 xml:space="preserve">Осветитель таблиц для исследования остроты зрения (аппарат </w:t>
            </w:r>
            <w:proofErr w:type="spellStart"/>
            <w:r w:rsidRPr="00272A29">
              <w:rPr>
                <w:rFonts w:cs="Times New Roman"/>
                <w:color w:val="000000"/>
                <w:lang w:val="ru-RU"/>
              </w:rPr>
              <w:t>Ротта</w:t>
            </w:r>
            <w:proofErr w:type="spellEnd"/>
            <w:r w:rsidRPr="00272A29">
              <w:rPr>
                <w:rFonts w:cs="Times New Roman"/>
                <w:color w:val="000000"/>
                <w:lang w:val="ru-RU"/>
              </w:rPr>
              <w:t>)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002E28" w14:textId="77777777" w:rsidR="00010651" w:rsidRPr="00272A29" w:rsidRDefault="00010651" w:rsidP="0061396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F75F05" w14:textId="77777777" w:rsidR="00010651" w:rsidRPr="00272A29" w:rsidRDefault="00010651" w:rsidP="00613960">
            <w:pPr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04F5EA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шт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5B0D91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2</w:t>
            </w:r>
          </w:p>
        </w:tc>
      </w:tr>
      <w:tr w:rsidR="00010651" w:rsidRPr="00272A29" w14:paraId="6B04CDD7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06F1EC" w14:textId="77777777" w:rsidR="001034B1" w:rsidRPr="00272A29" w:rsidRDefault="00D641E6" w:rsidP="00613960">
            <w:r w:rsidRPr="00272A29">
              <w:t>9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7BC3F9" w14:textId="77777777" w:rsidR="00010651" w:rsidRPr="00272A29" w:rsidRDefault="00D641E6" w:rsidP="00613960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Комплект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воздуховодов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ротоглоточных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одноразовых</w:t>
            </w:r>
            <w:proofErr w:type="spellEnd"/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1A0E1C" w14:textId="77777777" w:rsidR="00010651" w:rsidRPr="00272A29" w:rsidRDefault="00010651" w:rsidP="00613960">
            <w:pPr>
              <w:jc w:val="center"/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9C1C2A" w14:textId="77777777" w:rsidR="00010651" w:rsidRPr="00272A29" w:rsidRDefault="00010651" w:rsidP="00613960">
            <w:pPr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F168DA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шт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5034C2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5</w:t>
            </w:r>
          </w:p>
        </w:tc>
      </w:tr>
      <w:tr w:rsidR="00010651" w:rsidRPr="00272A29" w14:paraId="5A7F3B7E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59A95E" w14:textId="77777777" w:rsidR="001034B1" w:rsidRPr="00272A29" w:rsidRDefault="00D641E6" w:rsidP="00613960">
            <w:r w:rsidRPr="00272A29">
              <w:t>10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C34328" w14:textId="77777777" w:rsidR="00010651" w:rsidRPr="00272A29" w:rsidRDefault="00D641E6" w:rsidP="00613960">
            <w:pPr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 xml:space="preserve">Аппарат ручной искусственной вентиляции </w:t>
            </w:r>
            <w:r w:rsidRPr="00272A29">
              <w:rPr>
                <w:rFonts w:cs="Times New Roman"/>
                <w:color w:val="000000"/>
                <w:lang w:val="ru-RU"/>
              </w:rPr>
              <w:t>легких взрослый одноразовый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F41E5D" w14:textId="77777777" w:rsidR="00010651" w:rsidRPr="00272A29" w:rsidRDefault="00010651" w:rsidP="0061396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3D9E8A" w14:textId="77777777" w:rsidR="00010651" w:rsidRPr="00272A29" w:rsidRDefault="00010651" w:rsidP="00613960">
            <w:pPr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F7FC48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шт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96426D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3</w:t>
            </w:r>
          </w:p>
        </w:tc>
      </w:tr>
      <w:tr w:rsidR="00010651" w:rsidRPr="00272A29" w14:paraId="55E9EE0F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1A4031" w14:textId="77777777" w:rsidR="001034B1" w:rsidRPr="00272A29" w:rsidRDefault="00D641E6" w:rsidP="00613960">
            <w:r w:rsidRPr="00272A29">
              <w:t>11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1D7576" w14:textId="77777777" w:rsidR="00010651" w:rsidRPr="00272A29" w:rsidRDefault="00D641E6" w:rsidP="00613960">
            <w:pPr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>Стакан мерный с носиком 50 мл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300BA7" w14:textId="77777777" w:rsidR="00010651" w:rsidRPr="00272A29" w:rsidRDefault="00010651" w:rsidP="0061396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3BF310" w14:textId="77777777" w:rsidR="00010651" w:rsidRPr="00272A29" w:rsidRDefault="00010651" w:rsidP="00613960">
            <w:pPr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E88E25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шт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A1F967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3</w:t>
            </w:r>
          </w:p>
        </w:tc>
      </w:tr>
      <w:tr w:rsidR="00010651" w:rsidRPr="00272A29" w14:paraId="4A4AEBDC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5EA938" w14:textId="77777777" w:rsidR="001034B1" w:rsidRPr="00272A29" w:rsidRDefault="00D641E6" w:rsidP="00613960">
            <w:r w:rsidRPr="00272A29">
              <w:t>12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8E6ECE" w14:textId="77777777" w:rsidR="00010651" w:rsidRPr="00272A29" w:rsidRDefault="00D641E6" w:rsidP="00613960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Грелка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медицинская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1,5 л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3DCE25" w14:textId="77777777" w:rsidR="00010651" w:rsidRPr="00272A29" w:rsidRDefault="00010651" w:rsidP="00613960">
            <w:pPr>
              <w:jc w:val="center"/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1A3E46" w14:textId="77777777" w:rsidR="00010651" w:rsidRPr="00272A29" w:rsidRDefault="00010651" w:rsidP="00613960">
            <w:pPr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D405A8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шт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E9CC2E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3</w:t>
            </w:r>
          </w:p>
        </w:tc>
      </w:tr>
      <w:tr w:rsidR="00010651" w:rsidRPr="00272A29" w14:paraId="7EB77AFD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472705" w14:textId="77777777" w:rsidR="001034B1" w:rsidRPr="00272A29" w:rsidRDefault="00D641E6" w:rsidP="00613960">
            <w:r w:rsidRPr="00272A29">
              <w:t>13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B0CB53" w14:textId="77777777" w:rsidR="00010651" w:rsidRPr="00272A29" w:rsidRDefault="00D641E6" w:rsidP="00613960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Пакет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гипотермический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одноразовый</w:t>
            </w:r>
            <w:proofErr w:type="spellEnd"/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750731" w14:textId="77777777" w:rsidR="00010651" w:rsidRPr="00272A29" w:rsidRDefault="00010651" w:rsidP="00613960">
            <w:pPr>
              <w:jc w:val="center"/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A1CD0D" w14:textId="77777777" w:rsidR="00010651" w:rsidRPr="00272A29" w:rsidRDefault="00010651" w:rsidP="00613960">
            <w:pPr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443514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шт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B51370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31</w:t>
            </w:r>
          </w:p>
        </w:tc>
      </w:tr>
      <w:tr w:rsidR="00010651" w:rsidRPr="00272A29" w14:paraId="217F26D6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F62ACD" w14:textId="77777777" w:rsidR="001034B1" w:rsidRPr="00272A29" w:rsidRDefault="00D641E6" w:rsidP="00613960">
            <w:r w:rsidRPr="00272A29">
              <w:t>14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D4F416" w14:textId="77777777" w:rsidR="00010651" w:rsidRPr="00272A29" w:rsidRDefault="00D641E6" w:rsidP="00613960">
            <w:pPr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Носилки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мягкие</w:t>
            </w:r>
            <w:proofErr w:type="spellEnd"/>
            <w:r w:rsidRPr="00272A29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272A29">
              <w:rPr>
                <w:rFonts w:cs="Times New Roman"/>
                <w:color w:val="000000"/>
              </w:rPr>
              <w:t>бескаркасные</w:t>
            </w:r>
            <w:proofErr w:type="spellEnd"/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A49BE6" w14:textId="77777777" w:rsidR="00010651" w:rsidRPr="00272A29" w:rsidRDefault="00010651" w:rsidP="00613960">
            <w:pPr>
              <w:jc w:val="center"/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FDB155" w14:textId="77777777" w:rsidR="00010651" w:rsidRPr="00272A29" w:rsidRDefault="00010651" w:rsidP="00613960">
            <w:pPr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88CE23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шт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5900C3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4</w:t>
            </w:r>
          </w:p>
        </w:tc>
      </w:tr>
      <w:tr w:rsidR="00010651" w:rsidRPr="00272A29" w14:paraId="64991BFE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01AC19" w14:textId="77777777" w:rsidR="001034B1" w:rsidRPr="00272A29" w:rsidRDefault="00D641E6" w:rsidP="00613960">
            <w:r w:rsidRPr="00272A29">
              <w:t>15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33F215" w14:textId="77777777" w:rsidR="00010651" w:rsidRPr="00272A29" w:rsidRDefault="00D641E6" w:rsidP="00613960">
            <w:pPr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 xml:space="preserve">Комплект шин </w:t>
            </w:r>
            <w:proofErr w:type="spellStart"/>
            <w:r w:rsidRPr="00272A29">
              <w:rPr>
                <w:rFonts w:cs="Times New Roman"/>
                <w:color w:val="000000"/>
                <w:lang w:val="ru-RU"/>
              </w:rPr>
              <w:t>иммобилизационных</w:t>
            </w:r>
            <w:proofErr w:type="spellEnd"/>
            <w:r w:rsidRPr="00272A29">
              <w:rPr>
                <w:rFonts w:cs="Times New Roman"/>
                <w:color w:val="000000"/>
                <w:lang w:val="ru-RU"/>
              </w:rPr>
              <w:t xml:space="preserve"> пневматических взрослый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DACF8B" w14:textId="77777777" w:rsidR="00010651" w:rsidRPr="00272A29" w:rsidRDefault="00010651" w:rsidP="0061396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58DF04" w14:textId="77777777" w:rsidR="00010651" w:rsidRPr="00272A29" w:rsidRDefault="00010651" w:rsidP="00613960">
            <w:pPr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7055ED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шт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9D24C9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1</w:t>
            </w:r>
          </w:p>
        </w:tc>
      </w:tr>
      <w:tr w:rsidR="00010651" w:rsidRPr="00272A29" w14:paraId="39D491EC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D3CB78" w14:textId="77777777" w:rsidR="001034B1" w:rsidRPr="00272A29" w:rsidRDefault="00D641E6" w:rsidP="00613960">
            <w:r w:rsidRPr="00272A29">
              <w:t>16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319F86" w14:textId="77777777" w:rsidR="00010651" w:rsidRPr="00272A29" w:rsidRDefault="00D641E6" w:rsidP="00613960">
            <w:pPr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Матрас вакуумный иммобилизационный взрослый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C1A4DB" w14:textId="77777777" w:rsidR="00010651" w:rsidRPr="00272A29" w:rsidRDefault="00010651" w:rsidP="00613960">
            <w:pPr>
              <w:jc w:val="center"/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DE42D8" w14:textId="77777777" w:rsidR="00010651" w:rsidRPr="00272A29" w:rsidRDefault="00010651" w:rsidP="00613960">
            <w:pPr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B737C8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шт.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E3A8ED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1</w:t>
            </w:r>
          </w:p>
        </w:tc>
      </w:tr>
      <w:tr w:rsidR="00010651" w:rsidRPr="00272A29" w14:paraId="1EEC9C44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EECE19" w14:textId="77777777" w:rsidR="001034B1" w:rsidRPr="00272A29" w:rsidRDefault="00D641E6" w:rsidP="00613960">
            <w:r w:rsidRPr="00272A29">
              <w:t>17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6553E0" w14:textId="77777777" w:rsidR="00010651" w:rsidRPr="00272A29" w:rsidRDefault="00D641E6" w:rsidP="00613960">
            <w:pPr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Повязка косыночная универсальная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4F7418" w14:textId="77777777" w:rsidR="00010651" w:rsidRPr="00272A29" w:rsidRDefault="00010651" w:rsidP="00613960">
            <w:pPr>
              <w:jc w:val="center"/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258DA4" w14:textId="77777777" w:rsidR="00010651" w:rsidRPr="00272A29" w:rsidRDefault="00010651" w:rsidP="00613960">
            <w:pPr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B7AD03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шт.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751D29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2</w:t>
            </w:r>
          </w:p>
        </w:tc>
      </w:tr>
      <w:tr w:rsidR="00010651" w:rsidRPr="00272A29" w14:paraId="152F13E9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33A588" w14:textId="77777777" w:rsidR="001034B1" w:rsidRPr="00272A29" w:rsidRDefault="00D641E6" w:rsidP="00613960">
            <w:r w:rsidRPr="00272A29">
              <w:t>18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624187" w14:textId="77777777" w:rsidR="00010651" w:rsidRPr="00272A29" w:rsidRDefault="00D641E6" w:rsidP="00613960">
            <w:pPr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>Воротник шейный ортопедический для взрослых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7899E7" w14:textId="77777777" w:rsidR="00010651" w:rsidRPr="00272A29" w:rsidRDefault="00010651" w:rsidP="0061396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B52629" w14:textId="77777777" w:rsidR="00010651" w:rsidRPr="00272A29" w:rsidRDefault="00010651" w:rsidP="00613960">
            <w:pPr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85B476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шт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68C3DE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1</w:t>
            </w:r>
          </w:p>
        </w:tc>
      </w:tr>
      <w:tr w:rsidR="00010651" w:rsidRPr="00272A29" w14:paraId="5DFFC277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1B99A6" w14:textId="77777777" w:rsidR="001034B1" w:rsidRPr="00272A29" w:rsidRDefault="00D641E6" w:rsidP="00613960">
            <w:r w:rsidRPr="00272A29">
              <w:t>19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E26480" w14:textId="77777777" w:rsidR="00010651" w:rsidRPr="00272A29" w:rsidRDefault="00D641E6" w:rsidP="00613960">
            <w:pPr>
              <w:rPr>
                <w:rFonts w:cs="Times New Roman"/>
                <w:lang w:val="ru-RU"/>
              </w:rPr>
            </w:pPr>
            <w:r w:rsidRPr="00272A29">
              <w:rPr>
                <w:rFonts w:cs="Times New Roman"/>
                <w:color w:val="000000"/>
                <w:lang w:val="ru-RU"/>
              </w:rPr>
              <w:t>Пульсоксиметр медицинский портативный с поверкой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364B41" w14:textId="77777777" w:rsidR="00010651" w:rsidRPr="00272A29" w:rsidRDefault="00010651" w:rsidP="0061396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F1E4C3" w14:textId="77777777" w:rsidR="00010651" w:rsidRPr="00272A29" w:rsidRDefault="00010651" w:rsidP="00613960">
            <w:pPr>
              <w:rPr>
                <w:rFonts w:cs="Times New Roman"/>
                <w:lang w:val="ru-RU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E1F91C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proofErr w:type="spellStart"/>
            <w:r w:rsidRPr="00272A29">
              <w:rPr>
                <w:rFonts w:cs="Times New Roman"/>
                <w:color w:val="000000"/>
              </w:rPr>
              <w:t>шт</w:t>
            </w:r>
            <w:proofErr w:type="spellEnd"/>
            <w:r w:rsidRPr="00272A29">
              <w:rPr>
                <w:rFonts w:cs="Times New Roman"/>
                <w:color w:val="000000"/>
              </w:rPr>
              <w:t>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1E9326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4</w:t>
            </w:r>
          </w:p>
        </w:tc>
      </w:tr>
      <w:tr w:rsidR="00010651" w:rsidRPr="00145992" w14:paraId="42F0AA63" w14:textId="77777777" w:rsidTr="00613960">
        <w:trPr>
          <w:cantSplit/>
          <w:jc w:val="center"/>
        </w:trPr>
        <w:tc>
          <w:tcPr>
            <w:tcW w:w="85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D428C5" w14:textId="77777777" w:rsidR="001034B1" w:rsidRPr="00272A29" w:rsidRDefault="00D641E6" w:rsidP="00613960">
            <w:r w:rsidRPr="00272A29">
              <w:t>20</w:t>
            </w:r>
          </w:p>
        </w:tc>
        <w:tc>
          <w:tcPr>
            <w:tcW w:w="272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2CE9BA" w14:textId="77777777" w:rsidR="00010651" w:rsidRPr="00272A29" w:rsidRDefault="00D641E6" w:rsidP="00613960">
            <w:pPr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Термометр для фармацевтического холодильника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0F6E72" w14:textId="77777777" w:rsidR="00010651" w:rsidRPr="00272A29" w:rsidRDefault="00010651" w:rsidP="00613960">
            <w:pPr>
              <w:jc w:val="center"/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0CD824" w14:textId="77777777" w:rsidR="00010651" w:rsidRPr="00272A29" w:rsidRDefault="00010651" w:rsidP="00613960">
            <w:pPr>
              <w:rPr>
                <w:rFonts w:cs="Times New Roman"/>
              </w:rPr>
            </w:pP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CCB6EB" w14:textId="77777777" w:rsidR="00010651" w:rsidRPr="00272A29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шт.</w:t>
            </w:r>
          </w:p>
        </w:tc>
        <w:tc>
          <w:tcPr>
            <w:tcW w:w="147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92270B" w14:textId="77777777" w:rsidR="00010651" w:rsidRPr="00145992" w:rsidRDefault="00D641E6" w:rsidP="00613960">
            <w:pPr>
              <w:jc w:val="center"/>
              <w:rPr>
                <w:rFonts w:cs="Times New Roman"/>
              </w:rPr>
            </w:pPr>
            <w:r w:rsidRPr="00272A29">
              <w:rPr>
                <w:rFonts w:cs="Times New Roman"/>
                <w:color w:val="000000"/>
              </w:rPr>
              <w:t>1</w:t>
            </w:r>
          </w:p>
        </w:tc>
      </w:tr>
    </w:tbl>
    <w:p w14:paraId="25C56631" w14:textId="77777777" w:rsidR="00DF7322" w:rsidRDefault="00DF7322" w:rsidP="00613960"/>
    <w:sectPr w:rsidR="00DF7322" w:rsidSect="00034616">
      <w:pgSz w:w="11906" w:h="16838"/>
      <w:pgMar w:top="680" w:right="680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0651"/>
    <w:rsid w:val="00034616"/>
    <w:rsid w:val="0006063C"/>
    <w:rsid w:val="001034B1"/>
    <w:rsid w:val="00145992"/>
    <w:rsid w:val="0015074B"/>
    <w:rsid w:val="001B0989"/>
    <w:rsid w:val="00272A29"/>
    <w:rsid w:val="00291FBB"/>
    <w:rsid w:val="0029639D"/>
    <w:rsid w:val="002F3C74"/>
    <w:rsid w:val="00326F90"/>
    <w:rsid w:val="003F2CFC"/>
    <w:rsid w:val="004C32C8"/>
    <w:rsid w:val="00613960"/>
    <w:rsid w:val="00756884"/>
    <w:rsid w:val="00872768"/>
    <w:rsid w:val="009101CF"/>
    <w:rsid w:val="00AA1D8D"/>
    <w:rsid w:val="00B47730"/>
    <w:rsid w:val="00CB0664"/>
    <w:rsid w:val="00D641E6"/>
    <w:rsid w:val="00DF7322"/>
    <w:rsid w:val="00EE52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86D532"/>
  <w14:defaultImageDpi w14:val="300"/>
  <w15:docId w15:val="{1C49553C-0F37-45AC-9DDF-F8E188378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ECB3CC-1B27-42A5-BDF1-D039C6C81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1968</Words>
  <Characters>11224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Петрова Наталья Валерьевна</cp:lastModifiedBy>
  <cp:revision>4</cp:revision>
  <dcterms:created xsi:type="dcterms:W3CDTF">2026-09-23T06:17:00Z</dcterms:created>
  <dcterms:modified xsi:type="dcterms:W3CDTF">2026-09-24T18:08:00Z</dcterms:modified>
  <cp:category/>
</cp:coreProperties>
</file>