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F20E35" w14:textId="77777777" w:rsidR="0027419B" w:rsidRPr="00FD1518" w:rsidRDefault="00FC460F">
      <w:pPr>
        <w:jc w:val="right"/>
        <w:rPr>
          <w:rFonts w:cs="Times New Roman"/>
          <w:lang w:val="ru-RU"/>
        </w:rPr>
      </w:pPr>
      <w:r w:rsidRPr="00FD1518">
        <w:rPr>
          <w:rFonts w:cs="Times New Roman"/>
          <w:color w:val="000000"/>
          <w:lang w:val="ru-RU"/>
        </w:rPr>
        <w:t>Приложение № 2 к извещению и документации</w:t>
      </w:r>
      <w:r w:rsidRPr="00FD1518">
        <w:rPr>
          <w:rFonts w:cs="Times New Roman"/>
          <w:color w:val="000000"/>
          <w:lang w:val="ru-RU"/>
        </w:rPr>
        <w:br/>
        <w:t>о проведении запроса котировок в электронной форме</w:t>
      </w:r>
    </w:p>
    <w:p w14:paraId="519D54A1" w14:textId="77777777" w:rsidR="00FD1518" w:rsidRPr="00FD1518" w:rsidRDefault="00FD1518">
      <w:pPr>
        <w:jc w:val="center"/>
        <w:rPr>
          <w:rFonts w:cs="Times New Roman"/>
          <w:b/>
          <w:color w:val="000000"/>
          <w:lang w:val="ru-RU"/>
        </w:rPr>
      </w:pPr>
    </w:p>
    <w:p w14:paraId="5517CA50" w14:textId="0CE53E8D" w:rsidR="0027419B" w:rsidRPr="00FD1518" w:rsidRDefault="00FC460F">
      <w:pPr>
        <w:jc w:val="center"/>
        <w:rPr>
          <w:rFonts w:cs="Times New Roman"/>
          <w:lang w:val="ru-RU"/>
        </w:rPr>
      </w:pPr>
      <w:r w:rsidRPr="00FD1518">
        <w:rPr>
          <w:rFonts w:cs="Times New Roman"/>
          <w:b/>
          <w:color w:val="000000"/>
          <w:lang w:val="ru-RU"/>
        </w:rPr>
        <w:t>ДОГОВОР № ______</w:t>
      </w:r>
    </w:p>
    <w:p w14:paraId="5C3EE607" w14:textId="77777777" w:rsidR="00614A51" w:rsidRPr="00FD1518" w:rsidRDefault="00614A51" w:rsidP="00614A51">
      <w:pPr>
        <w:jc w:val="center"/>
        <w:rPr>
          <w:rFonts w:cs="Times New Roman"/>
          <w:b/>
          <w:color w:val="000000"/>
          <w:lang w:val="ru-RU"/>
        </w:rPr>
      </w:pPr>
      <w:r w:rsidRPr="00FD1518">
        <w:rPr>
          <w:rFonts w:cs="Times New Roman"/>
          <w:b/>
          <w:color w:val="000000"/>
          <w:lang w:val="ru-RU"/>
        </w:rPr>
        <w:t>на поставку медицинской ширмы и перевязочного стола с электроприводом (лот № 2)</w:t>
      </w:r>
    </w:p>
    <w:p w14:paraId="796243E7" w14:textId="77777777" w:rsidR="00614A51" w:rsidRPr="00FD1518" w:rsidRDefault="00614A51">
      <w:pPr>
        <w:jc w:val="both"/>
        <w:rPr>
          <w:rFonts w:cs="Times New Roman"/>
          <w:b/>
          <w:color w:val="000000"/>
          <w:lang w:val="ru-RU"/>
        </w:rPr>
      </w:pPr>
    </w:p>
    <w:p w14:paraId="3C0D41F5" w14:textId="55BDABD8" w:rsidR="0027419B" w:rsidRPr="00FD1518" w:rsidRDefault="00FC460F">
      <w:pPr>
        <w:jc w:val="both"/>
        <w:rPr>
          <w:rFonts w:cs="Times New Roman"/>
          <w:lang w:val="ru-RU"/>
        </w:rPr>
      </w:pPr>
      <w:r w:rsidRPr="00FD1518">
        <w:rPr>
          <w:rFonts w:cs="Times New Roman"/>
          <w:color w:val="000000"/>
          <w:lang w:val="ru-RU"/>
        </w:rPr>
        <w:t>г. Саратов</w:t>
      </w:r>
      <w:r w:rsidR="00614A51" w:rsidRPr="00FD1518">
        <w:rPr>
          <w:rFonts w:cs="Times New Roman"/>
          <w:color w:val="000000"/>
          <w:lang w:val="ru-RU"/>
        </w:rPr>
        <w:t xml:space="preserve">                                                                                                                 </w:t>
      </w:r>
      <w:r w:rsidRPr="00FD1518">
        <w:rPr>
          <w:rFonts w:cs="Times New Roman"/>
          <w:color w:val="000000"/>
          <w:lang w:val="ru-RU"/>
        </w:rPr>
        <w:tab/>
        <w:t>«___» ____________ 2026 г.</w:t>
      </w:r>
      <w:r w:rsidRPr="00FD1518">
        <w:rPr>
          <w:rFonts w:cs="Times New Roman"/>
          <w:color w:val="000000"/>
          <w:lang w:val="ru-RU"/>
        </w:rPr>
        <w:tab/>
      </w:r>
    </w:p>
    <w:p w14:paraId="63A8236D" w14:textId="77777777" w:rsidR="0027419B" w:rsidRPr="00FD1518" w:rsidRDefault="00FC460F">
      <w:pPr>
        <w:ind w:firstLine="567"/>
        <w:jc w:val="both"/>
        <w:rPr>
          <w:rFonts w:cs="Times New Roman"/>
          <w:lang w:val="ru-RU"/>
        </w:rPr>
      </w:pPr>
      <w:r w:rsidRPr="00452CC3">
        <w:rPr>
          <w:lang w:val="ru-RU"/>
        </w:rPr>
        <w:t xml:space="preserve">ГОСУДАРСТВЕННОЕ АВТОНОМНОЕ ПРОФЕССИОНАЛЬНОЕ ОБРАЗОВАТЕЛЬНОЕ УЧРЕЖДЕНИЕ САРАТОВСКОЙ ОБЛАСТИ «САРАТОВСКИЙ ОБЛАСТНОЙ </w:t>
      </w:r>
      <w:r w:rsidRPr="00452CC3">
        <w:rPr>
          <w:lang w:val="ru-RU"/>
        </w:rPr>
        <w:t xml:space="preserve">ОБРАЗОВАТЕЛЬНЫЙ КОМПЛЕКС - ПОЛИТЕХНИЧЕСКИЙ КОЛЛЕДЖ - ЛИЦЕЙ-ИНТЕРНАТ 64», именуемое в дальнейшем «Заказчик», в лице директора Бакал Светланы </w:t>
      </w:r>
      <w:proofErr w:type="spellStart"/>
      <w:r w:rsidRPr="00452CC3">
        <w:rPr>
          <w:lang w:val="ru-RU"/>
        </w:rPr>
        <w:t>Винаидовны</w:t>
      </w:r>
      <w:proofErr w:type="spellEnd"/>
      <w:r w:rsidRPr="00452CC3">
        <w:rPr>
          <w:lang w:val="ru-RU"/>
        </w:rPr>
        <w:t>, действующего на основании Устава, с одной стороны, и __________________, именуемое в дальнейшем «Поставщ</w:t>
      </w:r>
      <w:r w:rsidRPr="00452CC3">
        <w:rPr>
          <w:lang w:val="ru-RU"/>
        </w:rPr>
        <w:t>ик», в лице __________________, действующего на основании __________________, с другой стороны, совместно именуемые «Стороны», заключили настоящий договор по результатам запроса котировок в электронной форме (извещение № ____________, лот № 2) о нижеследую</w:t>
      </w:r>
      <w:r w:rsidRPr="00452CC3">
        <w:rPr>
          <w:lang w:val="ru-RU"/>
        </w:rPr>
        <w:t>щем.</w:t>
      </w:r>
    </w:p>
    <w:p w14:paraId="4463FB1E" w14:textId="77777777" w:rsidR="0027419B" w:rsidRPr="00FD1518" w:rsidRDefault="00FC460F">
      <w:pPr>
        <w:keepNext/>
        <w:spacing w:before="120" w:after="60"/>
        <w:jc w:val="center"/>
        <w:rPr>
          <w:rFonts w:cs="Times New Roman"/>
          <w:lang w:val="ru-RU"/>
        </w:rPr>
      </w:pPr>
      <w:r w:rsidRPr="00FD1518">
        <w:rPr>
          <w:rFonts w:cs="Times New Roman"/>
          <w:b/>
          <w:color w:val="000000"/>
          <w:lang w:val="ru-RU"/>
        </w:rPr>
        <w:t>1. Предмет договора</w:t>
      </w:r>
    </w:p>
    <w:p w14:paraId="7CD2A07B" w14:textId="48DA8629" w:rsidR="00614A51" w:rsidRPr="00FD1518" w:rsidRDefault="00FC460F" w:rsidP="00614A51">
      <w:pPr>
        <w:spacing w:after="120"/>
        <w:ind w:firstLine="709"/>
        <w:jc w:val="both"/>
        <w:rPr>
          <w:rFonts w:cs="Times New Roman"/>
          <w:color w:val="000000"/>
          <w:lang w:val="ru-RU"/>
        </w:rPr>
      </w:pPr>
      <w:r w:rsidRPr="00FD1518">
        <w:rPr>
          <w:rFonts w:cs="Times New Roman"/>
          <w:lang w:val="ru-RU"/>
        </w:rPr>
        <w:t>1.1 Поставщик обязуется поставить Заказчику медицинскую ширму и перевязочный стол с электроприводом (далее - Товар) в ассортименте, количестве и с характеристиками, указанными в Спецификации (Приложение № 1) и Техническом задании з</w:t>
      </w:r>
      <w:r w:rsidRPr="00FD1518">
        <w:rPr>
          <w:rFonts w:cs="Times New Roman"/>
          <w:lang w:val="ru-RU"/>
        </w:rPr>
        <w:t>акупки по лоту № 2, а Заказчик обязуется принять и оплатить Товар</w:t>
      </w:r>
    </w:p>
    <w:p w14:paraId="4ADF54A2" w14:textId="37637EC7" w:rsidR="0027419B" w:rsidRPr="00FD1518" w:rsidRDefault="00FC460F" w:rsidP="00614A51">
      <w:pPr>
        <w:spacing w:after="120"/>
        <w:ind w:firstLine="567"/>
        <w:jc w:val="both"/>
        <w:rPr>
          <w:rFonts w:cs="Times New Roman"/>
          <w:lang w:val="ru-RU"/>
        </w:rPr>
      </w:pPr>
      <w:r w:rsidRPr="00FD1518">
        <w:rPr>
          <w:rFonts w:cs="Times New Roman"/>
          <w:color w:val="000000"/>
          <w:lang w:val="ru-RU"/>
        </w:rPr>
        <w:t>1.2. Место поставки: 410012, Саратовская обл., г. Саратов, ул. им. Разина С.Т., д. 73.</w:t>
      </w:r>
    </w:p>
    <w:p w14:paraId="74BEB3C0" w14:textId="77777777" w:rsidR="0027419B" w:rsidRPr="00FD1518" w:rsidRDefault="00FC460F">
      <w:pPr>
        <w:ind w:firstLine="567"/>
        <w:jc w:val="both"/>
        <w:rPr>
          <w:rFonts w:cs="Times New Roman"/>
          <w:lang w:val="ru-RU"/>
        </w:rPr>
      </w:pPr>
      <w:r w:rsidRPr="00FD1518">
        <w:rPr>
          <w:rFonts w:cs="Times New Roman"/>
          <w:color w:val="000000"/>
          <w:lang w:val="ru-RU"/>
        </w:rPr>
        <w:t>1.3. Товар должен быть новым, не бывшим в эксплуатации, не восстановленным, свободным от прав третьих л</w:t>
      </w:r>
      <w:r w:rsidRPr="00FD1518">
        <w:rPr>
          <w:rFonts w:cs="Times New Roman"/>
          <w:color w:val="000000"/>
          <w:lang w:val="ru-RU"/>
        </w:rPr>
        <w:t>иц. Поставщик гарантирует законность введения Товара в обращение на территории Российской Федерации.</w:t>
      </w:r>
    </w:p>
    <w:p w14:paraId="1B26B0DC" w14:textId="77777777" w:rsidR="00E14AF9" w:rsidRPr="00FD1518" w:rsidRDefault="00E14AF9" w:rsidP="00B00AB3">
      <w:pPr>
        <w:jc w:val="center"/>
        <w:rPr>
          <w:rFonts w:cs="Times New Roman"/>
          <w:b/>
          <w:bCs/>
          <w:noProof/>
          <w:lang w:val="ru-RU"/>
        </w:rPr>
      </w:pPr>
      <w:bookmarkStart w:id="0" w:name="sub_33"/>
      <w:r w:rsidRPr="00FD1518">
        <w:rPr>
          <w:rFonts w:cs="Times New Roman"/>
          <w:b/>
          <w:bCs/>
          <w:noProof/>
          <w:lang w:val="ru-RU"/>
        </w:rPr>
        <w:t>2. Цена договора и порядок расчета</w:t>
      </w:r>
    </w:p>
    <w:p w14:paraId="365BA8D0" w14:textId="77777777" w:rsidR="00E14AF9" w:rsidRPr="00FD1518" w:rsidRDefault="00E14AF9" w:rsidP="00B00AB3">
      <w:pPr>
        <w:ind w:firstLine="709"/>
        <w:jc w:val="both"/>
        <w:rPr>
          <w:rFonts w:cs="Times New Roman"/>
          <w:noProof/>
          <w:lang w:val="ru-RU"/>
        </w:rPr>
      </w:pPr>
      <w:r w:rsidRPr="00FD1518">
        <w:rPr>
          <w:rFonts w:cs="Times New Roman"/>
          <w:noProof/>
          <w:lang w:val="ru-RU"/>
        </w:rPr>
        <w:t xml:space="preserve">2.1. Цена Договора составляет:____________ (______________________) рублей ___ копеек, в том числе НДС </w:t>
      </w:r>
      <w:r w:rsidRPr="00FD1518">
        <w:rPr>
          <w:rFonts w:cs="Times New Roman"/>
          <w:noProof/>
          <w:vertAlign w:val="superscript"/>
        </w:rPr>
        <w:footnoteReference w:id="1"/>
      </w:r>
      <w:r w:rsidRPr="00FD1518">
        <w:rPr>
          <w:rFonts w:cs="Times New Roman"/>
          <w:noProof/>
          <w:lang w:val="ru-RU"/>
        </w:rPr>
        <w:t xml:space="preserve"> и включает в себя все налоги, сборы и другие обязательные платежи, предусмотренные законодательством Российской Федерации, также все расходы Поставщика, связанные с исполнением Договора, в том числе расходы Поставщика прямо не предусмотренные, но которые могут возникнуть в ходе исполнения Договора.</w:t>
      </w:r>
    </w:p>
    <w:p w14:paraId="7567F293" w14:textId="77777777" w:rsidR="00E14AF9" w:rsidRPr="00FD1518" w:rsidRDefault="00E14AF9" w:rsidP="00B00AB3">
      <w:pPr>
        <w:ind w:firstLine="709"/>
        <w:jc w:val="both"/>
        <w:rPr>
          <w:rFonts w:cs="Times New Roman"/>
          <w:noProof/>
          <w:lang w:val="ru-RU"/>
        </w:rPr>
      </w:pPr>
      <w:r w:rsidRPr="00FD1518">
        <w:rPr>
          <w:rFonts w:cs="Times New Roman"/>
          <w:noProof/>
          <w:lang w:val="ru-RU"/>
        </w:rPr>
        <w:t>2.2. Цена Договора является твердой и определена на весь срок исполнения Договора.</w:t>
      </w:r>
    </w:p>
    <w:p w14:paraId="2FD1E864" w14:textId="77777777" w:rsidR="00E14AF9" w:rsidRPr="00FD1518" w:rsidRDefault="00E14AF9" w:rsidP="00B00AB3">
      <w:pPr>
        <w:ind w:firstLine="709"/>
        <w:jc w:val="both"/>
        <w:rPr>
          <w:rFonts w:cs="Times New Roman"/>
          <w:noProof/>
          <w:lang w:val="ru-RU"/>
        </w:rPr>
      </w:pPr>
      <w:r w:rsidRPr="00FD1518">
        <w:rPr>
          <w:rFonts w:cs="Times New Roman"/>
          <w:noProof/>
          <w:lang w:val="ru-RU"/>
        </w:rPr>
        <w:t>2.3. Оплата осуществляется Заказчиком после передачи Товара путем перечисления денежных средств Поставщику по платежным реквизитам Поставщика, указанным в Договоре. Обязательство по оплате считается исполненным с даты списания денежных средств с расчетного счета Заказчика. В случае изменения платежных реквизитов, Поставщик обязан в двухдневный срок с момента возникновения таких изменений в письменной форме сообщить об этом Заказчику с указанием новых платежных реквизитов. В противном случае все риски, связанные с перечислением Заказчиком денежных средств по указанным в Договоре платежным реквизитам Поставщика, несет Поставщик.</w:t>
      </w:r>
    </w:p>
    <w:p w14:paraId="22CD08E4" w14:textId="77777777" w:rsidR="00E14AF9" w:rsidRPr="00FD1518" w:rsidRDefault="00E14AF9" w:rsidP="00B00AB3">
      <w:pPr>
        <w:ind w:firstLine="709"/>
        <w:jc w:val="both"/>
        <w:rPr>
          <w:rFonts w:cs="Times New Roman"/>
          <w:noProof/>
          <w:lang w:val="ru-RU"/>
        </w:rPr>
      </w:pPr>
      <w:r w:rsidRPr="00FD1518">
        <w:rPr>
          <w:rFonts w:cs="Times New Roman"/>
          <w:noProof/>
          <w:lang w:val="ru-RU"/>
        </w:rPr>
        <w:t xml:space="preserve">2.4. Оплата по настоящему Договору производится Заказчиком в течение 7 (семи) рабочих дней с даты подписания Заказчиком товарной накладной (УПД), акта приема-передачи, предоставленных Поставщиком счет-фактуры (в случае если Поставщик является плательщиком НДС) и счета на оплату. </w:t>
      </w:r>
    </w:p>
    <w:p w14:paraId="2EDACE06" w14:textId="77777777" w:rsidR="00E14AF9" w:rsidRPr="00FD1518" w:rsidRDefault="00E14AF9" w:rsidP="00B00AB3">
      <w:pPr>
        <w:ind w:firstLine="709"/>
        <w:jc w:val="both"/>
        <w:rPr>
          <w:rFonts w:cs="Times New Roman"/>
          <w:noProof/>
          <w:lang w:val="ru-RU"/>
        </w:rPr>
      </w:pPr>
      <w:r w:rsidRPr="00FD1518">
        <w:rPr>
          <w:rFonts w:cs="Times New Roman"/>
          <w:lang w:val="ru-RU"/>
        </w:rPr>
        <w:t>2.5. Источник финансирования: субсидии, предоставленные автономному учреждению на иные цели.</w:t>
      </w:r>
    </w:p>
    <w:p w14:paraId="1B1E82B1" w14:textId="77777777" w:rsidR="00E14AF9" w:rsidRPr="00FD1518" w:rsidRDefault="00E14AF9" w:rsidP="00B00AB3">
      <w:pPr>
        <w:ind w:firstLine="709"/>
        <w:jc w:val="both"/>
        <w:rPr>
          <w:rFonts w:cs="Times New Roman"/>
          <w:noProof/>
          <w:lang w:val="ru-RU"/>
        </w:rPr>
      </w:pPr>
      <w:r w:rsidRPr="00FD1518">
        <w:rPr>
          <w:rFonts w:cs="Times New Roman"/>
          <w:noProof/>
          <w:lang w:val="ru-RU"/>
        </w:rPr>
        <w:t xml:space="preserve">2.6. Все платежи по Договору производятся Сторонами в рублях Российской Федерации. </w:t>
      </w:r>
    </w:p>
    <w:p w14:paraId="7C8870DA" w14:textId="77777777" w:rsidR="00E14AF9" w:rsidRPr="00FD1518" w:rsidRDefault="00E14AF9" w:rsidP="00B00AB3">
      <w:pPr>
        <w:ind w:firstLine="709"/>
        <w:jc w:val="both"/>
        <w:rPr>
          <w:rFonts w:cs="Times New Roman"/>
          <w:noProof/>
          <w:lang w:val="ru-RU"/>
        </w:rPr>
      </w:pPr>
      <w:r w:rsidRPr="00FD1518">
        <w:rPr>
          <w:rFonts w:cs="Times New Roman"/>
          <w:noProof/>
          <w:lang w:val="ru-RU"/>
        </w:rPr>
        <w:t>2.7. При нарушении Поставщиком своих обязательств по Договору, Заказчик вправе произвести расчет с Поставщиком на основании итогового акта сверки расчетов, подписанного Сторонами Договора, который включает в себя рассчитанную в соответствии с условиями Договора неустойку, подлежащую взысканию с Поставщика и служит основанием для вычета её, путем уменьшения суммы окончательного расчета.</w:t>
      </w:r>
    </w:p>
    <w:p w14:paraId="195E5003" w14:textId="77777777" w:rsidR="00E14AF9" w:rsidRPr="00FD1518" w:rsidRDefault="00E14AF9" w:rsidP="00B00AB3">
      <w:pPr>
        <w:ind w:firstLine="709"/>
        <w:jc w:val="both"/>
        <w:rPr>
          <w:rFonts w:cs="Times New Roman"/>
          <w:noProof/>
          <w:lang w:val="ru-RU"/>
        </w:rPr>
      </w:pPr>
      <w:r w:rsidRPr="00FD1518">
        <w:rPr>
          <w:rFonts w:cs="Times New Roman"/>
          <w:noProof/>
          <w:lang w:val="ru-RU"/>
        </w:rPr>
        <w:t>В случае, если Поставщиком не подписан итоговый акт сверки расчетов, Заказчик вправе при расчете с Поставщиком в бесспорном порядке произвести удержание (зачет) суммы имущественных санкций, рассчитанных и подлежащих оплате Поставщиком в соответствии с условиями Договора, путем уменьшения суммы расчета на сумму имущественных санкций.</w:t>
      </w:r>
    </w:p>
    <w:p w14:paraId="52303D75" w14:textId="77777777" w:rsidR="00E14AF9" w:rsidRPr="00FD1518" w:rsidRDefault="00E14AF9" w:rsidP="00B00AB3">
      <w:pPr>
        <w:ind w:firstLine="709"/>
        <w:jc w:val="both"/>
        <w:rPr>
          <w:rFonts w:cs="Times New Roman"/>
          <w:noProof/>
          <w:lang w:val="ru-RU"/>
        </w:rPr>
      </w:pPr>
      <w:r w:rsidRPr="00FD1518">
        <w:rPr>
          <w:rFonts w:cs="Times New Roman"/>
          <w:noProof/>
          <w:lang w:val="ru-RU"/>
        </w:rPr>
        <w:t xml:space="preserve">В случае неисполнения или ненадлежащего исполнения Поставщиком своих обязательств по настоящему Договору Заказчик вправе удержать сумму неустойки из обеспечения исполнения Договора и (или) суммы окончательного расчета.  </w:t>
      </w:r>
    </w:p>
    <w:p w14:paraId="1FB29E74" w14:textId="77777777" w:rsidR="00E14AF9" w:rsidRPr="00FD1518" w:rsidRDefault="00E14AF9" w:rsidP="00B00AB3">
      <w:pPr>
        <w:ind w:firstLine="709"/>
        <w:jc w:val="both"/>
        <w:rPr>
          <w:rFonts w:cs="Times New Roman"/>
          <w:noProof/>
          <w:lang w:val="ru-RU"/>
        </w:rPr>
      </w:pPr>
      <w:r w:rsidRPr="00FD1518">
        <w:rPr>
          <w:rFonts w:cs="Times New Roman"/>
          <w:noProof/>
          <w:lang w:val="ru-RU"/>
        </w:rPr>
        <w:lastRenderedPageBreak/>
        <w:t>2.8. Стороны согласовали возможность обмена электронными документами, подписанными усиленной квалифицированной электронной подписью по телекоммуникационным каналам связи через оператора электронного документооборота. Электронный документ, подписанный усиленной квалифицированной электронной подписью, признается документом, равнозначным документу на бумажном носителе, подписанному собственноручной подписью и заверенному печатью.</w:t>
      </w:r>
    </w:p>
    <w:p w14:paraId="22757FAA" w14:textId="77777777" w:rsidR="00E14AF9" w:rsidRPr="00FD1518" w:rsidRDefault="00E14AF9" w:rsidP="00B00AB3">
      <w:pPr>
        <w:ind w:firstLine="709"/>
        <w:jc w:val="both"/>
        <w:rPr>
          <w:rFonts w:cs="Times New Roman"/>
          <w:noProof/>
          <w:lang w:val="ru-RU"/>
        </w:rPr>
      </w:pPr>
      <w:r w:rsidRPr="00FD1518">
        <w:rPr>
          <w:rFonts w:cs="Times New Roman"/>
          <w:noProof/>
          <w:lang w:val="ru-RU"/>
        </w:rPr>
        <w:t>Выставление и получение электронных документов по телекоммуникационным каналам связи допускается при обязательном использовании Сторонами сертифицированных в соответствии с законодательством РФ средств криптографической защиты информации, позволяющих однозначно идентифицировать владельца сертификат ключа проверки электронной подписи.</w:t>
      </w:r>
    </w:p>
    <w:p w14:paraId="10AF6717" w14:textId="77777777" w:rsidR="00E14AF9" w:rsidRPr="00FD1518" w:rsidRDefault="00E14AF9" w:rsidP="00B00AB3">
      <w:pPr>
        <w:ind w:firstLine="709"/>
        <w:jc w:val="both"/>
        <w:rPr>
          <w:rFonts w:cs="Times New Roman"/>
          <w:noProof/>
          <w:lang w:val="ru-RU"/>
        </w:rPr>
      </w:pPr>
    </w:p>
    <w:p w14:paraId="34129806" w14:textId="77777777" w:rsidR="00E14AF9" w:rsidRPr="00FD1518" w:rsidRDefault="00E14AF9" w:rsidP="00B00AB3">
      <w:pPr>
        <w:widowControl w:val="0"/>
        <w:autoSpaceDE w:val="0"/>
        <w:jc w:val="center"/>
        <w:rPr>
          <w:rFonts w:cs="Times New Roman"/>
          <w:b/>
        </w:rPr>
      </w:pPr>
      <w:r w:rsidRPr="00FD1518">
        <w:rPr>
          <w:rFonts w:cs="Times New Roman"/>
          <w:b/>
        </w:rPr>
        <w:t>3. </w:t>
      </w:r>
      <w:proofErr w:type="spellStart"/>
      <w:r w:rsidRPr="00FD1518">
        <w:rPr>
          <w:rFonts w:cs="Times New Roman"/>
          <w:b/>
        </w:rPr>
        <w:t>Сроки</w:t>
      </w:r>
      <w:proofErr w:type="spellEnd"/>
      <w:r w:rsidRPr="00FD1518">
        <w:rPr>
          <w:rFonts w:cs="Times New Roman"/>
          <w:b/>
        </w:rPr>
        <w:t xml:space="preserve"> и </w:t>
      </w:r>
      <w:proofErr w:type="spellStart"/>
      <w:r w:rsidRPr="00FD1518">
        <w:rPr>
          <w:rFonts w:cs="Times New Roman"/>
          <w:b/>
        </w:rPr>
        <w:t>порядок</w:t>
      </w:r>
      <w:proofErr w:type="spellEnd"/>
      <w:r w:rsidRPr="00FD1518">
        <w:rPr>
          <w:rFonts w:cs="Times New Roman"/>
          <w:b/>
        </w:rPr>
        <w:t xml:space="preserve"> </w:t>
      </w:r>
      <w:proofErr w:type="spellStart"/>
      <w:r w:rsidRPr="00FD1518">
        <w:rPr>
          <w:rFonts w:cs="Times New Roman"/>
          <w:b/>
        </w:rPr>
        <w:t>поставки</w:t>
      </w:r>
      <w:proofErr w:type="spellEnd"/>
      <w:r w:rsidRPr="00FD1518">
        <w:rPr>
          <w:rFonts w:cs="Times New Roman"/>
          <w:b/>
        </w:rPr>
        <w:t xml:space="preserve"> </w:t>
      </w:r>
      <w:proofErr w:type="spellStart"/>
      <w:r w:rsidRPr="00FD1518">
        <w:rPr>
          <w:rFonts w:cs="Times New Roman"/>
          <w:b/>
        </w:rPr>
        <w:t>Товара</w:t>
      </w:r>
      <w:proofErr w:type="spellEnd"/>
    </w:p>
    <w:p w14:paraId="485F00A3" w14:textId="77777777" w:rsidR="00E14AF9" w:rsidRPr="00FD1518" w:rsidRDefault="00E14AF9" w:rsidP="00B00AB3">
      <w:pPr>
        <w:widowControl w:val="0"/>
        <w:autoSpaceDE w:val="0"/>
        <w:jc w:val="center"/>
        <w:rPr>
          <w:rFonts w:cs="Times New Roman"/>
          <w:b/>
        </w:rPr>
      </w:pPr>
    </w:p>
    <w:p w14:paraId="7FA83A9D" w14:textId="77777777" w:rsidR="00E14AF9" w:rsidRPr="00FD1518" w:rsidRDefault="00E14AF9" w:rsidP="00E14AF9">
      <w:pPr>
        <w:widowControl w:val="0"/>
        <w:numPr>
          <w:ilvl w:val="1"/>
          <w:numId w:val="10"/>
        </w:numPr>
        <w:ind w:left="0" w:firstLine="709"/>
        <w:jc w:val="both"/>
        <w:rPr>
          <w:rFonts w:cs="Times New Roman"/>
          <w:lang w:val="ru-RU"/>
        </w:rPr>
      </w:pPr>
      <w:r w:rsidRPr="00FD1518">
        <w:rPr>
          <w:rFonts w:cs="Times New Roman"/>
          <w:lang w:val="ru-RU"/>
        </w:rPr>
        <w:t>Поставка Товара Заказчику осуществляется Поставщиком в течение 60 (Шестидесяти) календарных дней с момента заключения Договора.</w:t>
      </w:r>
    </w:p>
    <w:p w14:paraId="73DD8B39" w14:textId="77777777" w:rsidR="00E14AF9" w:rsidRPr="00FD1518" w:rsidRDefault="00E14AF9" w:rsidP="00B00AB3">
      <w:pPr>
        <w:widowControl w:val="0"/>
        <w:ind w:firstLine="709"/>
        <w:contextualSpacing/>
        <w:jc w:val="both"/>
        <w:rPr>
          <w:rFonts w:eastAsia="Calibri" w:cs="Times New Roman"/>
          <w:lang w:val="ru-RU"/>
        </w:rPr>
      </w:pPr>
      <w:r w:rsidRPr="00FD1518">
        <w:rPr>
          <w:rFonts w:cs="Times New Roman"/>
          <w:lang w:val="ru-RU"/>
        </w:rPr>
        <w:t xml:space="preserve">3.2. Поставщик обязуется поставить Товар по адресу: 410012, Саратовская обл., г. Саратов, ул. им. </w:t>
      </w:r>
      <w:proofErr w:type="spellStart"/>
      <w:r w:rsidRPr="00FD1518">
        <w:rPr>
          <w:rFonts w:cs="Times New Roman"/>
        </w:rPr>
        <w:t>Разина</w:t>
      </w:r>
      <w:proofErr w:type="spellEnd"/>
      <w:r w:rsidRPr="00FD1518">
        <w:rPr>
          <w:rFonts w:cs="Times New Roman"/>
        </w:rPr>
        <w:t xml:space="preserve"> С.Т., д. 73.</w:t>
      </w:r>
    </w:p>
    <w:p w14:paraId="15330305" w14:textId="77777777" w:rsidR="00E14AF9" w:rsidRPr="00FD1518" w:rsidRDefault="00E14AF9" w:rsidP="00B00AB3">
      <w:pPr>
        <w:ind w:firstLine="709"/>
        <w:jc w:val="both"/>
        <w:rPr>
          <w:rFonts w:cs="Times New Roman"/>
          <w:lang w:val="ru-RU"/>
        </w:rPr>
      </w:pPr>
      <w:r w:rsidRPr="00FD1518">
        <w:rPr>
          <w:rFonts w:cs="Times New Roman"/>
          <w:lang w:val="ru-RU"/>
        </w:rPr>
        <w:t>3.3.</w:t>
      </w:r>
      <w:r w:rsidRPr="00FD1518">
        <w:rPr>
          <w:rFonts w:cs="Times New Roman"/>
        </w:rPr>
        <w:t> </w:t>
      </w:r>
      <w:r w:rsidRPr="00FD1518">
        <w:rPr>
          <w:rFonts w:cs="Times New Roman"/>
          <w:lang w:val="ru-RU"/>
        </w:rPr>
        <w:t>Доставка Товара до места передачи Товара производится силами и средствами Поставщика.</w:t>
      </w:r>
    </w:p>
    <w:p w14:paraId="61078D4A" w14:textId="77777777" w:rsidR="00E14AF9" w:rsidRPr="00FD1518" w:rsidRDefault="00E14AF9" w:rsidP="00B00AB3">
      <w:pPr>
        <w:ind w:firstLine="709"/>
        <w:jc w:val="both"/>
        <w:rPr>
          <w:rFonts w:cs="Times New Roman"/>
          <w:lang w:val="ru-RU"/>
        </w:rPr>
      </w:pPr>
      <w:r w:rsidRPr="00FD1518">
        <w:rPr>
          <w:rFonts w:cs="Times New Roman"/>
          <w:lang w:val="ru-RU"/>
        </w:rPr>
        <w:t>3.4.</w:t>
      </w:r>
      <w:r w:rsidRPr="00FD1518">
        <w:rPr>
          <w:rFonts w:cs="Times New Roman"/>
        </w:rPr>
        <w:t> </w:t>
      </w:r>
      <w:r w:rsidRPr="00FD1518">
        <w:rPr>
          <w:rFonts w:cs="Times New Roman"/>
          <w:lang w:val="ru-RU"/>
        </w:rPr>
        <w:t xml:space="preserve">Не позднее, чем за 5 (Пять) рабочих дней до дня доставки Товара Поставщик обязан согласовать с представителем Заказчика дату и время доставки Товара. </w:t>
      </w:r>
    </w:p>
    <w:p w14:paraId="79C42BBE" w14:textId="77777777" w:rsidR="00E14AF9" w:rsidRPr="00FD1518" w:rsidRDefault="00E14AF9" w:rsidP="00B00AB3">
      <w:pPr>
        <w:widowControl w:val="0"/>
        <w:ind w:firstLine="709"/>
        <w:contextualSpacing/>
        <w:jc w:val="both"/>
        <w:rPr>
          <w:rFonts w:cs="Times New Roman"/>
          <w:lang w:val="ru-RU"/>
        </w:rPr>
      </w:pPr>
      <w:r w:rsidRPr="00FD1518">
        <w:rPr>
          <w:rFonts w:cs="Times New Roman"/>
          <w:lang w:val="ru-RU"/>
        </w:rPr>
        <w:t>3.5. Датой (моментом) исполнения Поставщиком</w:t>
      </w:r>
      <w:r w:rsidRPr="00FD1518">
        <w:rPr>
          <w:rFonts w:cs="Times New Roman"/>
          <w:snapToGrid w:val="0"/>
          <w:color w:val="FF0000"/>
          <w:lang w:val="ru-RU"/>
        </w:rPr>
        <w:t xml:space="preserve"> </w:t>
      </w:r>
      <w:r w:rsidRPr="00FD1518">
        <w:rPr>
          <w:rFonts w:cs="Times New Roman"/>
          <w:lang w:val="ru-RU"/>
        </w:rPr>
        <w:t xml:space="preserve">обязательств по поставке Товара, а также датой перехода права оперативного управления на Товар является дата подписания Заказчиком товарной накладной (УПД) без замечаний. </w:t>
      </w:r>
    </w:p>
    <w:p w14:paraId="75CF0C62" w14:textId="77777777" w:rsidR="00E14AF9" w:rsidRPr="00FD1518" w:rsidRDefault="00E14AF9" w:rsidP="00B00AB3">
      <w:pPr>
        <w:ind w:firstLine="709"/>
        <w:jc w:val="both"/>
        <w:rPr>
          <w:rFonts w:cs="Times New Roman"/>
          <w:noProof/>
          <w:lang w:val="ru-RU"/>
        </w:rPr>
      </w:pPr>
    </w:p>
    <w:p w14:paraId="231B0F41" w14:textId="77777777" w:rsidR="00E14AF9" w:rsidRPr="00FD1518" w:rsidRDefault="00E14AF9" w:rsidP="00B00AB3">
      <w:pPr>
        <w:ind w:firstLine="709"/>
        <w:jc w:val="both"/>
        <w:rPr>
          <w:rFonts w:cs="Times New Roman"/>
          <w:noProof/>
          <w:lang w:val="ru-RU"/>
        </w:rPr>
      </w:pPr>
    </w:p>
    <w:p w14:paraId="6024E9A2" w14:textId="77777777" w:rsidR="00E14AF9" w:rsidRPr="00FD1518" w:rsidRDefault="00E14AF9" w:rsidP="00B00AB3">
      <w:pPr>
        <w:widowControl w:val="0"/>
        <w:contextualSpacing/>
        <w:jc w:val="center"/>
        <w:rPr>
          <w:rFonts w:cs="Times New Roman"/>
          <w:b/>
          <w:lang w:val="ru-RU"/>
        </w:rPr>
      </w:pPr>
      <w:r w:rsidRPr="00FD1518">
        <w:rPr>
          <w:rFonts w:cs="Times New Roman"/>
          <w:b/>
          <w:lang w:val="ru-RU"/>
        </w:rPr>
        <w:t xml:space="preserve">4. Порядок приемки Товара </w:t>
      </w:r>
    </w:p>
    <w:p w14:paraId="0323CE76" w14:textId="77777777" w:rsidR="00E14AF9" w:rsidRPr="00FD1518" w:rsidRDefault="00E14AF9" w:rsidP="00B00AB3">
      <w:pPr>
        <w:widowControl w:val="0"/>
        <w:ind w:firstLine="709"/>
        <w:contextualSpacing/>
        <w:jc w:val="both"/>
        <w:rPr>
          <w:rFonts w:cs="Times New Roman"/>
          <w:lang w:val="ru-RU"/>
        </w:rPr>
      </w:pPr>
      <w:r w:rsidRPr="00FD1518">
        <w:rPr>
          <w:rFonts w:cs="Times New Roman"/>
          <w:lang w:val="ru-RU"/>
        </w:rPr>
        <w:t>4.1.</w:t>
      </w:r>
      <w:r w:rsidRPr="00FD1518">
        <w:rPr>
          <w:rFonts w:cs="Times New Roman"/>
        </w:rPr>
        <w:t> </w:t>
      </w:r>
      <w:r w:rsidRPr="00FD1518">
        <w:rPr>
          <w:rFonts w:cs="Times New Roman"/>
          <w:lang w:val="ru-RU"/>
        </w:rPr>
        <w:t>Для проверки предоставленных Поставщиком результатов исполнения Договора, в части их соответствия условиям Договора, Заказчик проводит приемку.</w:t>
      </w:r>
    </w:p>
    <w:p w14:paraId="0FB439D8" w14:textId="73C38DB5" w:rsidR="00E14AF9" w:rsidRPr="00FD1518" w:rsidRDefault="00E14AF9" w:rsidP="00B00AB3">
      <w:pPr>
        <w:widowControl w:val="0"/>
        <w:ind w:firstLine="709"/>
        <w:contextualSpacing/>
        <w:jc w:val="both"/>
        <w:rPr>
          <w:rFonts w:cs="Times New Roman"/>
          <w:lang w:val="ru-RU"/>
        </w:rPr>
      </w:pPr>
      <w:r w:rsidRPr="00FD1518">
        <w:rPr>
          <w:rFonts w:cs="Times New Roman"/>
          <w:lang w:val="ru-RU"/>
        </w:rPr>
        <w:t>4.2.</w:t>
      </w:r>
      <w:r w:rsidRPr="00FD1518">
        <w:rPr>
          <w:rFonts w:cs="Times New Roman"/>
        </w:rPr>
        <w:t> </w:t>
      </w:r>
      <w:r w:rsidRPr="00FD1518">
        <w:rPr>
          <w:rFonts w:cs="Times New Roman"/>
          <w:lang w:val="ru-RU"/>
        </w:rPr>
        <w:t>Приемка поставленного Товара осуществляется Заказчиком либо уполномоченным им лицом в течение одного рабочего дня с момента передачи (отгрузки) Товара.</w:t>
      </w:r>
    </w:p>
    <w:p w14:paraId="101BD70F" w14:textId="53BF2AAD" w:rsidR="00E14AF9" w:rsidRPr="00FD1518" w:rsidRDefault="00E14AF9" w:rsidP="00B00AB3">
      <w:pPr>
        <w:widowControl w:val="0"/>
        <w:ind w:firstLine="709"/>
        <w:contextualSpacing/>
        <w:jc w:val="both"/>
        <w:rPr>
          <w:rFonts w:cs="Times New Roman"/>
          <w:lang w:val="ru-RU"/>
        </w:rPr>
      </w:pPr>
      <w:r w:rsidRPr="00FD1518">
        <w:rPr>
          <w:rFonts w:cs="Times New Roman"/>
          <w:lang w:val="ru-RU"/>
        </w:rPr>
        <w:t>4.3. Приемка Товара осуществляется Заказчиком</w:t>
      </w:r>
      <w:r w:rsidRPr="00FD1518">
        <w:rPr>
          <w:rFonts w:cs="Times New Roman"/>
          <w:b/>
          <w:bCs/>
          <w:lang w:val="ru-RU"/>
        </w:rPr>
        <w:t xml:space="preserve"> либо уполномоченным им лицом </w:t>
      </w:r>
      <w:r w:rsidRPr="00FD1518">
        <w:rPr>
          <w:rFonts w:cs="Times New Roman"/>
          <w:lang w:val="ru-RU"/>
        </w:rPr>
        <w:t xml:space="preserve">в присутствии представителя Поставщика в ходе передачи Товара в месте нахождения Заказчика и включает в себя следующие этапы: </w:t>
      </w:r>
    </w:p>
    <w:p w14:paraId="17161EC9" w14:textId="77777777" w:rsidR="00E14AF9" w:rsidRPr="00FD1518" w:rsidRDefault="00E14AF9" w:rsidP="00B00AB3">
      <w:pPr>
        <w:widowControl w:val="0"/>
        <w:ind w:firstLine="709"/>
        <w:contextualSpacing/>
        <w:jc w:val="both"/>
        <w:rPr>
          <w:rFonts w:cs="Times New Roman"/>
          <w:lang w:val="ru-RU"/>
        </w:rPr>
      </w:pPr>
      <w:r w:rsidRPr="00FD1518">
        <w:rPr>
          <w:rFonts w:cs="Times New Roman"/>
          <w:lang w:val="ru-RU"/>
        </w:rPr>
        <w:t>а) проверка соответствия количества, комплектности, установленных Приложением к Договору;</w:t>
      </w:r>
    </w:p>
    <w:p w14:paraId="46A7D1AC" w14:textId="77777777" w:rsidR="00E14AF9" w:rsidRPr="00FD1518" w:rsidRDefault="00E14AF9" w:rsidP="00B00AB3">
      <w:pPr>
        <w:widowControl w:val="0"/>
        <w:ind w:firstLine="709"/>
        <w:contextualSpacing/>
        <w:jc w:val="both"/>
        <w:rPr>
          <w:rFonts w:cs="Times New Roman"/>
          <w:lang w:val="ru-RU"/>
        </w:rPr>
      </w:pPr>
      <w:r w:rsidRPr="00FD1518">
        <w:rPr>
          <w:rFonts w:cs="Times New Roman"/>
          <w:lang w:val="ru-RU"/>
        </w:rPr>
        <w:t>б) контроль наличия/отсутствия внешних повреждений оригинальной упаковки;</w:t>
      </w:r>
    </w:p>
    <w:p w14:paraId="2F23865B" w14:textId="77777777" w:rsidR="00E14AF9" w:rsidRPr="00FD1518" w:rsidRDefault="00E14AF9" w:rsidP="00B00AB3">
      <w:pPr>
        <w:widowControl w:val="0"/>
        <w:ind w:firstLine="709"/>
        <w:contextualSpacing/>
        <w:jc w:val="both"/>
        <w:rPr>
          <w:rFonts w:cs="Times New Roman"/>
          <w:lang w:val="ru-RU"/>
        </w:rPr>
      </w:pPr>
      <w:r w:rsidRPr="00FD1518">
        <w:rPr>
          <w:rFonts w:cs="Times New Roman"/>
          <w:lang w:val="ru-RU"/>
        </w:rPr>
        <w:t xml:space="preserve">в) контроль наличия/отсутствия внешних повреждений Товара.           </w:t>
      </w:r>
    </w:p>
    <w:p w14:paraId="00E626DB" w14:textId="77777777" w:rsidR="00E14AF9" w:rsidRPr="00FD1518" w:rsidRDefault="00E14AF9" w:rsidP="00B00AB3">
      <w:pPr>
        <w:widowControl w:val="0"/>
        <w:ind w:firstLine="709"/>
        <w:contextualSpacing/>
        <w:jc w:val="both"/>
        <w:rPr>
          <w:rFonts w:cs="Times New Roman"/>
          <w:lang w:val="ru-RU"/>
        </w:rPr>
      </w:pPr>
      <w:r w:rsidRPr="00FD1518">
        <w:rPr>
          <w:rFonts w:cs="Times New Roman"/>
          <w:lang w:val="ru-RU"/>
        </w:rPr>
        <w:t xml:space="preserve">4.4. Если в процессе приема-передачи Товара будут обнаружены брак (дефект), недокомплект или несоответствие поставленного Товара (несоответствие количеству, ассортименту, наименованию, комплектации Товара) условиям, установленным Договором, Заказчик делает отметку об этом в товарной накладной (УПД), а также составляет в 2 (Двух) экземплярах соответствующий Акт, подписываемый уполномоченными представителями обеих Сторон. В течение 10 (Десяти) рабочих дней Поставщик обязан произвести замену или допоставку Товара. </w:t>
      </w:r>
    </w:p>
    <w:p w14:paraId="186D5236" w14:textId="77777777" w:rsidR="00E14AF9" w:rsidRPr="00FD1518" w:rsidRDefault="00E14AF9" w:rsidP="00B00AB3">
      <w:pPr>
        <w:widowControl w:val="0"/>
        <w:ind w:firstLine="709"/>
        <w:contextualSpacing/>
        <w:jc w:val="both"/>
        <w:rPr>
          <w:rFonts w:cs="Times New Roman"/>
          <w:lang w:val="ru-RU"/>
        </w:rPr>
      </w:pPr>
      <w:r w:rsidRPr="00FD1518">
        <w:rPr>
          <w:rFonts w:cs="Times New Roman"/>
          <w:lang w:val="ru-RU"/>
        </w:rPr>
        <w:t>После устранения Поставщиком выявленных нарушений Заказчиком проводится повторная приемка поставленного Товара в соответствии с положениями настоящего раздела Договора.</w:t>
      </w:r>
    </w:p>
    <w:p w14:paraId="34F7B35E" w14:textId="294123A2" w:rsidR="00E14AF9" w:rsidRPr="00FD1518" w:rsidRDefault="00E14AF9" w:rsidP="00B00AB3">
      <w:pPr>
        <w:widowControl w:val="0"/>
        <w:ind w:firstLine="709"/>
        <w:contextualSpacing/>
        <w:jc w:val="both"/>
        <w:rPr>
          <w:rFonts w:cs="Times New Roman"/>
          <w:lang w:val="ru-RU"/>
        </w:rPr>
      </w:pPr>
      <w:r w:rsidRPr="00FD1518">
        <w:rPr>
          <w:rFonts w:cs="Times New Roman"/>
          <w:lang w:val="ru-RU"/>
        </w:rPr>
        <w:t>4.</w:t>
      </w:r>
      <w:r w:rsidR="00FD1518" w:rsidRPr="00FD1518">
        <w:rPr>
          <w:rFonts w:cs="Times New Roman"/>
          <w:lang w:val="ru-RU"/>
        </w:rPr>
        <w:t>5. По</w:t>
      </w:r>
      <w:r w:rsidRPr="00FD1518">
        <w:rPr>
          <w:rFonts w:cs="Times New Roman"/>
          <w:lang w:val="ru-RU"/>
        </w:rPr>
        <w:t xml:space="preserve"> результатам проверки поставленного Товара в соответствии с пунктом 4.3 Договора, Заказчиком либо уполномоченным им лицом подписывается товарная накладная (УПД</w:t>
      </w:r>
      <w:r w:rsidR="00FD1518" w:rsidRPr="00FD1518">
        <w:rPr>
          <w:rFonts w:cs="Times New Roman"/>
          <w:lang w:val="ru-RU"/>
        </w:rPr>
        <w:t>), один</w:t>
      </w:r>
      <w:r w:rsidRPr="00FD1518">
        <w:rPr>
          <w:rFonts w:cs="Times New Roman"/>
          <w:lang w:val="ru-RU"/>
        </w:rPr>
        <w:t xml:space="preserve"> экземпляр которой передается Поставщику либо его уполномоченному представителю. </w:t>
      </w:r>
    </w:p>
    <w:p w14:paraId="1DA8E2A6" w14:textId="77777777" w:rsidR="00E14AF9" w:rsidRPr="00FD1518" w:rsidRDefault="00E14AF9" w:rsidP="00B00AB3">
      <w:pPr>
        <w:widowControl w:val="0"/>
        <w:autoSpaceDE w:val="0"/>
        <w:ind w:left="-1134" w:firstLine="1134"/>
        <w:jc w:val="center"/>
        <w:rPr>
          <w:rFonts w:cs="Times New Roman"/>
          <w:b/>
          <w:lang w:val="ru-RU"/>
        </w:rPr>
      </w:pPr>
    </w:p>
    <w:p w14:paraId="730BACB1" w14:textId="77777777" w:rsidR="00E14AF9" w:rsidRPr="00FD1518" w:rsidRDefault="00E14AF9" w:rsidP="00B00AB3">
      <w:pPr>
        <w:widowControl w:val="0"/>
        <w:autoSpaceDE w:val="0"/>
        <w:ind w:left="-1134" w:firstLine="1134"/>
        <w:jc w:val="center"/>
        <w:rPr>
          <w:rFonts w:cs="Times New Roman"/>
          <w:b/>
          <w:lang w:val="ru-RU"/>
        </w:rPr>
      </w:pPr>
      <w:r w:rsidRPr="00FD1518">
        <w:rPr>
          <w:rFonts w:cs="Times New Roman"/>
          <w:b/>
          <w:lang w:val="ru-RU"/>
        </w:rPr>
        <w:t>5. Права и обязанности сторон</w:t>
      </w:r>
    </w:p>
    <w:p w14:paraId="21ECF535" w14:textId="77777777" w:rsidR="00E14AF9" w:rsidRPr="00FD1518" w:rsidRDefault="00E14AF9" w:rsidP="00B00AB3">
      <w:pPr>
        <w:widowControl w:val="0"/>
        <w:ind w:firstLine="709"/>
        <w:contextualSpacing/>
        <w:rPr>
          <w:rFonts w:cs="Times New Roman"/>
          <w:b/>
          <w:lang w:val="ru-RU"/>
        </w:rPr>
      </w:pPr>
      <w:r w:rsidRPr="00FD1518">
        <w:rPr>
          <w:rFonts w:cs="Times New Roman"/>
          <w:b/>
          <w:lang w:val="ru-RU"/>
        </w:rPr>
        <w:t>5.1. Поставщик обязан:</w:t>
      </w:r>
    </w:p>
    <w:p w14:paraId="1A87A788" w14:textId="12AFEF5B" w:rsidR="00E14AF9" w:rsidRPr="00FD1518" w:rsidRDefault="00E14AF9" w:rsidP="00B00AB3">
      <w:pPr>
        <w:widowControl w:val="0"/>
        <w:ind w:firstLine="709"/>
        <w:contextualSpacing/>
        <w:jc w:val="both"/>
        <w:rPr>
          <w:rFonts w:cs="Times New Roman"/>
          <w:lang w:val="ru-RU"/>
        </w:rPr>
      </w:pPr>
      <w:r w:rsidRPr="00FD1518">
        <w:rPr>
          <w:rFonts w:cs="Times New Roman"/>
          <w:lang w:val="ru-RU"/>
        </w:rPr>
        <w:t xml:space="preserve">5.1.1. передать Заказчику Товар надлежащего качества, в ассортименте, количестве, по </w:t>
      </w:r>
      <w:r w:rsidR="00FD1518" w:rsidRPr="00FD1518">
        <w:rPr>
          <w:rFonts w:cs="Times New Roman"/>
          <w:lang w:val="ru-RU"/>
        </w:rPr>
        <w:t>цене и</w:t>
      </w:r>
      <w:r w:rsidRPr="00FD1518">
        <w:rPr>
          <w:rFonts w:cs="Times New Roman"/>
          <w:lang w:val="ru-RU"/>
        </w:rPr>
        <w:t xml:space="preserve"> </w:t>
      </w:r>
      <w:proofErr w:type="gramStart"/>
      <w:r w:rsidRPr="00FD1518">
        <w:rPr>
          <w:rFonts w:cs="Times New Roman"/>
          <w:lang w:val="ru-RU"/>
        </w:rPr>
        <w:t>в сроки</w:t>
      </w:r>
      <w:proofErr w:type="gramEnd"/>
      <w:r w:rsidRPr="00FD1518">
        <w:rPr>
          <w:rFonts w:cs="Times New Roman"/>
          <w:lang w:val="ru-RU"/>
        </w:rPr>
        <w:t xml:space="preserve"> согласованные в Договоре и Приложении к нему;     </w:t>
      </w:r>
    </w:p>
    <w:p w14:paraId="6132C580" w14:textId="77777777" w:rsidR="00E14AF9" w:rsidRPr="00FD1518" w:rsidRDefault="00E14AF9" w:rsidP="00B00AB3">
      <w:pPr>
        <w:widowControl w:val="0"/>
        <w:ind w:firstLine="709"/>
        <w:contextualSpacing/>
        <w:jc w:val="both"/>
        <w:rPr>
          <w:rFonts w:cs="Times New Roman"/>
          <w:lang w:val="ru-RU"/>
        </w:rPr>
      </w:pPr>
      <w:r w:rsidRPr="00FD1518">
        <w:rPr>
          <w:rFonts w:cs="Times New Roman"/>
          <w:lang w:val="ru-RU"/>
        </w:rPr>
        <w:t xml:space="preserve">5.1.2. обеспечить соответствие поставленного Товара предъявляемым к нему требованиям, указанным в Спецификации (Приложение к Договору), а также требованиям законодательства Российской Федерации; </w:t>
      </w:r>
    </w:p>
    <w:p w14:paraId="73CFA912" w14:textId="77777777" w:rsidR="00E14AF9" w:rsidRPr="00FD1518" w:rsidRDefault="00E14AF9" w:rsidP="00B00AB3">
      <w:pPr>
        <w:widowControl w:val="0"/>
        <w:ind w:firstLine="709"/>
        <w:contextualSpacing/>
        <w:jc w:val="both"/>
        <w:rPr>
          <w:rFonts w:cs="Times New Roman"/>
          <w:lang w:val="ru-RU"/>
        </w:rPr>
      </w:pPr>
      <w:r w:rsidRPr="00FD1518">
        <w:rPr>
          <w:rFonts w:cs="Times New Roman"/>
          <w:lang w:val="ru-RU"/>
        </w:rPr>
        <w:t>5.1.3. гарантировать качество поставленного Товара;</w:t>
      </w:r>
    </w:p>
    <w:p w14:paraId="00961520" w14:textId="77777777" w:rsidR="00E14AF9" w:rsidRPr="00FD1518" w:rsidRDefault="00E14AF9" w:rsidP="00B00AB3">
      <w:pPr>
        <w:widowControl w:val="0"/>
        <w:ind w:firstLine="709"/>
        <w:contextualSpacing/>
        <w:jc w:val="both"/>
        <w:rPr>
          <w:rFonts w:cs="Times New Roman"/>
          <w:lang w:val="ru-RU"/>
        </w:rPr>
      </w:pPr>
      <w:r w:rsidRPr="00FD1518">
        <w:rPr>
          <w:rFonts w:cs="Times New Roman"/>
          <w:lang w:val="ru-RU"/>
        </w:rPr>
        <w:t>5.1.4. предоставлять по требованию Заказчика полную и точную информацию о Товаре, а также о ходе исполнения своих обязательств по Договору, в том числе о сложностях, возникающих при исполнении Договора;</w:t>
      </w:r>
    </w:p>
    <w:p w14:paraId="18B50A39" w14:textId="1151B413" w:rsidR="00E14AF9" w:rsidRPr="00FD1518" w:rsidRDefault="00E14AF9" w:rsidP="00B00AB3">
      <w:pPr>
        <w:widowControl w:val="0"/>
        <w:tabs>
          <w:tab w:val="center" w:pos="4677"/>
          <w:tab w:val="right" w:pos="9355"/>
        </w:tabs>
        <w:ind w:firstLine="567"/>
        <w:contextualSpacing/>
        <w:jc w:val="both"/>
        <w:rPr>
          <w:rFonts w:cs="Times New Roman"/>
          <w:lang w:val="ru-RU"/>
        </w:rPr>
      </w:pPr>
      <w:r w:rsidRPr="00FD1518">
        <w:rPr>
          <w:rFonts w:cs="Times New Roman"/>
          <w:lang w:val="ru-RU"/>
        </w:rPr>
        <w:t xml:space="preserve"> 5.1.5. представить Заказчику счет-фактуру (в случае если Поставщик является плательщиком НДС) и счет на оплату (в одном экземпляре), товарную накладную (УПД) в момент передачи Поставщиком Товара, оформленные надлежащим образом (наличие в них обязательных реквизитов, а также номера и даты Договора).</w:t>
      </w:r>
    </w:p>
    <w:p w14:paraId="7455FCE1" w14:textId="77777777" w:rsidR="00E14AF9" w:rsidRPr="00FD1518" w:rsidRDefault="00E14AF9" w:rsidP="00B00AB3">
      <w:pPr>
        <w:widowControl w:val="0"/>
        <w:tabs>
          <w:tab w:val="center" w:pos="4677"/>
          <w:tab w:val="right" w:pos="9355"/>
        </w:tabs>
        <w:ind w:firstLine="567"/>
        <w:contextualSpacing/>
        <w:jc w:val="both"/>
        <w:rPr>
          <w:rFonts w:cs="Times New Roman"/>
          <w:lang w:val="ru-RU"/>
        </w:rPr>
      </w:pPr>
      <w:r w:rsidRPr="00FD1518">
        <w:rPr>
          <w:rFonts w:cs="Times New Roman"/>
          <w:lang w:val="ru-RU"/>
        </w:rPr>
        <w:lastRenderedPageBreak/>
        <w:t>Документы, указанные в настоящем пункте, оформленные Поставщиком ненадлежащим образом (отсутствуют и (или) неверно указаны обязательные реквизиты, а также номер и дата Договора), считаются непредставленными.</w:t>
      </w:r>
    </w:p>
    <w:p w14:paraId="21D336B8" w14:textId="77777777" w:rsidR="00E14AF9" w:rsidRPr="00FD1518" w:rsidRDefault="00E14AF9" w:rsidP="00B00AB3">
      <w:pPr>
        <w:widowControl w:val="0"/>
        <w:tabs>
          <w:tab w:val="center" w:pos="4677"/>
          <w:tab w:val="right" w:pos="9355"/>
        </w:tabs>
        <w:ind w:firstLine="567"/>
        <w:contextualSpacing/>
        <w:jc w:val="both"/>
        <w:rPr>
          <w:rFonts w:cs="Times New Roman"/>
          <w:lang w:val="ru-RU"/>
        </w:rPr>
      </w:pPr>
      <w:r w:rsidRPr="00FD1518">
        <w:rPr>
          <w:rFonts w:cs="Times New Roman"/>
          <w:lang w:val="ru-RU"/>
        </w:rPr>
        <w:t>5.1.6. уведомить письменно Заказчика за 5 (Пять) рабочих дней о времени и дате поставки Товара.</w:t>
      </w:r>
    </w:p>
    <w:p w14:paraId="3EE6ED29" w14:textId="77777777" w:rsidR="00E14AF9" w:rsidRPr="00FD1518" w:rsidRDefault="00E14AF9" w:rsidP="00B00AB3">
      <w:pPr>
        <w:widowControl w:val="0"/>
        <w:tabs>
          <w:tab w:val="center" w:pos="4677"/>
          <w:tab w:val="right" w:pos="9355"/>
        </w:tabs>
        <w:ind w:firstLine="567"/>
        <w:contextualSpacing/>
        <w:jc w:val="both"/>
        <w:rPr>
          <w:rFonts w:cs="Times New Roman"/>
          <w:lang w:val="ru-RU"/>
        </w:rPr>
      </w:pPr>
      <w:r w:rsidRPr="00FD1518">
        <w:rPr>
          <w:rFonts w:cs="Times New Roman"/>
          <w:lang w:val="ru-RU"/>
        </w:rPr>
        <w:t>5.1.7. нести риск случайной гибели или случайного повреждения Товара до момента его приемки Заказчиком;</w:t>
      </w:r>
    </w:p>
    <w:p w14:paraId="3C252033" w14:textId="77777777" w:rsidR="00E14AF9" w:rsidRPr="00FD1518" w:rsidRDefault="00E14AF9" w:rsidP="00B00AB3">
      <w:pPr>
        <w:widowControl w:val="0"/>
        <w:tabs>
          <w:tab w:val="center" w:pos="4677"/>
          <w:tab w:val="right" w:pos="9355"/>
        </w:tabs>
        <w:ind w:firstLine="567"/>
        <w:contextualSpacing/>
        <w:jc w:val="both"/>
        <w:rPr>
          <w:rFonts w:cs="Times New Roman"/>
          <w:lang w:val="ru-RU"/>
        </w:rPr>
      </w:pPr>
      <w:r w:rsidRPr="00FD1518">
        <w:rPr>
          <w:rFonts w:cs="Times New Roman"/>
          <w:lang w:val="ru-RU"/>
        </w:rPr>
        <w:t>5.1.8. при обнаружении в период гарантийного срока эксплуатации Товара недостатков, которые не позволяют продолжить нормальную его эксплуатацию до их устранения, устранить недостатки за свой счет. При этом гарантийный срок продлевается на период устранения недостатков.</w:t>
      </w:r>
    </w:p>
    <w:p w14:paraId="77512A5A" w14:textId="77777777" w:rsidR="00E14AF9" w:rsidRPr="00FD1518" w:rsidRDefault="00E14AF9" w:rsidP="00B00AB3">
      <w:pPr>
        <w:widowControl w:val="0"/>
        <w:tabs>
          <w:tab w:val="center" w:pos="4677"/>
          <w:tab w:val="right" w:pos="9355"/>
        </w:tabs>
        <w:ind w:firstLine="567"/>
        <w:contextualSpacing/>
        <w:jc w:val="both"/>
        <w:rPr>
          <w:rFonts w:cs="Times New Roman"/>
          <w:lang w:val="ru-RU"/>
        </w:rPr>
      </w:pPr>
      <w:r w:rsidRPr="00FD1518">
        <w:rPr>
          <w:rFonts w:cs="Times New Roman"/>
          <w:b/>
          <w:lang w:val="ru-RU"/>
        </w:rPr>
        <w:t>5.2</w:t>
      </w:r>
      <w:r w:rsidRPr="00FD1518">
        <w:rPr>
          <w:rFonts w:cs="Times New Roman"/>
          <w:lang w:val="ru-RU"/>
        </w:rPr>
        <w:t xml:space="preserve">. </w:t>
      </w:r>
      <w:r w:rsidRPr="00FD1518">
        <w:rPr>
          <w:rFonts w:cs="Times New Roman"/>
          <w:b/>
          <w:lang w:val="ru-RU"/>
        </w:rPr>
        <w:t xml:space="preserve">Поставщик имеет право </w:t>
      </w:r>
      <w:r w:rsidRPr="00FD1518">
        <w:rPr>
          <w:rFonts w:cs="Times New Roman"/>
          <w:lang w:val="ru-RU"/>
        </w:rPr>
        <w:t>требовать от Заказчика своевременного исполнения обязательств по приемке и оплате стоимости поставленного Товара по настоящему Договору.</w:t>
      </w:r>
    </w:p>
    <w:p w14:paraId="7FD2B920" w14:textId="4E2BCA54" w:rsidR="00E14AF9" w:rsidRPr="00FD1518" w:rsidRDefault="00E14AF9" w:rsidP="00B00AB3">
      <w:pPr>
        <w:widowControl w:val="0"/>
        <w:ind w:firstLine="567"/>
        <w:contextualSpacing/>
        <w:jc w:val="both"/>
        <w:rPr>
          <w:rFonts w:cs="Times New Roman"/>
          <w:lang w:val="ru-RU"/>
        </w:rPr>
      </w:pPr>
      <w:r w:rsidRPr="00FD1518">
        <w:rPr>
          <w:rFonts w:cs="Times New Roman"/>
          <w:b/>
          <w:lang w:val="ru-RU"/>
        </w:rPr>
        <w:t>5.3</w:t>
      </w:r>
      <w:r w:rsidRPr="00FD1518">
        <w:rPr>
          <w:rFonts w:cs="Times New Roman"/>
          <w:lang w:val="ru-RU"/>
        </w:rPr>
        <w:t>.</w:t>
      </w:r>
      <w:r w:rsidRPr="00FD1518">
        <w:rPr>
          <w:rFonts w:cs="Times New Roman"/>
          <w:b/>
          <w:lang w:val="ru-RU"/>
        </w:rPr>
        <w:t xml:space="preserve"> Заказчик обязан:</w:t>
      </w:r>
    </w:p>
    <w:p w14:paraId="5214F955" w14:textId="77777777" w:rsidR="00E14AF9" w:rsidRPr="00FD1518" w:rsidRDefault="00E14AF9" w:rsidP="00B00AB3">
      <w:pPr>
        <w:widowControl w:val="0"/>
        <w:ind w:firstLine="567"/>
        <w:contextualSpacing/>
        <w:jc w:val="both"/>
        <w:rPr>
          <w:rFonts w:cs="Times New Roman"/>
          <w:lang w:val="ru-RU"/>
        </w:rPr>
      </w:pPr>
      <w:r w:rsidRPr="00FD1518">
        <w:rPr>
          <w:rFonts w:cs="Times New Roman"/>
          <w:lang w:val="ru-RU"/>
        </w:rPr>
        <w:t>5.3.1. обеспечить приемку Товара в соответствии с разделом 4 Договора;</w:t>
      </w:r>
    </w:p>
    <w:p w14:paraId="09AE23B3" w14:textId="77777777" w:rsidR="00E14AF9" w:rsidRPr="00FD1518" w:rsidRDefault="00E14AF9" w:rsidP="00B00AB3">
      <w:pPr>
        <w:widowControl w:val="0"/>
        <w:ind w:firstLine="567"/>
        <w:contextualSpacing/>
        <w:jc w:val="both"/>
        <w:rPr>
          <w:rFonts w:cs="Times New Roman"/>
          <w:lang w:val="ru-RU"/>
        </w:rPr>
      </w:pPr>
      <w:r w:rsidRPr="00FD1518">
        <w:rPr>
          <w:rFonts w:cs="Times New Roman"/>
          <w:lang w:val="ru-RU"/>
        </w:rPr>
        <w:t>5.3.2. оплатить Товар в соответствии с условиями Договора.</w:t>
      </w:r>
    </w:p>
    <w:p w14:paraId="789C3A21" w14:textId="0A26FA4B" w:rsidR="00E14AF9" w:rsidRPr="00FD1518" w:rsidRDefault="00E14AF9" w:rsidP="00B00AB3">
      <w:pPr>
        <w:widowControl w:val="0"/>
        <w:ind w:firstLine="567"/>
        <w:contextualSpacing/>
        <w:jc w:val="both"/>
        <w:rPr>
          <w:rFonts w:cs="Times New Roman"/>
          <w:lang w:val="ru-RU"/>
        </w:rPr>
      </w:pPr>
      <w:r w:rsidRPr="00FD1518">
        <w:rPr>
          <w:rFonts w:cs="Times New Roman"/>
          <w:b/>
          <w:lang w:val="ru-RU"/>
        </w:rPr>
        <w:t>5.4</w:t>
      </w:r>
      <w:r w:rsidRPr="00FD1518">
        <w:rPr>
          <w:rFonts w:cs="Times New Roman"/>
          <w:lang w:val="ru-RU"/>
        </w:rPr>
        <w:t>.</w:t>
      </w:r>
      <w:r w:rsidRPr="00FD1518">
        <w:rPr>
          <w:rFonts w:cs="Times New Roman"/>
          <w:b/>
          <w:lang w:val="ru-RU"/>
        </w:rPr>
        <w:t xml:space="preserve"> Заказчик вправе:</w:t>
      </w:r>
    </w:p>
    <w:p w14:paraId="1C6EF55B" w14:textId="77777777" w:rsidR="00E14AF9" w:rsidRPr="00FD1518" w:rsidRDefault="00E14AF9" w:rsidP="00B00AB3">
      <w:pPr>
        <w:widowControl w:val="0"/>
        <w:ind w:firstLine="567"/>
        <w:contextualSpacing/>
        <w:jc w:val="both"/>
        <w:rPr>
          <w:rFonts w:cs="Times New Roman"/>
          <w:lang w:val="ru-RU"/>
        </w:rPr>
      </w:pPr>
      <w:r w:rsidRPr="00FD1518">
        <w:rPr>
          <w:rFonts w:cs="Times New Roman"/>
          <w:lang w:val="ru-RU"/>
        </w:rPr>
        <w:t>5.4.1. требовать от Поставщика надлежащего исполнения обязательств, предусмотренных Договором, в соответствии с законодательством Российской Федерации и Договором;</w:t>
      </w:r>
      <w:r w:rsidRPr="00FD1518" w:rsidDel="005E4103">
        <w:rPr>
          <w:rFonts w:cs="Times New Roman"/>
          <w:lang w:val="ru-RU"/>
        </w:rPr>
        <w:t xml:space="preserve"> </w:t>
      </w:r>
    </w:p>
    <w:p w14:paraId="67C77727" w14:textId="77777777" w:rsidR="00E14AF9" w:rsidRPr="00FD1518" w:rsidRDefault="00E14AF9" w:rsidP="00B00AB3">
      <w:pPr>
        <w:widowControl w:val="0"/>
        <w:ind w:firstLine="567"/>
        <w:contextualSpacing/>
        <w:jc w:val="both"/>
        <w:rPr>
          <w:rFonts w:cs="Times New Roman"/>
          <w:lang w:val="ru-RU"/>
        </w:rPr>
      </w:pPr>
      <w:r w:rsidRPr="00FD1518">
        <w:rPr>
          <w:rFonts w:cs="Times New Roman"/>
          <w:lang w:val="ru-RU"/>
        </w:rPr>
        <w:t>5.4.2. требовать от Поставщика передачи документации, указанной в пунктах 5.1.5 и 6.6 настоящего Договора в момент передачи Товара.</w:t>
      </w:r>
    </w:p>
    <w:p w14:paraId="6A32FDDD" w14:textId="77777777" w:rsidR="00E14AF9" w:rsidRPr="00FD1518" w:rsidRDefault="00E14AF9" w:rsidP="00B00AB3">
      <w:pPr>
        <w:widowControl w:val="0"/>
        <w:ind w:firstLine="567"/>
        <w:contextualSpacing/>
        <w:jc w:val="both"/>
        <w:rPr>
          <w:rFonts w:cs="Times New Roman"/>
          <w:lang w:val="ru-RU"/>
        </w:rPr>
      </w:pPr>
      <w:r w:rsidRPr="00FD1518">
        <w:rPr>
          <w:rFonts w:cs="Times New Roman"/>
          <w:lang w:val="ru-RU"/>
        </w:rPr>
        <w:t xml:space="preserve">5.5. При исполнении Договора по согласованию Заказчика с Поставщиком допускается поставка Товара с улучшенными качественными, техническими и функциональными характеристиками по сравнению с характеристиками, указанными в Договоре, если такая замена не изменяет страну происхождения товара, сведения о которой учитывались при применении национального режима. 5.6. Поставщик обязан поставить товар страны происхождения и с реестровыми сведениями, указанными в Спецификации. Замена товара допускается только с соблюдением статьи 3.1-4 Федерального закона № 223-ФЗ и постановления Правительства РФ от 23.12.2024 № 1875.  </w:t>
      </w:r>
    </w:p>
    <w:p w14:paraId="4141FA4D" w14:textId="77777777" w:rsidR="00E14AF9" w:rsidRPr="00FD1518" w:rsidRDefault="00E14AF9" w:rsidP="00B00AB3">
      <w:pPr>
        <w:widowControl w:val="0"/>
        <w:ind w:firstLine="567"/>
        <w:contextualSpacing/>
        <w:jc w:val="both"/>
        <w:rPr>
          <w:rFonts w:cs="Times New Roman"/>
          <w:lang w:val="ru-RU"/>
        </w:rPr>
      </w:pPr>
    </w:p>
    <w:p w14:paraId="1B2C2ED9" w14:textId="77777777" w:rsidR="00E14AF9" w:rsidRPr="00FD1518" w:rsidRDefault="00E14AF9" w:rsidP="00B00AB3">
      <w:pPr>
        <w:widowControl w:val="0"/>
        <w:contextualSpacing/>
        <w:jc w:val="center"/>
        <w:rPr>
          <w:rFonts w:cs="Times New Roman"/>
          <w:b/>
          <w:lang w:val="ru-RU"/>
        </w:rPr>
      </w:pPr>
    </w:p>
    <w:p w14:paraId="090DEA44" w14:textId="77777777" w:rsidR="00E14AF9" w:rsidRPr="00FD1518" w:rsidRDefault="00E14AF9" w:rsidP="00B00AB3">
      <w:pPr>
        <w:widowControl w:val="0"/>
        <w:contextualSpacing/>
        <w:jc w:val="center"/>
        <w:rPr>
          <w:rFonts w:cs="Times New Roman"/>
          <w:b/>
          <w:lang w:val="ru-RU"/>
        </w:rPr>
      </w:pPr>
      <w:r w:rsidRPr="00FD1518">
        <w:rPr>
          <w:rFonts w:cs="Times New Roman"/>
          <w:b/>
          <w:lang w:val="ru-RU"/>
        </w:rPr>
        <w:t>6. Качество, упаковка, маркировка и гарантийные условия</w:t>
      </w:r>
    </w:p>
    <w:p w14:paraId="75E0E55A" w14:textId="77777777" w:rsidR="00E14AF9" w:rsidRPr="00FD1518" w:rsidRDefault="00E14AF9" w:rsidP="00B00AB3">
      <w:pPr>
        <w:widowControl w:val="0"/>
        <w:ind w:firstLine="720"/>
        <w:contextualSpacing/>
        <w:jc w:val="both"/>
        <w:rPr>
          <w:rFonts w:cs="Times New Roman"/>
          <w:lang w:val="ru-RU"/>
        </w:rPr>
      </w:pPr>
      <w:r w:rsidRPr="00FD1518">
        <w:rPr>
          <w:rFonts w:cs="Times New Roman"/>
          <w:lang w:val="ru-RU"/>
        </w:rPr>
        <w:t>6.1. Качество Товара, поставляемого по Договору, должно соответствовать установленным в Российской Федерации стандартам, техническим регламентам или техническим условиям изготовителей поставляемого Товара, иной нормативно-технической документации, устанавливающей требования к качеству Товара и требованиям Договора, изложенным в Спецификации (Приложение к Договору).</w:t>
      </w:r>
    </w:p>
    <w:p w14:paraId="4FCBA5CE" w14:textId="77777777" w:rsidR="00E14AF9" w:rsidRPr="00FD1518" w:rsidRDefault="00E14AF9" w:rsidP="00B00AB3">
      <w:pPr>
        <w:widowControl w:val="0"/>
        <w:tabs>
          <w:tab w:val="left" w:pos="3850"/>
        </w:tabs>
        <w:ind w:firstLine="720"/>
        <w:contextualSpacing/>
        <w:jc w:val="both"/>
        <w:textAlignment w:val="baseline"/>
        <w:rPr>
          <w:rFonts w:cs="Times New Roman"/>
          <w:noProof/>
          <w:color w:val="000000"/>
          <w:lang w:val="ru-RU"/>
        </w:rPr>
      </w:pPr>
      <w:r w:rsidRPr="00FD1518">
        <w:rPr>
          <w:rFonts w:cs="Times New Roman"/>
          <w:lang w:val="ru-RU"/>
        </w:rPr>
        <w:t xml:space="preserve">6.2. </w:t>
      </w:r>
      <w:r w:rsidRPr="00FD1518">
        <w:rPr>
          <w:rFonts w:cs="Times New Roman"/>
          <w:noProof/>
          <w:color w:val="000000"/>
          <w:lang w:val="ru-RU"/>
        </w:rPr>
        <w:t xml:space="preserve">Товар должен удовлетворять общим требованиям безопасности, Товар не должен содержать и выделять при хранении и эксплуатации токсичных и агрессивных веществ. </w:t>
      </w:r>
    </w:p>
    <w:p w14:paraId="52A4B045" w14:textId="77777777" w:rsidR="00E14AF9" w:rsidRPr="00FD1518" w:rsidRDefault="00E14AF9" w:rsidP="00B00AB3">
      <w:pPr>
        <w:widowControl w:val="0"/>
        <w:tabs>
          <w:tab w:val="left" w:pos="851"/>
        </w:tabs>
        <w:ind w:firstLine="720"/>
        <w:contextualSpacing/>
        <w:jc w:val="both"/>
        <w:rPr>
          <w:rFonts w:cs="Times New Roman"/>
          <w:lang w:val="ru-RU"/>
        </w:rPr>
      </w:pPr>
      <w:r w:rsidRPr="00FD1518">
        <w:rPr>
          <w:rFonts w:cs="Times New Roman"/>
          <w:lang w:val="ru-RU"/>
        </w:rPr>
        <w:t>6.3. Упаковка Товара должна обеспечивать: сохранность продукции, сводить к минимуму риск загрязнения; защиту от воздействия механических и климатических факторов во время транспортирования и хранения. Маркировка на упаковке должна быть четкой и содержать: наименование Товара, Товарный знак (при его наличии), номер серии дату выпуска и срок службы Товара, наименование и юридический адрес фирмы-изготовителя, основные потребительские свойства или характеристики.</w:t>
      </w:r>
    </w:p>
    <w:p w14:paraId="130B1824" w14:textId="77777777" w:rsidR="00E14AF9" w:rsidRPr="00FD1518" w:rsidRDefault="00E14AF9" w:rsidP="00B00AB3">
      <w:pPr>
        <w:widowControl w:val="0"/>
        <w:ind w:firstLine="720"/>
        <w:contextualSpacing/>
        <w:jc w:val="both"/>
        <w:rPr>
          <w:rFonts w:cs="Times New Roman"/>
          <w:lang w:val="ru-RU"/>
        </w:rPr>
      </w:pPr>
      <w:r w:rsidRPr="00FD1518">
        <w:rPr>
          <w:rFonts w:cs="Times New Roman"/>
          <w:lang w:val="ru-RU"/>
        </w:rPr>
        <w:t>6.4. Поставляемый Товар должен быть новым (Товаром, который не был в употреблении, в том числе в ремонте, а также не был восстановлен, у которого не была осуществлена замена составных частей и не были восстановлены потребительские свойства) изготовленным не ранее чем за 12 месяцев до даты поставки, не иметь дефектов, связанных с конструкцией, материалами или функционированием при использовании в обычных условиях, Товар не должен иметь потертостей, царапин, сколов и следов вскрытия.</w:t>
      </w:r>
    </w:p>
    <w:p w14:paraId="2BA9E516" w14:textId="77777777" w:rsidR="00E14AF9" w:rsidRPr="00FD1518" w:rsidRDefault="00E14AF9" w:rsidP="00B00AB3">
      <w:pPr>
        <w:widowControl w:val="0"/>
        <w:ind w:firstLine="709"/>
        <w:contextualSpacing/>
        <w:jc w:val="both"/>
        <w:rPr>
          <w:rFonts w:cs="Times New Roman"/>
          <w:lang w:val="ru-RU"/>
        </w:rPr>
      </w:pPr>
      <w:r w:rsidRPr="00FD1518">
        <w:rPr>
          <w:rFonts w:cs="Times New Roman"/>
          <w:lang w:val="ru-RU"/>
        </w:rPr>
        <w:t xml:space="preserve">6.5. Гарантийный срок на оборудование и медицинскую мебель составляет не менее 12 месяцев с даты приемки Товара Заказчиком, если изготовителем не установлен более длительный срок, при условии соблюдения правил эксплуатации. Для одноразовых изделий, расходных материалов и иных товаров, для которых изготовителем установлен срок годности, остаточный срок годности на дату поставки должен составлять не менее 12 месяцев. Если полный срок годности товара составляет менее 12 месяцев, остаточный срок годности должен быть равен полному сроку годности, установленному изготовителем. Наличие гарантии качества удостоверяется выдачей Поставщиком гарантийного талона, либо документа его заменяющего. </w:t>
      </w:r>
    </w:p>
    <w:p w14:paraId="2FC645D3" w14:textId="77777777" w:rsidR="00E14AF9" w:rsidRPr="00FD1518" w:rsidRDefault="00E14AF9" w:rsidP="00B00AB3">
      <w:pPr>
        <w:ind w:firstLine="567"/>
        <w:jc w:val="both"/>
        <w:rPr>
          <w:rFonts w:cs="Times New Roman"/>
          <w:lang w:val="ru-RU"/>
        </w:rPr>
      </w:pPr>
      <w:r w:rsidRPr="00FD1518">
        <w:rPr>
          <w:rFonts w:cs="Times New Roman"/>
          <w:lang w:val="ru-RU"/>
        </w:rPr>
        <w:t>Ресурс поставляемого Товара должен соответствовать ресурсу, установленному фирмой-производителем для оригинальных товаров.</w:t>
      </w:r>
    </w:p>
    <w:p w14:paraId="64717868" w14:textId="77777777" w:rsidR="00E14AF9" w:rsidRPr="00FD1518" w:rsidRDefault="00E14AF9" w:rsidP="00B00AB3">
      <w:pPr>
        <w:widowControl w:val="0"/>
        <w:ind w:firstLine="709"/>
        <w:contextualSpacing/>
        <w:jc w:val="both"/>
        <w:rPr>
          <w:rFonts w:cs="Times New Roman"/>
          <w:lang w:val="ru-RU"/>
        </w:rPr>
      </w:pPr>
      <w:r w:rsidRPr="00FD1518">
        <w:rPr>
          <w:rFonts w:cs="Times New Roman"/>
          <w:lang w:val="ru-RU"/>
        </w:rPr>
        <w:t xml:space="preserve">6.6. Поставщик вместе с Товаром передает Заказчику гарантийный талон либо документ, его заменяющий (к каждой единице Товара). </w:t>
      </w:r>
    </w:p>
    <w:p w14:paraId="702515EE" w14:textId="77777777" w:rsidR="00E14AF9" w:rsidRPr="00FD1518" w:rsidRDefault="00E14AF9" w:rsidP="00B00AB3">
      <w:pPr>
        <w:ind w:firstLine="567"/>
        <w:jc w:val="both"/>
        <w:rPr>
          <w:rFonts w:cs="Times New Roman"/>
          <w:lang w:val="ru-RU"/>
        </w:rPr>
      </w:pPr>
      <w:r w:rsidRPr="00FD1518">
        <w:rPr>
          <w:rFonts w:cs="Times New Roman"/>
          <w:lang w:val="ru-RU"/>
        </w:rPr>
        <w:t xml:space="preserve">Гарантийное обслуживание Товара должно проводиться по месту эксплуатации Товара специалистами Поставщика или, по согласованию с Заказчиком, в сертифицированных сервисных центрах, авторизованных производителем Товара. Поставщик должен представить Заказчику список телефонных номеров, по которым уполномоченный представитель Поставщика должен предоставлять квалифицированные консультации по </w:t>
      </w:r>
      <w:r w:rsidRPr="00FD1518">
        <w:rPr>
          <w:rFonts w:cs="Times New Roman"/>
          <w:lang w:val="ru-RU"/>
        </w:rPr>
        <w:lastRenderedPageBreak/>
        <w:t>возникающим проблемам, возможных способах их устранения и т.п. в рабочие дни с 9 до 18 часов (время московское).</w:t>
      </w:r>
    </w:p>
    <w:p w14:paraId="59C737BB" w14:textId="77777777" w:rsidR="00E14AF9" w:rsidRPr="00FD1518" w:rsidRDefault="00E14AF9" w:rsidP="00B00AB3">
      <w:pPr>
        <w:widowControl w:val="0"/>
        <w:ind w:firstLine="709"/>
        <w:contextualSpacing/>
        <w:jc w:val="both"/>
        <w:rPr>
          <w:rFonts w:cs="Times New Roman"/>
          <w:lang w:val="ru-RU"/>
        </w:rPr>
      </w:pPr>
      <w:r w:rsidRPr="00FD1518">
        <w:rPr>
          <w:rFonts w:cs="Times New Roman"/>
          <w:lang w:val="ru-RU"/>
        </w:rPr>
        <w:t>6.7. В случае обнаружения дефектов в течение гарантийного срока все затраты, связанные с устранением дефектов, а при необходимости и замены Товара, несет Поставщик. Устранение дефектов (ремонт) Товара должно быть произведено в течение 45 (Сорока пяти) дней с момента получения уведомления от Заказчика в письменной форме о недостатках Товара, а в случае нарушения указанного срока Поставщиком решается вопрос о замене ненадлежащего Товара на аналогичный. В случае выхода из строя Товара в результате поставки Товара ненадлежащего качества Поставщик несет все расходы по ремонту или замене Товара на новый.</w:t>
      </w:r>
    </w:p>
    <w:p w14:paraId="4AB1ECE8" w14:textId="77777777" w:rsidR="00E14AF9" w:rsidRPr="00FD1518" w:rsidRDefault="00E14AF9" w:rsidP="00B00AB3">
      <w:pPr>
        <w:widowControl w:val="0"/>
        <w:ind w:firstLine="709"/>
        <w:contextualSpacing/>
        <w:jc w:val="both"/>
        <w:rPr>
          <w:rFonts w:cs="Times New Roman"/>
          <w:lang w:val="ru-RU"/>
        </w:rPr>
      </w:pPr>
      <w:r w:rsidRPr="00FD1518">
        <w:rPr>
          <w:rFonts w:cs="Times New Roman"/>
          <w:lang w:val="ru-RU"/>
        </w:rPr>
        <w:t>6.8. Заказчик вправе предъявлять требования, связанные с ненадлежащим качеством поставленного Товара, в течение установленного гарантийного срока.</w:t>
      </w:r>
    </w:p>
    <w:p w14:paraId="26DA504E" w14:textId="77777777" w:rsidR="00E14AF9" w:rsidRPr="00FD1518" w:rsidRDefault="00E14AF9" w:rsidP="00B00AB3">
      <w:pPr>
        <w:widowControl w:val="0"/>
        <w:ind w:firstLine="709"/>
        <w:contextualSpacing/>
        <w:jc w:val="both"/>
        <w:rPr>
          <w:rFonts w:cs="Times New Roman"/>
          <w:lang w:val="ru-RU"/>
        </w:rPr>
      </w:pPr>
      <w:r w:rsidRPr="00FD1518">
        <w:rPr>
          <w:rFonts w:cs="Times New Roman"/>
          <w:lang w:val="ru-RU"/>
        </w:rPr>
        <w:t>6.9. При выявлении Заказчиком недостатков поставленного Товара составляется акт. Для участия в составлении акта, фиксирующего недостатки (дефекты) поставленного Товара, согласования порядка и сроков их устранения Поставщику направляется извещение (уведомление).</w:t>
      </w:r>
    </w:p>
    <w:p w14:paraId="204799E1" w14:textId="77777777" w:rsidR="00E14AF9" w:rsidRPr="00FD1518" w:rsidRDefault="00E14AF9" w:rsidP="00B00AB3">
      <w:pPr>
        <w:widowControl w:val="0"/>
        <w:ind w:firstLine="720"/>
        <w:contextualSpacing/>
        <w:jc w:val="both"/>
        <w:rPr>
          <w:rFonts w:cs="Times New Roman"/>
          <w:lang w:val="ru-RU"/>
        </w:rPr>
      </w:pPr>
      <w:r w:rsidRPr="00FD1518">
        <w:rPr>
          <w:rFonts w:cs="Times New Roman"/>
          <w:lang w:val="ru-RU"/>
        </w:rPr>
        <w:t xml:space="preserve">6.10. Течение гарантийного срока прерывается на время, в течение которого поставленный Товар не мог эксплуатироваться вследствие выявленных Заказчиком недостатков, возникших по вине Поставщика.  </w:t>
      </w:r>
    </w:p>
    <w:p w14:paraId="75E70289" w14:textId="77777777" w:rsidR="00E14AF9" w:rsidRPr="00FD1518" w:rsidRDefault="00E14AF9" w:rsidP="00B00AB3">
      <w:pPr>
        <w:widowControl w:val="0"/>
        <w:ind w:firstLine="720"/>
        <w:contextualSpacing/>
        <w:jc w:val="both"/>
        <w:rPr>
          <w:rFonts w:cs="Times New Roman"/>
          <w:lang w:val="ru-RU"/>
        </w:rPr>
      </w:pPr>
      <w:r w:rsidRPr="00FD1518">
        <w:rPr>
          <w:rFonts w:cs="Times New Roman"/>
          <w:lang w:val="ru-RU"/>
        </w:rPr>
        <w:t>6.11. Поставщик гарантирует, что на момент заключения Договора Товар принадлежит ему на праве собственности, в споре и под арестом не состоит, не является предметом залога и не обременен другими правами третьих лиц.</w:t>
      </w:r>
    </w:p>
    <w:p w14:paraId="3A592BA5" w14:textId="77777777" w:rsidR="00E14AF9" w:rsidRPr="00FD1518" w:rsidRDefault="00E14AF9" w:rsidP="00B00AB3">
      <w:pPr>
        <w:widowControl w:val="0"/>
        <w:autoSpaceDE w:val="0"/>
        <w:ind w:firstLine="708"/>
        <w:jc w:val="both"/>
        <w:rPr>
          <w:rFonts w:cs="Times New Roman"/>
          <w:b/>
          <w:lang w:val="ru-RU"/>
        </w:rPr>
      </w:pPr>
      <w:r w:rsidRPr="00FD1518">
        <w:rPr>
          <w:rFonts w:cs="Times New Roman"/>
          <w:lang w:val="ru-RU"/>
        </w:rPr>
        <w:t>6.12. Все эксплуатационные затраты, связанные с исполнением гарантийных обязательств по Договору, в том числе расходы, связанные с доставкой Товара для его    замены, ремонта (устранение дефектов) несет Поставщик.</w:t>
      </w:r>
    </w:p>
    <w:p w14:paraId="09EC25BF" w14:textId="77777777" w:rsidR="00E14AF9" w:rsidRPr="00FD1518" w:rsidRDefault="00E14AF9" w:rsidP="00B00AB3">
      <w:pPr>
        <w:ind w:firstLine="708"/>
        <w:jc w:val="center"/>
        <w:rPr>
          <w:rFonts w:cs="Times New Roman"/>
          <w:b/>
          <w:bCs/>
          <w:noProof/>
          <w:lang w:val="ru-RU"/>
        </w:rPr>
      </w:pPr>
    </w:p>
    <w:p w14:paraId="4370CAD5" w14:textId="77777777" w:rsidR="00E14AF9" w:rsidRPr="00FD1518" w:rsidRDefault="00E14AF9" w:rsidP="00B00AB3">
      <w:pPr>
        <w:jc w:val="both"/>
        <w:rPr>
          <w:rFonts w:cs="Times New Roman"/>
          <w:b/>
          <w:bCs/>
          <w:noProof/>
          <w:lang w:val="ru-RU"/>
        </w:rPr>
      </w:pPr>
      <w:bookmarkStart w:id="1" w:name="sub_36"/>
      <w:bookmarkEnd w:id="0"/>
    </w:p>
    <w:p w14:paraId="59221AEE" w14:textId="77777777" w:rsidR="00E14AF9" w:rsidRPr="00FD1518" w:rsidRDefault="00E14AF9" w:rsidP="00B00AB3">
      <w:pPr>
        <w:jc w:val="center"/>
        <w:rPr>
          <w:rFonts w:cs="Times New Roman"/>
          <w:lang w:val="ru-RU"/>
        </w:rPr>
      </w:pPr>
      <w:bookmarkStart w:id="2" w:name="sub_38"/>
      <w:bookmarkEnd w:id="1"/>
      <w:r w:rsidRPr="00FD1518">
        <w:rPr>
          <w:rFonts w:cs="Times New Roman"/>
          <w:b/>
          <w:bCs/>
          <w:noProof/>
          <w:lang w:val="ru-RU"/>
        </w:rPr>
        <w:t>7. Срок действия договора</w:t>
      </w:r>
    </w:p>
    <w:bookmarkEnd w:id="2"/>
    <w:p w14:paraId="0C6FF63A" w14:textId="77777777" w:rsidR="00E14AF9" w:rsidRPr="00FD1518" w:rsidRDefault="00E14AF9" w:rsidP="00B00AB3">
      <w:pPr>
        <w:jc w:val="both"/>
        <w:rPr>
          <w:rFonts w:cs="Times New Roman"/>
          <w:lang w:val="ru-RU"/>
        </w:rPr>
      </w:pPr>
      <w:r w:rsidRPr="00FD1518">
        <w:rPr>
          <w:rFonts w:cs="Times New Roman"/>
          <w:lang w:val="ru-RU"/>
        </w:rPr>
        <w:t xml:space="preserve">  </w:t>
      </w:r>
      <w:r w:rsidRPr="00FD1518">
        <w:rPr>
          <w:rFonts w:cs="Times New Roman"/>
          <w:noProof/>
          <w:lang w:val="ru-RU"/>
        </w:rPr>
        <w:t xml:space="preserve">    7.1. Договор вступает в силу с момента его заключения и действует по 30 декабря 2026 г.</w:t>
      </w:r>
    </w:p>
    <w:p w14:paraId="3E45D9C6" w14:textId="77777777" w:rsidR="00E14AF9" w:rsidRPr="00FD1518" w:rsidRDefault="00E14AF9" w:rsidP="00B00AB3">
      <w:pPr>
        <w:jc w:val="both"/>
        <w:rPr>
          <w:rFonts w:cs="Times New Roman"/>
          <w:lang w:val="ru-RU"/>
        </w:rPr>
      </w:pPr>
      <w:r w:rsidRPr="00FD1518">
        <w:rPr>
          <w:rFonts w:cs="Times New Roman"/>
          <w:lang w:val="ru-RU"/>
        </w:rPr>
        <w:t xml:space="preserve"> </w:t>
      </w:r>
      <w:r w:rsidRPr="00FD1518">
        <w:rPr>
          <w:rFonts w:cs="Times New Roman"/>
          <w:noProof/>
          <w:lang w:val="ru-RU"/>
        </w:rPr>
        <w:t xml:space="preserve">     7.2. Окончание срока действия настоящего договора не освобождает</w:t>
      </w:r>
      <w:r w:rsidRPr="00FD1518">
        <w:rPr>
          <w:rFonts w:cs="Times New Roman"/>
          <w:lang w:val="ru-RU"/>
        </w:rPr>
        <w:t xml:space="preserve"> </w:t>
      </w:r>
      <w:r w:rsidRPr="00FD1518">
        <w:rPr>
          <w:rFonts w:cs="Times New Roman"/>
          <w:noProof/>
          <w:lang w:val="ru-RU"/>
        </w:rPr>
        <w:t>Стороны от ответственности за его нарушение.</w:t>
      </w:r>
    </w:p>
    <w:p w14:paraId="18C05E71" w14:textId="77777777" w:rsidR="00E14AF9" w:rsidRPr="00FD1518" w:rsidRDefault="00E14AF9" w:rsidP="00B00AB3">
      <w:pPr>
        <w:jc w:val="both"/>
        <w:rPr>
          <w:rFonts w:cs="Times New Roman"/>
          <w:lang w:val="ru-RU"/>
        </w:rPr>
      </w:pPr>
      <w:r w:rsidRPr="00FD1518">
        <w:rPr>
          <w:rFonts w:cs="Times New Roman"/>
          <w:lang w:val="ru-RU"/>
        </w:rPr>
        <w:t xml:space="preserve"> </w:t>
      </w:r>
    </w:p>
    <w:p w14:paraId="26F3E2E7" w14:textId="77777777" w:rsidR="00E14AF9" w:rsidRPr="00FD1518" w:rsidRDefault="00E14AF9" w:rsidP="00B00AB3">
      <w:pPr>
        <w:jc w:val="center"/>
        <w:rPr>
          <w:rFonts w:cs="Times New Roman"/>
          <w:lang w:val="ru-RU"/>
        </w:rPr>
      </w:pPr>
      <w:bookmarkStart w:id="3" w:name="sub_39"/>
      <w:r w:rsidRPr="00FD1518">
        <w:rPr>
          <w:rFonts w:cs="Times New Roman"/>
          <w:b/>
          <w:bCs/>
          <w:noProof/>
          <w:lang w:val="ru-RU"/>
        </w:rPr>
        <w:t>8. Ответственность сторон</w:t>
      </w:r>
    </w:p>
    <w:bookmarkEnd w:id="3"/>
    <w:p w14:paraId="75548730" w14:textId="77777777" w:rsidR="00E14AF9" w:rsidRPr="00FD1518" w:rsidRDefault="00E14AF9" w:rsidP="00B00AB3">
      <w:pPr>
        <w:ind w:firstLine="709"/>
        <w:jc w:val="both"/>
        <w:rPr>
          <w:rFonts w:cs="Times New Roman"/>
          <w:lang w:val="ru-RU"/>
        </w:rPr>
      </w:pPr>
      <w:r w:rsidRPr="00FD1518">
        <w:rPr>
          <w:rFonts w:cs="Times New Roman"/>
          <w:lang w:val="ru-RU"/>
        </w:rPr>
        <w:t>8.1. За качество поставляемого Товара Поставщик несет ответственность в соответствии с законодательством Российской Федерации.</w:t>
      </w:r>
    </w:p>
    <w:p w14:paraId="46D34362" w14:textId="77777777" w:rsidR="00E14AF9" w:rsidRPr="00FD1518" w:rsidRDefault="00E14AF9" w:rsidP="00B00AB3">
      <w:pPr>
        <w:ind w:firstLine="709"/>
        <w:jc w:val="both"/>
        <w:rPr>
          <w:rFonts w:cs="Times New Roman"/>
          <w:lang w:val="ru-RU"/>
        </w:rPr>
      </w:pPr>
      <w:r w:rsidRPr="00FD1518">
        <w:rPr>
          <w:rFonts w:cs="Times New Roman"/>
          <w:lang w:val="ru-RU"/>
        </w:rPr>
        <w:t>8.2. За нарушение сроков поставки Товара Заказчик вправе требовать с Поставщика уплаты неустойки в размере 0,01 % от цены Договора за каждый день просрочки до фактического исполнения обязательств.</w:t>
      </w:r>
    </w:p>
    <w:p w14:paraId="31CCE5B0" w14:textId="07A18413" w:rsidR="00E14AF9" w:rsidRPr="00FD1518" w:rsidRDefault="00E14AF9" w:rsidP="00B00AB3">
      <w:pPr>
        <w:ind w:firstLine="709"/>
        <w:jc w:val="both"/>
        <w:rPr>
          <w:rFonts w:cs="Times New Roman"/>
          <w:lang w:val="ru-RU"/>
        </w:rPr>
      </w:pPr>
      <w:r w:rsidRPr="00FD1518">
        <w:rPr>
          <w:rFonts w:cs="Times New Roman"/>
          <w:lang w:val="ru-RU"/>
        </w:rPr>
        <w:t>8.3. За нарушение сроков оплаты по настоящему Договору Поставщик вправе требовать с Заказчика уплаты неустойки в размере 0,01% за каждый день просрочки от стоимости неоплаченного Товара. При этом общая сумма неустойки не может превышать подлежащую оплате стоимость Товара.</w:t>
      </w:r>
    </w:p>
    <w:p w14:paraId="1C9457AC" w14:textId="78F00256" w:rsidR="00E14AF9" w:rsidRPr="00FD1518" w:rsidRDefault="00E14AF9" w:rsidP="00B00AB3">
      <w:pPr>
        <w:ind w:firstLine="709"/>
        <w:jc w:val="both"/>
        <w:rPr>
          <w:rFonts w:cs="Times New Roman"/>
          <w:lang w:val="ru-RU"/>
        </w:rPr>
      </w:pPr>
      <w:r w:rsidRPr="00FD1518">
        <w:rPr>
          <w:rFonts w:cs="Times New Roman"/>
          <w:lang w:val="ru-RU"/>
        </w:rPr>
        <w:t>8.4. За нарушение сроков замены/допоставки Товара/устранения дефектов (ремонт) в нем Заказчик вправе потребовать с Поставщика уплаты неустойки в размере 0,1% процентов от стоимости Товара, не соответствующего условиям Договора, за каждый день просрочки замены/допоставки Товара/устранения дефектов (ремонт) в нем.</w:t>
      </w:r>
    </w:p>
    <w:p w14:paraId="01F426F2" w14:textId="77777777" w:rsidR="00E14AF9" w:rsidRPr="00FD1518" w:rsidRDefault="00E14AF9" w:rsidP="00B00AB3">
      <w:pPr>
        <w:ind w:firstLine="709"/>
        <w:jc w:val="both"/>
        <w:rPr>
          <w:rFonts w:cs="Times New Roman"/>
          <w:lang w:val="ru-RU"/>
        </w:rPr>
      </w:pPr>
      <w:r w:rsidRPr="00FD1518">
        <w:rPr>
          <w:rFonts w:cs="Times New Roman"/>
          <w:lang w:val="ru-RU"/>
        </w:rPr>
        <w:t xml:space="preserve">8.5. Поставщик несет ответственность перед Заказчиком за повреждение или порчу Товара вследствие ненадлежащей упаковки и возмещает Заказчику дополнительные затраты, связанные с формированием упаковки в случае ее повреждения во время транспортировки Товара до пункта назначения, а также возмещает затраты на ремонт (устранение дефектов) или обеспечивает замену поврежденного Товара самостоятельно и за свой счет. </w:t>
      </w:r>
    </w:p>
    <w:p w14:paraId="0E86D401" w14:textId="4B042B89" w:rsidR="00E14AF9" w:rsidRPr="00FD1518" w:rsidRDefault="00E14AF9" w:rsidP="00B00AB3">
      <w:pPr>
        <w:ind w:firstLine="709"/>
        <w:jc w:val="both"/>
        <w:rPr>
          <w:rFonts w:cs="Times New Roman"/>
          <w:lang w:val="ru-RU"/>
        </w:rPr>
      </w:pPr>
      <w:r w:rsidRPr="00FD1518">
        <w:rPr>
          <w:rFonts w:cs="Times New Roman"/>
          <w:lang w:val="ru-RU"/>
        </w:rPr>
        <w:t xml:space="preserve">8.6. Поставщик несет ответственность за поставку </w:t>
      </w:r>
      <w:r w:rsidR="00FD1518" w:rsidRPr="00FD1518">
        <w:rPr>
          <w:rFonts w:cs="Times New Roman"/>
          <w:lang w:val="ru-RU"/>
        </w:rPr>
        <w:t>Товара,</w:t>
      </w:r>
      <w:r w:rsidRPr="00FD1518">
        <w:rPr>
          <w:rFonts w:cs="Times New Roman"/>
          <w:lang w:val="ru-RU"/>
        </w:rPr>
        <w:t xml:space="preserve"> не прошедшего необходимой сертификации и обязан возместить Заказчику все убытки, вызванные предъявлением последнему требований об уплате штрафов, пеней или сумм возмещения вреда, вызванных поставкой несертифицированного Товара.</w:t>
      </w:r>
    </w:p>
    <w:p w14:paraId="657FE5C8" w14:textId="77777777" w:rsidR="00E14AF9" w:rsidRPr="00FD1518" w:rsidRDefault="00E14AF9" w:rsidP="00B00AB3">
      <w:pPr>
        <w:ind w:firstLine="709"/>
        <w:jc w:val="both"/>
        <w:rPr>
          <w:rFonts w:cs="Times New Roman"/>
          <w:lang w:val="ru-RU"/>
        </w:rPr>
      </w:pPr>
      <w:bookmarkStart w:id="4" w:name="Par135"/>
      <w:bookmarkStart w:id="5" w:name="Par137"/>
      <w:bookmarkEnd w:id="4"/>
      <w:bookmarkEnd w:id="5"/>
      <w:r w:rsidRPr="00FD1518">
        <w:rPr>
          <w:rFonts w:cs="Times New Roman"/>
          <w:lang w:val="ru-RU"/>
        </w:rPr>
        <w:t xml:space="preserve">8.7. Сторона, не исполнившая или ненадлежащим образом исполнившая обязательства по Договору, обязана возместить другой Стороне </w:t>
      </w:r>
      <w:r w:rsidRPr="00FD1518">
        <w:rPr>
          <w:rFonts w:cs="Times New Roman"/>
          <w:bCs/>
          <w:lang w:val="ru-RU"/>
        </w:rPr>
        <w:t>убытки в полной сумме сверх предусмотренных Договором неустоек</w:t>
      </w:r>
      <w:r w:rsidRPr="00FD1518">
        <w:rPr>
          <w:rFonts w:cs="Times New Roman"/>
          <w:lang w:val="ru-RU"/>
        </w:rPr>
        <w:t>.</w:t>
      </w:r>
    </w:p>
    <w:p w14:paraId="769F1C12" w14:textId="77777777" w:rsidR="00E14AF9" w:rsidRPr="00FD1518" w:rsidRDefault="00E14AF9" w:rsidP="00B00AB3">
      <w:pPr>
        <w:ind w:firstLine="709"/>
        <w:jc w:val="both"/>
        <w:rPr>
          <w:rFonts w:cs="Times New Roman"/>
          <w:lang w:val="ru-RU"/>
        </w:rPr>
      </w:pPr>
      <w:r w:rsidRPr="00FD1518">
        <w:rPr>
          <w:rFonts w:cs="Times New Roman"/>
          <w:lang w:val="ru-RU"/>
        </w:rPr>
        <w:t>8.8. Ущерб, причиненный третьим лицам в период осуществления Поставщиком своих обязательств, обусловленных настоящим Договором, возмещается Поставщиком за свой счет.</w:t>
      </w:r>
    </w:p>
    <w:p w14:paraId="5104C664" w14:textId="77777777" w:rsidR="00E14AF9" w:rsidRPr="00FD1518" w:rsidRDefault="00E14AF9" w:rsidP="00B00AB3">
      <w:pPr>
        <w:ind w:firstLine="709"/>
        <w:jc w:val="both"/>
        <w:rPr>
          <w:rFonts w:cs="Times New Roman"/>
          <w:lang w:val="ru-RU"/>
        </w:rPr>
      </w:pPr>
      <w:bookmarkStart w:id="6" w:name="Par111"/>
      <w:bookmarkStart w:id="7" w:name="Par114"/>
      <w:bookmarkEnd w:id="6"/>
      <w:bookmarkEnd w:id="7"/>
      <w:r w:rsidRPr="00FD1518">
        <w:rPr>
          <w:rFonts w:cs="Times New Roman"/>
          <w:lang w:val="ru-RU"/>
        </w:rPr>
        <w:t>8.9.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w:t>
      </w:r>
    </w:p>
    <w:p w14:paraId="3F3BBAE0" w14:textId="77777777" w:rsidR="00E14AF9" w:rsidRPr="00FD1518" w:rsidRDefault="00E14AF9" w:rsidP="00B00AB3">
      <w:pPr>
        <w:jc w:val="both"/>
        <w:rPr>
          <w:rFonts w:cs="Times New Roman"/>
          <w:lang w:val="ru-RU"/>
        </w:rPr>
      </w:pPr>
      <w:r w:rsidRPr="00FD1518">
        <w:rPr>
          <w:rFonts w:cs="Times New Roman"/>
          <w:lang w:val="ru-RU"/>
        </w:rPr>
        <w:t xml:space="preserve"> </w:t>
      </w:r>
    </w:p>
    <w:p w14:paraId="717D0754" w14:textId="77777777" w:rsidR="00E14AF9" w:rsidRPr="00FD1518" w:rsidRDefault="00E14AF9" w:rsidP="00B00AB3">
      <w:pPr>
        <w:jc w:val="center"/>
        <w:rPr>
          <w:rFonts w:cs="Times New Roman"/>
          <w:b/>
          <w:bCs/>
          <w:noProof/>
          <w:lang w:val="ru-RU"/>
        </w:rPr>
      </w:pPr>
      <w:bookmarkStart w:id="8" w:name="sub_310"/>
      <w:r w:rsidRPr="00FD1518">
        <w:rPr>
          <w:rFonts w:cs="Times New Roman"/>
          <w:b/>
          <w:bCs/>
          <w:noProof/>
          <w:lang w:val="ru-RU"/>
        </w:rPr>
        <w:t>9. Разрешение споров</w:t>
      </w:r>
      <w:bookmarkEnd w:id="8"/>
    </w:p>
    <w:p w14:paraId="648F0731" w14:textId="77777777" w:rsidR="00E14AF9" w:rsidRPr="00FD1518" w:rsidRDefault="00E14AF9" w:rsidP="00B00AB3">
      <w:pPr>
        <w:ind w:firstLine="709"/>
        <w:jc w:val="both"/>
        <w:rPr>
          <w:rFonts w:cs="Times New Roman"/>
          <w:noProof/>
          <w:lang w:val="ru-RU"/>
        </w:rPr>
      </w:pPr>
      <w:r w:rsidRPr="00FD1518">
        <w:rPr>
          <w:rFonts w:cs="Times New Roman"/>
          <w:noProof/>
          <w:lang w:val="ru-RU"/>
        </w:rPr>
        <w:t xml:space="preserve">9.1. Все споры и разногласия, которые могут возникнуть между Сторонами по вопросам, не нашедшим своего разрешения в тексте Договора, будут разрешаться путем переговоров либо в претензионном порядке путем направления письменной претензии в адрес другой Стороны. Срок рассмотрения претензии - 10 (Десять) календарных дней с момента ее получения. </w:t>
      </w:r>
    </w:p>
    <w:p w14:paraId="5E13CF5F" w14:textId="23053427" w:rsidR="00E14AF9" w:rsidRPr="00FD1518" w:rsidRDefault="00E14AF9" w:rsidP="00B00AB3">
      <w:pPr>
        <w:ind w:firstLine="709"/>
        <w:jc w:val="both"/>
        <w:rPr>
          <w:rFonts w:cs="Times New Roman"/>
          <w:lang w:val="ru-RU"/>
        </w:rPr>
      </w:pPr>
      <w:r w:rsidRPr="00FD1518">
        <w:rPr>
          <w:rFonts w:cs="Times New Roman"/>
          <w:lang w:val="ru-RU"/>
        </w:rPr>
        <w:lastRenderedPageBreak/>
        <w:t xml:space="preserve">9.2. При </w:t>
      </w:r>
      <w:proofErr w:type="spellStart"/>
      <w:r w:rsidRPr="00FD1518">
        <w:rPr>
          <w:rFonts w:cs="Times New Roman"/>
          <w:lang w:val="ru-RU"/>
        </w:rPr>
        <w:t>неурегулировании</w:t>
      </w:r>
      <w:proofErr w:type="spellEnd"/>
      <w:r w:rsidRPr="00FD1518">
        <w:rPr>
          <w:rFonts w:cs="Times New Roman"/>
          <w:lang w:val="ru-RU"/>
        </w:rPr>
        <w:t xml:space="preserve"> в претензионном порядке спорных вопросов споры передаются на рассмотрение Арбитражного суда Саратовской области. </w:t>
      </w:r>
    </w:p>
    <w:p w14:paraId="390750EB" w14:textId="77777777" w:rsidR="00E14AF9" w:rsidRPr="00FD1518" w:rsidRDefault="00E14AF9" w:rsidP="00B00AB3">
      <w:pPr>
        <w:jc w:val="center"/>
        <w:rPr>
          <w:rFonts w:cs="Times New Roman"/>
          <w:b/>
          <w:bCs/>
          <w:noProof/>
          <w:lang w:val="ru-RU"/>
        </w:rPr>
      </w:pPr>
      <w:bookmarkStart w:id="9" w:name="sub_311"/>
    </w:p>
    <w:p w14:paraId="68B8264E" w14:textId="77777777" w:rsidR="00E14AF9" w:rsidRPr="00FD1518" w:rsidRDefault="00E14AF9" w:rsidP="00B00AB3">
      <w:pPr>
        <w:widowControl w:val="0"/>
        <w:ind w:left="-1134"/>
        <w:contextualSpacing/>
        <w:jc w:val="center"/>
        <w:rPr>
          <w:rFonts w:cs="Times New Roman"/>
          <w:b/>
          <w:lang w:val="ru-RU"/>
        </w:rPr>
      </w:pPr>
      <w:r w:rsidRPr="00FD1518">
        <w:rPr>
          <w:rFonts w:cs="Times New Roman"/>
          <w:b/>
          <w:lang w:val="ru-RU"/>
        </w:rPr>
        <w:t>10. Форс-мажор</w:t>
      </w:r>
    </w:p>
    <w:p w14:paraId="7BA25D7E" w14:textId="77777777" w:rsidR="00E14AF9" w:rsidRPr="00FD1518" w:rsidRDefault="00E14AF9" w:rsidP="00B00AB3">
      <w:pPr>
        <w:widowControl w:val="0"/>
        <w:ind w:firstLine="709"/>
        <w:contextualSpacing/>
        <w:jc w:val="both"/>
        <w:rPr>
          <w:rFonts w:cs="Times New Roman"/>
          <w:lang w:val="ru-RU"/>
        </w:rPr>
      </w:pPr>
      <w:r w:rsidRPr="00FD1518">
        <w:rPr>
          <w:rFonts w:cs="Times New Roman"/>
          <w:lang w:val="ru-RU"/>
        </w:rPr>
        <w:t>10.1.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Договора в результате обстоятельств чрезвычайного характера, которые Стороны не могли предвидеть или предотвратить.</w:t>
      </w:r>
    </w:p>
    <w:p w14:paraId="1EE99ED7" w14:textId="77777777" w:rsidR="00E14AF9" w:rsidRPr="00FD1518" w:rsidRDefault="00E14AF9" w:rsidP="00B00AB3">
      <w:pPr>
        <w:widowControl w:val="0"/>
        <w:ind w:firstLine="709"/>
        <w:contextualSpacing/>
        <w:jc w:val="both"/>
        <w:rPr>
          <w:rFonts w:cs="Times New Roman"/>
          <w:lang w:val="ru-RU"/>
        </w:rPr>
      </w:pPr>
      <w:r w:rsidRPr="00FD1518">
        <w:rPr>
          <w:rFonts w:cs="Times New Roman"/>
          <w:lang w:val="ru-RU"/>
        </w:rPr>
        <w:t>Обстоятельствами непреодолимой силы в целях настоящего Договора признаются следующие: явления стихийного характера (землетрясения, наводнения, и т.п.), война и военные действия, массовые беспорядки, мобилизация, эпидемии, пожары, решения органов власти Российской Федерации, оказывающие непосредственное воздействие на исполнение условий настоящего Договора, и прочие обстоятельства, объективно препятствующие исполнению условий Договора, которые Сторона (Стороны) не могли ни предвидеть, ни предотвратить.</w:t>
      </w:r>
    </w:p>
    <w:p w14:paraId="037F5F86" w14:textId="77777777" w:rsidR="00E14AF9" w:rsidRPr="00FD1518" w:rsidRDefault="00E14AF9" w:rsidP="00B00AB3">
      <w:pPr>
        <w:widowControl w:val="0"/>
        <w:ind w:firstLine="709"/>
        <w:contextualSpacing/>
        <w:jc w:val="both"/>
        <w:rPr>
          <w:rFonts w:cs="Times New Roman"/>
          <w:lang w:val="ru-RU"/>
        </w:rPr>
      </w:pPr>
      <w:r w:rsidRPr="00FD1518">
        <w:rPr>
          <w:rFonts w:cs="Times New Roman"/>
          <w:lang w:val="ru-RU"/>
        </w:rPr>
        <w:t>10.2. При наступлении обстоятельств, указанных в пункте 10.1. Договора, каждая Сторона должна в десятидневный срок известить о них в письменном виде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Договору.</w:t>
      </w:r>
    </w:p>
    <w:p w14:paraId="48803ABF" w14:textId="77777777" w:rsidR="00E14AF9" w:rsidRPr="00FD1518" w:rsidRDefault="00E14AF9" w:rsidP="00B00AB3">
      <w:pPr>
        <w:widowControl w:val="0"/>
        <w:ind w:firstLine="709"/>
        <w:contextualSpacing/>
        <w:jc w:val="both"/>
        <w:rPr>
          <w:rFonts w:cs="Times New Roman"/>
          <w:lang w:val="ru-RU"/>
        </w:rPr>
      </w:pPr>
      <w:r w:rsidRPr="00FD1518">
        <w:rPr>
          <w:rFonts w:cs="Times New Roman"/>
          <w:lang w:val="ru-RU"/>
        </w:rPr>
        <w:t>10.3. Если Сторона не направит или несвоевременно направит извещение, предусмотренное в пункте 10.2. Договора, то она обязана возместить другой Стороне причиненные частичным или полным неисполнением обязательств убытки.</w:t>
      </w:r>
    </w:p>
    <w:p w14:paraId="7A5A8B86" w14:textId="77777777" w:rsidR="00E14AF9" w:rsidRPr="00FD1518" w:rsidRDefault="00E14AF9" w:rsidP="00B00AB3">
      <w:pPr>
        <w:widowControl w:val="0"/>
        <w:ind w:firstLine="709"/>
        <w:contextualSpacing/>
        <w:jc w:val="both"/>
        <w:rPr>
          <w:rFonts w:cs="Times New Roman"/>
          <w:lang w:val="ru-RU"/>
        </w:rPr>
      </w:pPr>
      <w:r w:rsidRPr="00FD1518">
        <w:rPr>
          <w:rFonts w:cs="Times New Roman"/>
          <w:lang w:val="ru-RU"/>
        </w:rPr>
        <w:t>10.4. В случае наступления обстоятельств, предусмотренных в пункте 10.1. Договора, срок выполнения Стороной обязательств по Договору отодвигается соразмерно времени, в течение которого действуют эти обстоятельства и их последствия.</w:t>
      </w:r>
    </w:p>
    <w:p w14:paraId="7EA78139" w14:textId="77777777" w:rsidR="00E14AF9" w:rsidRPr="00FD1518" w:rsidRDefault="00E14AF9" w:rsidP="00B00AB3">
      <w:pPr>
        <w:widowControl w:val="0"/>
        <w:ind w:firstLine="709"/>
        <w:contextualSpacing/>
        <w:jc w:val="both"/>
        <w:rPr>
          <w:rFonts w:cs="Times New Roman"/>
          <w:lang w:val="ru-RU"/>
        </w:rPr>
      </w:pPr>
      <w:r w:rsidRPr="00FD1518">
        <w:rPr>
          <w:rFonts w:cs="Times New Roman"/>
          <w:lang w:val="ru-RU"/>
        </w:rPr>
        <w:t>10.5. Если наступившие обстоятельства, перечисленные в пункте 10.1. Договора и их последствия продолжают действовать более одного месяца, Стороны проводят дополнительные переговоры для выявления приемлемых альтернативных способов исполнения Договора.</w:t>
      </w:r>
    </w:p>
    <w:p w14:paraId="7B15571F" w14:textId="77777777" w:rsidR="00E14AF9" w:rsidRPr="00FD1518" w:rsidRDefault="00E14AF9" w:rsidP="00B00AB3">
      <w:pPr>
        <w:jc w:val="center"/>
        <w:rPr>
          <w:rFonts w:cs="Times New Roman"/>
          <w:b/>
          <w:bCs/>
          <w:noProof/>
          <w:lang w:val="ru-RU"/>
        </w:rPr>
      </w:pPr>
    </w:p>
    <w:bookmarkEnd w:id="9"/>
    <w:p w14:paraId="7CBC445B" w14:textId="77777777" w:rsidR="00E14AF9" w:rsidRPr="00FD1518" w:rsidRDefault="00E14AF9" w:rsidP="00B00AB3">
      <w:pPr>
        <w:widowControl w:val="0"/>
        <w:ind w:firstLine="709"/>
        <w:contextualSpacing/>
        <w:jc w:val="both"/>
        <w:rPr>
          <w:rFonts w:cs="Times New Roman"/>
          <w:lang w:val="ru-RU"/>
        </w:rPr>
      </w:pPr>
    </w:p>
    <w:p w14:paraId="5D976040" w14:textId="77777777" w:rsidR="00E14AF9" w:rsidRPr="00FD1518" w:rsidRDefault="00E14AF9" w:rsidP="00B00AB3">
      <w:pPr>
        <w:jc w:val="center"/>
        <w:rPr>
          <w:rFonts w:cs="Times New Roman"/>
          <w:b/>
          <w:bCs/>
          <w:noProof/>
          <w:lang w:val="ru-RU" w:eastAsia="x-none"/>
        </w:rPr>
      </w:pPr>
      <w:r w:rsidRPr="00FD1518">
        <w:rPr>
          <w:rFonts w:cs="Times New Roman"/>
          <w:b/>
          <w:bCs/>
          <w:noProof/>
          <w:lang w:val="x-none" w:eastAsia="x-none"/>
        </w:rPr>
        <w:t>1</w:t>
      </w:r>
      <w:r w:rsidRPr="00FD1518">
        <w:rPr>
          <w:rFonts w:cs="Times New Roman"/>
          <w:b/>
          <w:bCs/>
          <w:noProof/>
          <w:lang w:val="ru-RU" w:eastAsia="x-none"/>
        </w:rPr>
        <w:t>1</w:t>
      </w:r>
      <w:r w:rsidRPr="00FD1518">
        <w:rPr>
          <w:rFonts w:cs="Times New Roman"/>
          <w:b/>
          <w:bCs/>
          <w:noProof/>
          <w:lang w:val="x-none" w:eastAsia="x-none"/>
        </w:rPr>
        <w:t xml:space="preserve">. </w:t>
      </w:r>
      <w:r w:rsidRPr="00FD1518">
        <w:rPr>
          <w:rFonts w:cs="Times New Roman"/>
          <w:b/>
          <w:bCs/>
          <w:noProof/>
          <w:lang w:val="ru-RU" w:eastAsia="x-none"/>
        </w:rPr>
        <w:t>Антикоррупционная оговорка</w:t>
      </w:r>
    </w:p>
    <w:p w14:paraId="13546792" w14:textId="77777777" w:rsidR="00E14AF9" w:rsidRPr="00FD1518" w:rsidRDefault="00E14AF9" w:rsidP="00B00AB3">
      <w:pPr>
        <w:widowControl w:val="0"/>
        <w:autoSpaceDE w:val="0"/>
        <w:autoSpaceDN w:val="0"/>
        <w:ind w:firstLine="709"/>
        <w:jc w:val="both"/>
        <w:textAlignment w:val="baseline"/>
        <w:rPr>
          <w:rFonts w:cs="Times New Roman"/>
          <w:lang w:val="ru-RU"/>
        </w:rPr>
      </w:pPr>
      <w:r w:rsidRPr="00FD1518">
        <w:rPr>
          <w:rFonts w:cs="Times New Roman"/>
          <w:lang w:val="ru-RU"/>
        </w:rPr>
        <w:t>11.1.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28160A3B" w14:textId="77777777" w:rsidR="00E14AF9" w:rsidRPr="00FD1518" w:rsidRDefault="00E14AF9" w:rsidP="00B00AB3">
      <w:pPr>
        <w:widowControl w:val="0"/>
        <w:autoSpaceDE w:val="0"/>
        <w:autoSpaceDN w:val="0"/>
        <w:ind w:firstLine="709"/>
        <w:jc w:val="both"/>
        <w:textAlignment w:val="baseline"/>
        <w:rPr>
          <w:rFonts w:cs="Times New Roman"/>
          <w:lang w:val="ru-RU"/>
        </w:rPr>
      </w:pPr>
      <w:r w:rsidRPr="00FD1518">
        <w:rPr>
          <w:rFonts w:cs="Times New Roman"/>
          <w:lang w:val="ru-RU"/>
        </w:rPr>
        <w:t>11.2.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15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14:paraId="70934A21" w14:textId="77777777" w:rsidR="00E14AF9" w:rsidRPr="00FD1518" w:rsidRDefault="00E14AF9" w:rsidP="00B00AB3">
      <w:pPr>
        <w:widowControl w:val="0"/>
        <w:autoSpaceDE w:val="0"/>
        <w:autoSpaceDN w:val="0"/>
        <w:ind w:firstLine="709"/>
        <w:jc w:val="both"/>
        <w:textAlignment w:val="baseline"/>
        <w:rPr>
          <w:rFonts w:cs="Times New Roman"/>
          <w:lang w:val="ru-RU"/>
        </w:rPr>
      </w:pPr>
      <w:r w:rsidRPr="00FD1518">
        <w:rPr>
          <w:rFonts w:cs="Times New Roman"/>
          <w:lang w:val="ru-RU"/>
        </w:rPr>
        <w:t>Каналы уведомления Поставщика о нарушениях каких-либо положений настоящего раздела: на адрес электронной почты, указанный в договоре, или на адрес электронной почты ответственного лица, назначенного в соответствии с положениями договора.</w:t>
      </w:r>
    </w:p>
    <w:p w14:paraId="5D8FC5E1" w14:textId="77777777" w:rsidR="00E14AF9" w:rsidRPr="00FD1518" w:rsidRDefault="00E14AF9" w:rsidP="00B00AB3">
      <w:pPr>
        <w:widowControl w:val="0"/>
        <w:autoSpaceDE w:val="0"/>
        <w:autoSpaceDN w:val="0"/>
        <w:ind w:firstLine="709"/>
        <w:jc w:val="both"/>
        <w:textAlignment w:val="baseline"/>
        <w:rPr>
          <w:rFonts w:cs="Times New Roman"/>
          <w:lang w:val="ru-RU"/>
        </w:rPr>
      </w:pPr>
      <w:r w:rsidRPr="00FD1518">
        <w:rPr>
          <w:rFonts w:cs="Times New Roman"/>
          <w:lang w:val="ru-RU"/>
        </w:rPr>
        <w:t>Каналы уведомления Заказчика о нарушениях каких-либо положений настоящего раздела: на адрес электронной почты, указанный в договоре, или на адрес электронной почты ответственного лица, назначенного в соответствии с положениями договора.</w:t>
      </w:r>
    </w:p>
    <w:p w14:paraId="6FA7262C" w14:textId="77777777" w:rsidR="00E14AF9" w:rsidRPr="00FD1518" w:rsidRDefault="00E14AF9" w:rsidP="00B00AB3">
      <w:pPr>
        <w:widowControl w:val="0"/>
        <w:autoSpaceDE w:val="0"/>
        <w:autoSpaceDN w:val="0"/>
        <w:ind w:firstLine="709"/>
        <w:jc w:val="both"/>
        <w:textAlignment w:val="baseline"/>
        <w:rPr>
          <w:rFonts w:cs="Times New Roman"/>
          <w:lang w:val="ru-RU"/>
        </w:rPr>
      </w:pPr>
      <w:r w:rsidRPr="00FD1518">
        <w:rPr>
          <w:rFonts w:cs="Times New Roman"/>
          <w:lang w:val="ru-RU"/>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7A70533A" w14:textId="77777777" w:rsidR="00E14AF9" w:rsidRPr="00FD1518" w:rsidRDefault="00E14AF9" w:rsidP="00B00AB3">
      <w:pPr>
        <w:widowControl w:val="0"/>
        <w:autoSpaceDE w:val="0"/>
        <w:autoSpaceDN w:val="0"/>
        <w:ind w:firstLine="709"/>
        <w:jc w:val="both"/>
        <w:textAlignment w:val="baseline"/>
        <w:rPr>
          <w:rFonts w:cs="Times New Roman"/>
          <w:lang w:val="ru-RU"/>
        </w:rPr>
      </w:pPr>
      <w:r w:rsidRPr="00FD1518">
        <w:rPr>
          <w:rFonts w:cs="Times New Roman"/>
          <w:lang w:val="ru-RU"/>
        </w:rPr>
        <w:t>11.3.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4235D1FB" w14:textId="77777777" w:rsidR="00E14AF9" w:rsidRPr="00FD1518" w:rsidRDefault="00E14AF9" w:rsidP="00B00AB3">
      <w:pPr>
        <w:widowControl w:val="0"/>
        <w:autoSpaceDE w:val="0"/>
        <w:autoSpaceDN w:val="0"/>
        <w:ind w:firstLine="709"/>
        <w:jc w:val="both"/>
        <w:textAlignment w:val="baseline"/>
        <w:rPr>
          <w:rFonts w:cs="Times New Roman"/>
          <w:lang w:val="ru-RU"/>
        </w:rPr>
      </w:pPr>
      <w:r w:rsidRPr="00FD1518">
        <w:rPr>
          <w:rFonts w:cs="Times New Roman"/>
          <w:lang w:val="ru-RU"/>
        </w:rPr>
        <w:lastRenderedPageBreak/>
        <w:t>11.4.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25C5520B" w14:textId="77777777" w:rsidR="00E14AF9" w:rsidRPr="00FD1518" w:rsidRDefault="00E14AF9" w:rsidP="00B00AB3">
      <w:pPr>
        <w:widowControl w:val="0"/>
        <w:autoSpaceDE w:val="0"/>
        <w:autoSpaceDN w:val="0"/>
        <w:ind w:firstLine="709"/>
        <w:jc w:val="both"/>
        <w:textAlignment w:val="baseline"/>
        <w:rPr>
          <w:rFonts w:cs="Times New Roman"/>
          <w:lang w:val="ru-RU"/>
        </w:rPr>
      </w:pPr>
      <w:r w:rsidRPr="00FD1518">
        <w:rPr>
          <w:rFonts w:cs="Times New Roman"/>
          <w:lang w:val="ru-RU"/>
        </w:rPr>
        <w:t>11.5. Стороны информируют друг друга в письменной форме о подтвержденных фактах коррупционных нарушений, связанных с исполнением Договора, не позднее 5 рабочих дней с момента подтверждения соответствующего факта, а также направляют сведения в уполномоченные органы в случаях, предусмотренных законодательством Российской Федерации.</w:t>
      </w:r>
    </w:p>
    <w:p w14:paraId="1DE92AE4" w14:textId="77777777" w:rsidR="00E14AF9" w:rsidRPr="00FD1518" w:rsidRDefault="00E14AF9" w:rsidP="00B00AB3">
      <w:pPr>
        <w:rPr>
          <w:rFonts w:cs="Times New Roman"/>
          <w:lang w:val="x-none" w:eastAsia="x-none"/>
        </w:rPr>
      </w:pPr>
    </w:p>
    <w:p w14:paraId="151F3DD4" w14:textId="77777777" w:rsidR="00E14AF9" w:rsidRPr="00FD1518" w:rsidRDefault="00E14AF9" w:rsidP="00B00AB3">
      <w:pPr>
        <w:jc w:val="center"/>
        <w:rPr>
          <w:rFonts w:cs="Times New Roman"/>
          <w:b/>
          <w:bCs/>
          <w:noProof/>
          <w:lang w:val="ru-RU" w:eastAsia="x-none"/>
        </w:rPr>
      </w:pPr>
      <w:r w:rsidRPr="00FD1518">
        <w:rPr>
          <w:rFonts w:cs="Times New Roman"/>
          <w:b/>
          <w:bCs/>
          <w:noProof/>
          <w:lang w:val="x-none" w:eastAsia="x-none"/>
        </w:rPr>
        <w:t>1</w:t>
      </w:r>
      <w:r w:rsidRPr="00FD1518">
        <w:rPr>
          <w:rFonts w:cs="Times New Roman"/>
          <w:b/>
          <w:bCs/>
          <w:noProof/>
          <w:lang w:val="ru-RU" w:eastAsia="x-none"/>
        </w:rPr>
        <w:t>2</w:t>
      </w:r>
      <w:r w:rsidRPr="00FD1518">
        <w:rPr>
          <w:rFonts w:cs="Times New Roman"/>
          <w:b/>
          <w:bCs/>
          <w:noProof/>
          <w:lang w:val="x-none" w:eastAsia="x-none"/>
        </w:rPr>
        <w:t>. Прочие условия</w:t>
      </w:r>
    </w:p>
    <w:p w14:paraId="6A93AF0D" w14:textId="77777777" w:rsidR="00E14AF9" w:rsidRPr="00FD1518" w:rsidRDefault="00E14AF9" w:rsidP="00B00AB3">
      <w:pPr>
        <w:ind w:firstLine="709"/>
        <w:jc w:val="both"/>
        <w:rPr>
          <w:rFonts w:cs="Times New Roman"/>
          <w:lang w:val="ru-RU"/>
        </w:rPr>
      </w:pPr>
      <w:r w:rsidRPr="00FD1518">
        <w:rPr>
          <w:rFonts w:cs="Times New Roman"/>
          <w:lang w:val="ru-RU"/>
        </w:rPr>
        <w:t>12.1. Любые изменения, дополнения и приложения к Договору, выполненные в письменной форме и подписанные каждой из Сторон, являются его неотъемлемой частью.</w:t>
      </w:r>
    </w:p>
    <w:p w14:paraId="3EAF790A" w14:textId="77777777" w:rsidR="00E14AF9" w:rsidRPr="00FD1518" w:rsidRDefault="00E14AF9" w:rsidP="00B00AB3">
      <w:pPr>
        <w:ind w:firstLine="709"/>
        <w:jc w:val="both"/>
        <w:rPr>
          <w:rFonts w:cs="Times New Roman"/>
          <w:lang w:val="ru-RU"/>
        </w:rPr>
      </w:pPr>
      <w:r w:rsidRPr="00FD1518">
        <w:rPr>
          <w:rFonts w:cs="Times New Roman"/>
          <w:lang w:val="ru-RU"/>
        </w:rPr>
        <w:t>12.2. Договор может быть расторгнут по соглашению Сторон, по решению суда или в связи с односторонним отказом Стороны Договора от исполнения Договора в соответствии с гражданским законодательством Российской Федерации.</w:t>
      </w:r>
    </w:p>
    <w:p w14:paraId="6CC33D03" w14:textId="77777777" w:rsidR="00E14AF9" w:rsidRPr="00FD1518" w:rsidRDefault="00E14AF9" w:rsidP="00B00AB3">
      <w:pPr>
        <w:ind w:firstLine="709"/>
        <w:jc w:val="both"/>
        <w:rPr>
          <w:rFonts w:cs="Times New Roman"/>
          <w:lang w:val="ru-RU"/>
        </w:rPr>
      </w:pPr>
      <w:r w:rsidRPr="00FD1518">
        <w:rPr>
          <w:rFonts w:cs="Times New Roman"/>
          <w:lang w:val="ru-RU"/>
        </w:rPr>
        <w:t>12.3. При исполнении Договора не допускается перемена Поставщика, за исключением случая, когда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190887C4" w14:textId="77777777" w:rsidR="00E14AF9" w:rsidRPr="00FD1518" w:rsidRDefault="00E14AF9" w:rsidP="00B00AB3">
      <w:pPr>
        <w:ind w:firstLine="709"/>
        <w:jc w:val="both"/>
        <w:rPr>
          <w:rFonts w:cs="Times New Roman"/>
          <w:lang w:val="ru-RU"/>
        </w:rPr>
      </w:pPr>
      <w:r w:rsidRPr="00FD1518">
        <w:rPr>
          <w:rFonts w:cs="Times New Roman"/>
          <w:lang w:val="ru-RU"/>
        </w:rPr>
        <w:t>12.4.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774D1E6D" w14:textId="77777777" w:rsidR="00E14AF9" w:rsidRPr="00FD1518" w:rsidRDefault="00E14AF9" w:rsidP="00B00AB3">
      <w:pPr>
        <w:ind w:firstLine="709"/>
        <w:jc w:val="both"/>
        <w:rPr>
          <w:rFonts w:cs="Times New Roman"/>
          <w:lang w:val="ru-RU"/>
        </w:rPr>
      </w:pPr>
      <w:r w:rsidRPr="00FD1518">
        <w:rPr>
          <w:rFonts w:cs="Times New Roman"/>
          <w:lang w:val="ru-RU"/>
        </w:rPr>
        <w:t xml:space="preserve">12.5. Все уведомления и сообщения должны направляться в письменной форме. Сообщения будут считаться исполненными надлежащим образом, если они посланы заказным письмом или доставлены лично по юридическим (почтовым) адресам Сторон с получением под расписку соответствующими должностными лицами. </w:t>
      </w:r>
    </w:p>
    <w:p w14:paraId="64952C96" w14:textId="77777777" w:rsidR="00E14AF9" w:rsidRPr="00FD1518" w:rsidRDefault="00E14AF9" w:rsidP="00B00AB3">
      <w:pPr>
        <w:ind w:firstLine="709"/>
        <w:jc w:val="both"/>
        <w:rPr>
          <w:rFonts w:cs="Times New Roman"/>
          <w:lang w:val="ru-RU"/>
        </w:rPr>
      </w:pPr>
      <w:r w:rsidRPr="00FD1518">
        <w:rPr>
          <w:rFonts w:cs="Times New Roman"/>
          <w:lang w:val="ru-RU"/>
        </w:rPr>
        <w:t xml:space="preserve">12.6. Во всем остальном, что не предусмотрено Договором, Стороны руководствуются законодательством Российской Федерации. </w:t>
      </w:r>
    </w:p>
    <w:p w14:paraId="49DC7366" w14:textId="77777777" w:rsidR="00E14AF9" w:rsidRPr="00FD1518" w:rsidRDefault="00E14AF9" w:rsidP="00B00AB3">
      <w:pPr>
        <w:ind w:firstLine="709"/>
        <w:jc w:val="both"/>
        <w:rPr>
          <w:rFonts w:cs="Times New Roman"/>
          <w:lang w:val="ru-RU"/>
        </w:rPr>
      </w:pPr>
      <w:r w:rsidRPr="00FD1518">
        <w:rPr>
          <w:rFonts w:cs="Times New Roman"/>
          <w:lang w:val="ru-RU"/>
        </w:rPr>
        <w:t xml:space="preserve">12.7. </w:t>
      </w:r>
      <w:r w:rsidRPr="00FD1518">
        <w:rPr>
          <w:rFonts w:cs="Times New Roman"/>
          <w:noProof/>
          <w:lang w:val="ru-RU"/>
        </w:rPr>
        <w:t>Настоящий договор составлен в 3-х подлинных экземплярах,</w:t>
      </w:r>
      <w:r w:rsidRPr="00FD1518">
        <w:rPr>
          <w:rFonts w:cs="Times New Roman"/>
          <w:lang w:val="ru-RU"/>
        </w:rPr>
        <w:t xml:space="preserve"> </w:t>
      </w:r>
      <w:r w:rsidRPr="00FD1518">
        <w:rPr>
          <w:rFonts w:cs="Times New Roman"/>
          <w:noProof/>
          <w:lang w:val="ru-RU"/>
        </w:rPr>
        <w:t>имеющих одинаковую юридическую силу.</w:t>
      </w:r>
      <w:r w:rsidRPr="00FD1518">
        <w:rPr>
          <w:rFonts w:cs="Times New Roman"/>
          <w:lang w:val="ru-RU"/>
        </w:rPr>
        <w:t xml:space="preserve"> </w:t>
      </w:r>
    </w:p>
    <w:p w14:paraId="2943E207" w14:textId="77777777" w:rsidR="00E14AF9" w:rsidRPr="00FD1518" w:rsidRDefault="00E14AF9" w:rsidP="00E14AF9">
      <w:pPr>
        <w:jc w:val="both"/>
        <w:rPr>
          <w:rFonts w:cs="Times New Roman"/>
          <w:lang w:val="x-none" w:eastAsia="x-none"/>
        </w:rPr>
      </w:pPr>
      <w:bookmarkStart w:id="10" w:name="sub_312"/>
      <w:r w:rsidRPr="00FD1518">
        <w:rPr>
          <w:rFonts w:cs="Times New Roman"/>
          <w:lang w:val="x-none" w:eastAsia="x-none"/>
        </w:rPr>
        <w:t xml:space="preserve"> </w:t>
      </w:r>
      <w:r w:rsidRPr="00FD1518">
        <w:rPr>
          <w:rFonts w:cs="Times New Roman"/>
          <w:noProof/>
          <w:lang w:val="x-none" w:eastAsia="x-none"/>
        </w:rPr>
        <w:t xml:space="preserve">                     </w:t>
      </w:r>
      <w:r w:rsidRPr="00FD1518">
        <w:rPr>
          <w:rFonts w:cs="Times New Roman"/>
          <w:noProof/>
          <w:lang w:val="x-none" w:eastAsia="x-none"/>
        </w:rPr>
        <w:tab/>
      </w:r>
      <w:r w:rsidRPr="00FD1518">
        <w:rPr>
          <w:rFonts w:cs="Times New Roman"/>
          <w:noProof/>
          <w:lang w:val="x-none" w:eastAsia="x-none"/>
        </w:rPr>
        <w:tab/>
      </w:r>
      <w:r w:rsidRPr="00FD1518">
        <w:rPr>
          <w:rFonts w:cs="Times New Roman"/>
          <w:noProof/>
          <w:lang w:val="x-none" w:eastAsia="x-none"/>
        </w:rPr>
        <w:tab/>
      </w:r>
      <w:r w:rsidRPr="00FD1518">
        <w:rPr>
          <w:rFonts w:cs="Times New Roman"/>
          <w:b/>
          <w:bCs/>
          <w:noProof/>
          <w:lang w:val="x-none" w:eastAsia="x-none"/>
        </w:rPr>
        <w:t>1</w:t>
      </w:r>
      <w:r w:rsidRPr="00FD1518">
        <w:rPr>
          <w:rFonts w:cs="Times New Roman"/>
          <w:b/>
          <w:bCs/>
          <w:noProof/>
          <w:lang w:val="ru-RU" w:eastAsia="x-none"/>
        </w:rPr>
        <w:t>3</w:t>
      </w:r>
      <w:r w:rsidRPr="00FD1518">
        <w:rPr>
          <w:rFonts w:cs="Times New Roman"/>
          <w:b/>
          <w:bCs/>
          <w:noProof/>
          <w:lang w:val="x-none" w:eastAsia="x-none"/>
        </w:rPr>
        <w:t>. Адреса, платежные реквизиты и подписи Сторон:</w:t>
      </w:r>
    </w:p>
    <w:tbl>
      <w:tblPr>
        <w:tblStyle w:val="aff0"/>
        <w:tblW w:w="0" w:type="auto"/>
        <w:jc w:val="center"/>
        <w:tblLayout w:type="fixed"/>
        <w:tblLook w:val="04A0" w:firstRow="1" w:lastRow="0" w:firstColumn="1" w:lastColumn="0" w:noHBand="0" w:noVBand="1"/>
      </w:tblPr>
      <w:tblGrid>
        <w:gridCol w:w="5159"/>
        <w:gridCol w:w="5159"/>
      </w:tblGrid>
      <w:tr w:rsidR="0027419B" w:rsidRPr="00FD1518" w14:paraId="421B84E2" w14:textId="77777777" w:rsidTr="00AA5F17">
        <w:trPr>
          <w:cantSplit/>
          <w:tblHeader/>
          <w:jc w:val="center"/>
        </w:trPr>
        <w:tc>
          <w:tcPr>
            <w:tcW w:w="5159" w:type="dxa"/>
            <w:shd w:val="clear" w:color="auto" w:fill="auto"/>
            <w:tcMar>
              <w:top w:w="70" w:type="dxa"/>
              <w:left w:w="70" w:type="dxa"/>
              <w:bottom w:w="70" w:type="dxa"/>
              <w:right w:w="70" w:type="dxa"/>
            </w:tcMar>
            <w:vAlign w:val="center"/>
          </w:tcPr>
          <w:bookmarkEnd w:id="10"/>
          <w:p w14:paraId="3C98F1FA" w14:textId="77777777" w:rsidR="0027419B" w:rsidRPr="00FD1518" w:rsidRDefault="00FC460F">
            <w:pPr>
              <w:jc w:val="center"/>
              <w:rPr>
                <w:rFonts w:cs="Times New Roman"/>
              </w:rPr>
            </w:pPr>
            <w:r w:rsidRPr="00FD1518">
              <w:rPr>
                <w:rFonts w:cs="Times New Roman"/>
                <w:b/>
                <w:color w:val="000000"/>
              </w:rPr>
              <w:t>ЗАКАЗЧИК</w:t>
            </w:r>
          </w:p>
        </w:tc>
        <w:tc>
          <w:tcPr>
            <w:tcW w:w="5159" w:type="dxa"/>
            <w:shd w:val="clear" w:color="auto" w:fill="auto"/>
            <w:tcMar>
              <w:top w:w="70" w:type="dxa"/>
              <w:left w:w="70" w:type="dxa"/>
              <w:bottom w:w="70" w:type="dxa"/>
              <w:right w:w="70" w:type="dxa"/>
            </w:tcMar>
            <w:vAlign w:val="center"/>
          </w:tcPr>
          <w:p w14:paraId="5287E2FA" w14:textId="77777777" w:rsidR="0027419B" w:rsidRPr="00FD1518" w:rsidRDefault="00FC460F">
            <w:pPr>
              <w:jc w:val="center"/>
              <w:rPr>
                <w:rFonts w:cs="Times New Roman"/>
              </w:rPr>
            </w:pPr>
            <w:r w:rsidRPr="00FD1518">
              <w:rPr>
                <w:rFonts w:cs="Times New Roman"/>
                <w:b/>
                <w:color w:val="000000"/>
              </w:rPr>
              <w:t>ПОСТАВЩИК</w:t>
            </w:r>
          </w:p>
        </w:tc>
      </w:tr>
      <w:tr w:rsidR="0027419B" w:rsidRPr="00452CC3" w14:paraId="63AAFFDE" w14:textId="77777777">
        <w:trPr>
          <w:cantSplit/>
          <w:jc w:val="center"/>
        </w:trPr>
        <w:tc>
          <w:tcPr>
            <w:tcW w:w="5159" w:type="dxa"/>
            <w:tcMar>
              <w:top w:w="70" w:type="dxa"/>
              <w:left w:w="70" w:type="dxa"/>
              <w:bottom w:w="70" w:type="dxa"/>
              <w:right w:w="70" w:type="dxa"/>
            </w:tcMar>
            <w:vAlign w:val="center"/>
          </w:tcPr>
          <w:p w14:paraId="19A5D33E" w14:textId="77777777" w:rsidR="00452CC3" w:rsidRDefault="00FC460F">
            <w:pPr>
              <w:rPr>
                <w:rFonts w:cs="Times New Roman"/>
                <w:color w:val="000000"/>
                <w:lang w:val="ru-RU"/>
              </w:rPr>
            </w:pPr>
            <w:r w:rsidRPr="00FD1518">
              <w:rPr>
                <w:rFonts w:cs="Times New Roman"/>
                <w:color w:val="000000"/>
                <w:lang w:val="ru-RU"/>
              </w:rPr>
              <w:t>ГОСУДАРСТВЕННОЕ АВТОНОМНОЕ ПРОФЕССИОНАЛЬНОЕ ОБРАЗОВАТЕЛЬНОЕ УЧРЕЖДЕНИЕ САРАТОВСКОЙ ОБЛАСТИ «САРАТОВСКИЙ ОБЛАСТНОЙ ОБРАЗОВАТЕЛЬНЫЙ КОМПЛЕКС - ПОЛИТЕХНИЧЕСКИЙ КОЛЛЕДЖ - ЛИЦЕЙ-ИНТЕРНАТ 64»</w:t>
            </w:r>
            <w:r w:rsidRPr="00FD1518">
              <w:rPr>
                <w:rFonts w:cs="Times New Roman"/>
                <w:color w:val="000000"/>
                <w:lang w:val="ru-RU"/>
              </w:rPr>
              <w:br/>
              <w:t>Юридический адрес: 410012, Саратовская обл</w:t>
            </w:r>
            <w:r w:rsidRPr="00FD1518">
              <w:rPr>
                <w:rFonts w:cs="Times New Roman"/>
                <w:color w:val="000000"/>
                <w:lang w:val="ru-RU"/>
              </w:rPr>
              <w:t>., г. Саратов, ул. им. Разина С.Т., д. 73</w:t>
            </w:r>
            <w:r w:rsidRPr="00FD1518">
              <w:rPr>
                <w:rFonts w:cs="Times New Roman"/>
                <w:color w:val="000000"/>
                <w:lang w:val="ru-RU"/>
              </w:rPr>
              <w:br/>
              <w:t>ИНН 6450109023, КПП 645001001, ОГРН 1196451027574</w:t>
            </w:r>
            <w:r w:rsidRPr="00FD1518">
              <w:rPr>
                <w:rFonts w:cs="Times New Roman"/>
                <w:color w:val="000000"/>
                <w:lang w:val="ru-RU"/>
              </w:rPr>
              <w:br/>
              <w:t>Банк получателя: ОКЦ № 3 ВВГУ Банка России//УФК по Саратовской области г. Саратов</w:t>
            </w:r>
            <w:r w:rsidRPr="00FD1518">
              <w:rPr>
                <w:rFonts w:cs="Times New Roman"/>
                <w:color w:val="000000"/>
                <w:lang w:val="ru-RU"/>
              </w:rPr>
              <w:br/>
              <w:t xml:space="preserve">БИК 01631121; счет 03224643630000006001; </w:t>
            </w:r>
          </w:p>
          <w:p w14:paraId="34C5B9CE" w14:textId="38A47EEB" w:rsidR="0027419B" w:rsidRPr="00FD1518" w:rsidRDefault="00FC460F">
            <w:pPr>
              <w:rPr>
                <w:rFonts w:cs="Times New Roman"/>
                <w:lang w:val="ru-RU"/>
              </w:rPr>
            </w:pPr>
            <w:r w:rsidRPr="00FD1518">
              <w:rPr>
                <w:rFonts w:cs="Times New Roman"/>
                <w:color w:val="000000"/>
                <w:lang w:val="ru-RU"/>
              </w:rPr>
              <w:t>л/с 018040353</w:t>
            </w:r>
            <w:r w:rsidRPr="00FD1518">
              <w:rPr>
                <w:rFonts w:cs="Times New Roman"/>
                <w:color w:val="000000"/>
                <w:lang w:val="ru-RU"/>
              </w:rPr>
              <w:br/>
            </w:r>
            <w:r w:rsidRPr="00FD1518">
              <w:rPr>
                <w:rFonts w:cs="Times New Roman"/>
                <w:color w:val="000000"/>
                <w:lang w:val="ru-RU"/>
              </w:rPr>
              <w:br/>
              <w:t>________________ С.В. Бака</w:t>
            </w:r>
            <w:r w:rsidRPr="00FD1518">
              <w:rPr>
                <w:rFonts w:cs="Times New Roman"/>
                <w:color w:val="000000"/>
                <w:lang w:val="ru-RU"/>
              </w:rPr>
              <w:t>л</w:t>
            </w:r>
          </w:p>
        </w:tc>
        <w:tc>
          <w:tcPr>
            <w:tcW w:w="5159" w:type="dxa"/>
            <w:tcMar>
              <w:top w:w="70" w:type="dxa"/>
              <w:left w:w="70" w:type="dxa"/>
              <w:bottom w:w="70" w:type="dxa"/>
              <w:right w:w="70" w:type="dxa"/>
            </w:tcMar>
            <w:vAlign w:val="center"/>
          </w:tcPr>
          <w:p w14:paraId="2075D64D" w14:textId="77777777" w:rsidR="0027419B" w:rsidRPr="00FD1518" w:rsidRDefault="00FC460F">
            <w:pPr>
              <w:rPr>
                <w:rFonts w:cs="Times New Roman"/>
                <w:lang w:val="ru-RU"/>
              </w:rPr>
            </w:pPr>
            <w:r w:rsidRPr="00FD1518">
              <w:rPr>
                <w:rFonts w:cs="Times New Roman"/>
                <w:color w:val="000000"/>
                <w:lang w:val="ru-RU"/>
              </w:rPr>
              <w:t>Наименование: __________________</w:t>
            </w:r>
            <w:r w:rsidRPr="00FD1518">
              <w:rPr>
                <w:rFonts w:cs="Times New Roman"/>
                <w:color w:val="000000"/>
                <w:lang w:val="ru-RU"/>
              </w:rPr>
              <w:br/>
              <w:t>Адрес: __________________</w:t>
            </w:r>
            <w:r w:rsidRPr="00FD1518">
              <w:rPr>
                <w:rFonts w:cs="Times New Roman"/>
                <w:color w:val="000000"/>
                <w:lang w:val="ru-RU"/>
              </w:rPr>
              <w:br/>
              <w:t>ИНН/КПП: __________________</w:t>
            </w:r>
            <w:r w:rsidRPr="00FD1518">
              <w:rPr>
                <w:rFonts w:cs="Times New Roman"/>
                <w:color w:val="000000"/>
                <w:lang w:val="ru-RU"/>
              </w:rPr>
              <w:br/>
              <w:t>Банк: __________________</w:t>
            </w:r>
            <w:r w:rsidRPr="00FD1518">
              <w:rPr>
                <w:rFonts w:cs="Times New Roman"/>
                <w:color w:val="000000"/>
                <w:lang w:val="ru-RU"/>
              </w:rPr>
              <w:br/>
              <w:t>Счет: __________________</w:t>
            </w:r>
            <w:r w:rsidRPr="00FD1518">
              <w:rPr>
                <w:rFonts w:cs="Times New Roman"/>
                <w:color w:val="000000"/>
                <w:lang w:val="ru-RU"/>
              </w:rPr>
              <w:br/>
              <w:t>БИК: __________________</w:t>
            </w:r>
            <w:r w:rsidRPr="00FD1518">
              <w:rPr>
                <w:rFonts w:cs="Times New Roman"/>
                <w:color w:val="000000"/>
                <w:lang w:val="ru-RU"/>
              </w:rPr>
              <w:br/>
            </w:r>
            <w:r w:rsidRPr="00FD1518">
              <w:rPr>
                <w:rFonts w:cs="Times New Roman"/>
                <w:color w:val="000000"/>
                <w:lang w:val="ru-RU"/>
              </w:rPr>
              <w:br/>
              <w:t>________________ /______________/</w:t>
            </w:r>
          </w:p>
        </w:tc>
      </w:tr>
    </w:tbl>
    <w:p w14:paraId="3226D4D2" w14:textId="77777777" w:rsidR="0027419B" w:rsidRPr="00FD1518" w:rsidRDefault="00FC460F">
      <w:pPr>
        <w:rPr>
          <w:rFonts w:cs="Times New Roman"/>
          <w:lang w:val="ru-RU"/>
        </w:rPr>
      </w:pPr>
      <w:r w:rsidRPr="00FD1518">
        <w:rPr>
          <w:rFonts w:cs="Times New Roman"/>
          <w:lang w:val="ru-RU"/>
        </w:rPr>
        <w:br w:type="page"/>
      </w:r>
    </w:p>
    <w:p w14:paraId="16BF48B8" w14:textId="77777777" w:rsidR="0027419B" w:rsidRPr="00FD1518" w:rsidRDefault="00FC460F">
      <w:pPr>
        <w:spacing w:after="80"/>
        <w:jc w:val="right"/>
        <w:rPr>
          <w:rFonts w:cs="Times New Roman"/>
          <w:lang w:val="ru-RU"/>
        </w:rPr>
      </w:pPr>
      <w:r w:rsidRPr="00FD1518">
        <w:rPr>
          <w:rFonts w:cs="Times New Roman"/>
          <w:color w:val="000000"/>
          <w:lang w:val="ru-RU"/>
        </w:rPr>
        <w:lastRenderedPageBreak/>
        <w:t xml:space="preserve">Приложение № 1 к Договору № ____ от «___» ____________ </w:t>
      </w:r>
      <w:r w:rsidRPr="00FD1518">
        <w:rPr>
          <w:rFonts w:cs="Times New Roman"/>
          <w:color w:val="000000"/>
          <w:lang w:val="ru-RU"/>
        </w:rPr>
        <w:t>2026 г.</w:t>
      </w:r>
    </w:p>
    <w:p w14:paraId="435578CF" w14:textId="77777777" w:rsidR="0027419B" w:rsidRPr="00FD1518" w:rsidRDefault="00FC460F">
      <w:pPr>
        <w:spacing w:after="80"/>
        <w:jc w:val="center"/>
        <w:rPr>
          <w:rFonts w:cs="Times New Roman"/>
          <w:b/>
          <w:color w:val="000000"/>
          <w:lang w:val="ru-RU"/>
        </w:rPr>
      </w:pPr>
      <w:r w:rsidRPr="00FD1518">
        <w:rPr>
          <w:rFonts w:cs="Times New Roman"/>
          <w:b/>
          <w:color w:val="000000"/>
          <w:lang w:val="ru-RU"/>
        </w:rPr>
        <w:t>СПЕЦИФИКАЦИЯ</w:t>
      </w:r>
    </w:p>
    <w:p w14:paraId="55ED2285" w14:textId="77777777" w:rsidR="00676CBF" w:rsidRPr="00FD1518" w:rsidRDefault="00676CBF">
      <w:pPr>
        <w:spacing w:after="80"/>
        <w:jc w:val="center"/>
        <w:rPr>
          <w:rFonts w:cs="Times New Roman"/>
          <w:b/>
          <w:color w:val="000000"/>
          <w:lang w:val="ru-RU"/>
        </w:rPr>
      </w:pPr>
    </w:p>
    <w:tbl>
      <w:tblPr>
        <w:tblStyle w:val="aff0"/>
        <w:tblW w:w="10209" w:type="dxa"/>
        <w:jc w:val="center"/>
        <w:tblLayout w:type="fixed"/>
        <w:tblLook w:val="04A0" w:firstRow="1" w:lastRow="0" w:firstColumn="1" w:lastColumn="0" w:noHBand="0" w:noVBand="1"/>
      </w:tblPr>
      <w:tblGrid>
        <w:gridCol w:w="562"/>
        <w:gridCol w:w="4111"/>
        <w:gridCol w:w="1843"/>
        <w:gridCol w:w="652"/>
        <w:gridCol w:w="738"/>
        <w:gridCol w:w="877"/>
        <w:gridCol w:w="8"/>
        <w:gridCol w:w="1410"/>
        <w:gridCol w:w="8"/>
      </w:tblGrid>
      <w:tr w:rsidR="00676CBF" w:rsidRPr="00FD1518" w14:paraId="4C69EA5F" w14:textId="77777777" w:rsidTr="00676CBF">
        <w:trPr>
          <w:gridAfter w:val="1"/>
          <w:wAfter w:w="8" w:type="dxa"/>
          <w:cantSplit/>
          <w:tblHeader/>
          <w:jc w:val="center"/>
        </w:trPr>
        <w:tc>
          <w:tcPr>
            <w:tcW w:w="562" w:type="dxa"/>
            <w:shd w:val="clear" w:color="auto" w:fill="auto"/>
            <w:tcMar>
              <w:top w:w="70" w:type="dxa"/>
              <w:left w:w="70" w:type="dxa"/>
              <w:bottom w:w="70" w:type="dxa"/>
              <w:right w:w="70" w:type="dxa"/>
            </w:tcMar>
            <w:vAlign w:val="center"/>
          </w:tcPr>
          <w:p w14:paraId="0FBAF691" w14:textId="77777777" w:rsidR="00676CBF" w:rsidRPr="00FD1518" w:rsidRDefault="00676CBF" w:rsidP="00EF5B41">
            <w:pPr>
              <w:jc w:val="center"/>
              <w:rPr>
                <w:rFonts w:cs="Times New Roman"/>
              </w:rPr>
            </w:pPr>
            <w:r w:rsidRPr="00FD1518">
              <w:rPr>
                <w:rFonts w:cs="Times New Roman"/>
                <w:b/>
                <w:color w:val="000000"/>
              </w:rPr>
              <w:t>№</w:t>
            </w:r>
          </w:p>
        </w:tc>
        <w:tc>
          <w:tcPr>
            <w:tcW w:w="4111" w:type="dxa"/>
            <w:shd w:val="clear" w:color="auto" w:fill="auto"/>
            <w:tcMar>
              <w:top w:w="70" w:type="dxa"/>
              <w:left w:w="70" w:type="dxa"/>
              <w:bottom w:w="70" w:type="dxa"/>
              <w:right w:w="70" w:type="dxa"/>
            </w:tcMar>
            <w:vAlign w:val="center"/>
          </w:tcPr>
          <w:p w14:paraId="1291CD47" w14:textId="77777777" w:rsidR="00676CBF" w:rsidRPr="00FD1518" w:rsidRDefault="00676CBF" w:rsidP="00EF5B41">
            <w:pPr>
              <w:jc w:val="center"/>
              <w:rPr>
                <w:rFonts w:cs="Times New Roman"/>
              </w:rPr>
            </w:pPr>
            <w:proofErr w:type="spellStart"/>
            <w:r w:rsidRPr="00FD1518">
              <w:rPr>
                <w:rFonts w:cs="Times New Roman"/>
                <w:b/>
                <w:color w:val="000000"/>
              </w:rPr>
              <w:t>Наименование</w:t>
            </w:r>
            <w:proofErr w:type="spellEnd"/>
            <w:r w:rsidRPr="00FD1518">
              <w:rPr>
                <w:rFonts w:cs="Times New Roman"/>
                <w:b/>
                <w:color w:val="000000"/>
              </w:rPr>
              <w:t xml:space="preserve"> </w:t>
            </w:r>
            <w:proofErr w:type="spellStart"/>
            <w:r w:rsidRPr="00FD1518">
              <w:rPr>
                <w:rFonts w:cs="Times New Roman"/>
                <w:b/>
                <w:color w:val="000000"/>
              </w:rPr>
              <w:t>товара</w:t>
            </w:r>
            <w:proofErr w:type="spellEnd"/>
          </w:p>
        </w:tc>
        <w:tc>
          <w:tcPr>
            <w:tcW w:w="1843" w:type="dxa"/>
            <w:shd w:val="clear" w:color="auto" w:fill="auto"/>
            <w:tcMar>
              <w:top w:w="70" w:type="dxa"/>
              <w:left w:w="70" w:type="dxa"/>
              <w:bottom w:w="70" w:type="dxa"/>
              <w:right w:w="70" w:type="dxa"/>
            </w:tcMar>
            <w:vAlign w:val="center"/>
          </w:tcPr>
          <w:p w14:paraId="7E7CE3E5" w14:textId="77777777" w:rsidR="00676CBF" w:rsidRPr="00FD1518" w:rsidRDefault="00676CBF" w:rsidP="00EF5B41">
            <w:pPr>
              <w:jc w:val="center"/>
              <w:rPr>
                <w:rFonts w:cs="Times New Roman"/>
              </w:rPr>
            </w:pPr>
            <w:proofErr w:type="spellStart"/>
            <w:r w:rsidRPr="00FD1518">
              <w:rPr>
                <w:rFonts w:cs="Times New Roman"/>
                <w:b/>
                <w:color w:val="000000"/>
              </w:rPr>
              <w:t>Страна</w:t>
            </w:r>
            <w:proofErr w:type="spellEnd"/>
            <w:r w:rsidRPr="00FD1518">
              <w:rPr>
                <w:rFonts w:cs="Times New Roman"/>
                <w:b/>
                <w:color w:val="000000"/>
              </w:rPr>
              <w:t xml:space="preserve"> </w:t>
            </w:r>
            <w:proofErr w:type="spellStart"/>
            <w:r w:rsidRPr="00FD1518">
              <w:rPr>
                <w:rFonts w:cs="Times New Roman"/>
                <w:b/>
                <w:color w:val="000000"/>
              </w:rPr>
              <w:t>происхождения</w:t>
            </w:r>
            <w:proofErr w:type="spellEnd"/>
            <w:r w:rsidRPr="00FD1518">
              <w:rPr>
                <w:rFonts w:cs="Times New Roman"/>
                <w:b/>
                <w:color w:val="000000"/>
              </w:rPr>
              <w:t xml:space="preserve">, </w:t>
            </w:r>
            <w:proofErr w:type="spellStart"/>
            <w:r w:rsidRPr="00FD1518">
              <w:rPr>
                <w:rFonts w:cs="Times New Roman"/>
                <w:b/>
                <w:color w:val="000000"/>
              </w:rPr>
              <w:t>реестровая</w:t>
            </w:r>
            <w:proofErr w:type="spellEnd"/>
            <w:r w:rsidRPr="00FD1518">
              <w:rPr>
                <w:rFonts w:cs="Times New Roman"/>
                <w:b/>
                <w:color w:val="000000"/>
              </w:rPr>
              <w:t xml:space="preserve"> </w:t>
            </w:r>
            <w:proofErr w:type="spellStart"/>
            <w:r w:rsidRPr="00FD1518">
              <w:rPr>
                <w:rFonts w:cs="Times New Roman"/>
                <w:b/>
                <w:color w:val="000000"/>
              </w:rPr>
              <w:t>запись</w:t>
            </w:r>
            <w:proofErr w:type="spellEnd"/>
          </w:p>
        </w:tc>
        <w:tc>
          <w:tcPr>
            <w:tcW w:w="652" w:type="dxa"/>
            <w:shd w:val="clear" w:color="auto" w:fill="auto"/>
            <w:tcMar>
              <w:top w:w="70" w:type="dxa"/>
              <w:left w:w="70" w:type="dxa"/>
              <w:bottom w:w="70" w:type="dxa"/>
              <w:right w:w="70" w:type="dxa"/>
            </w:tcMar>
            <w:vAlign w:val="center"/>
          </w:tcPr>
          <w:p w14:paraId="183FD6DC" w14:textId="77777777" w:rsidR="00676CBF" w:rsidRPr="00FD1518" w:rsidRDefault="00676CBF" w:rsidP="00EF5B41">
            <w:pPr>
              <w:jc w:val="center"/>
              <w:rPr>
                <w:rFonts w:cs="Times New Roman"/>
              </w:rPr>
            </w:pPr>
            <w:proofErr w:type="spellStart"/>
            <w:r w:rsidRPr="00FD1518">
              <w:rPr>
                <w:rFonts w:cs="Times New Roman"/>
                <w:b/>
                <w:color w:val="000000"/>
              </w:rPr>
              <w:t>Ед</w:t>
            </w:r>
            <w:proofErr w:type="spellEnd"/>
            <w:r w:rsidRPr="00FD1518">
              <w:rPr>
                <w:rFonts w:cs="Times New Roman"/>
                <w:b/>
                <w:color w:val="000000"/>
              </w:rPr>
              <w:t>.</w:t>
            </w:r>
          </w:p>
        </w:tc>
        <w:tc>
          <w:tcPr>
            <w:tcW w:w="738" w:type="dxa"/>
            <w:shd w:val="clear" w:color="auto" w:fill="auto"/>
            <w:tcMar>
              <w:top w:w="70" w:type="dxa"/>
              <w:left w:w="70" w:type="dxa"/>
              <w:bottom w:w="70" w:type="dxa"/>
              <w:right w:w="70" w:type="dxa"/>
            </w:tcMar>
            <w:vAlign w:val="center"/>
          </w:tcPr>
          <w:p w14:paraId="64226367" w14:textId="77777777" w:rsidR="00676CBF" w:rsidRPr="00FD1518" w:rsidRDefault="00676CBF" w:rsidP="00EF5B41">
            <w:pPr>
              <w:jc w:val="center"/>
              <w:rPr>
                <w:rFonts w:cs="Times New Roman"/>
              </w:rPr>
            </w:pPr>
            <w:proofErr w:type="spellStart"/>
            <w:r w:rsidRPr="00FD1518">
              <w:rPr>
                <w:rFonts w:cs="Times New Roman"/>
                <w:b/>
                <w:color w:val="000000"/>
              </w:rPr>
              <w:t>Кол-во</w:t>
            </w:r>
            <w:proofErr w:type="spellEnd"/>
          </w:p>
        </w:tc>
        <w:tc>
          <w:tcPr>
            <w:tcW w:w="877" w:type="dxa"/>
            <w:shd w:val="clear" w:color="auto" w:fill="auto"/>
            <w:tcMar>
              <w:top w:w="70" w:type="dxa"/>
              <w:left w:w="70" w:type="dxa"/>
              <w:bottom w:w="70" w:type="dxa"/>
              <w:right w:w="70" w:type="dxa"/>
            </w:tcMar>
            <w:vAlign w:val="center"/>
          </w:tcPr>
          <w:p w14:paraId="164C4A13" w14:textId="77777777" w:rsidR="00676CBF" w:rsidRPr="00FD1518" w:rsidRDefault="00676CBF" w:rsidP="00EF5B41">
            <w:pPr>
              <w:jc w:val="center"/>
              <w:rPr>
                <w:rFonts w:cs="Times New Roman"/>
              </w:rPr>
            </w:pPr>
            <w:proofErr w:type="spellStart"/>
            <w:r w:rsidRPr="00FD1518">
              <w:rPr>
                <w:rFonts w:cs="Times New Roman"/>
                <w:b/>
                <w:color w:val="000000"/>
              </w:rPr>
              <w:t>Цена</w:t>
            </w:r>
            <w:proofErr w:type="spellEnd"/>
            <w:r w:rsidRPr="00FD1518">
              <w:rPr>
                <w:rFonts w:cs="Times New Roman"/>
                <w:b/>
                <w:color w:val="000000"/>
              </w:rPr>
              <w:t xml:space="preserve">, </w:t>
            </w:r>
            <w:proofErr w:type="spellStart"/>
            <w:r w:rsidRPr="00FD1518">
              <w:rPr>
                <w:rFonts w:cs="Times New Roman"/>
                <w:b/>
                <w:color w:val="000000"/>
              </w:rPr>
              <w:t>руб</w:t>
            </w:r>
            <w:proofErr w:type="spellEnd"/>
            <w:r w:rsidRPr="00FD1518">
              <w:rPr>
                <w:rFonts w:cs="Times New Roman"/>
                <w:b/>
                <w:color w:val="000000"/>
              </w:rPr>
              <w:t>.</w:t>
            </w:r>
          </w:p>
        </w:tc>
        <w:tc>
          <w:tcPr>
            <w:tcW w:w="1418" w:type="dxa"/>
            <w:gridSpan w:val="2"/>
            <w:shd w:val="clear" w:color="auto" w:fill="auto"/>
            <w:tcMar>
              <w:top w:w="70" w:type="dxa"/>
              <w:left w:w="70" w:type="dxa"/>
              <w:bottom w:w="70" w:type="dxa"/>
              <w:right w:w="70" w:type="dxa"/>
            </w:tcMar>
            <w:vAlign w:val="center"/>
          </w:tcPr>
          <w:p w14:paraId="07C284B6" w14:textId="77777777" w:rsidR="00676CBF" w:rsidRPr="00FD1518" w:rsidRDefault="00676CBF" w:rsidP="00EF5B41">
            <w:pPr>
              <w:jc w:val="center"/>
              <w:rPr>
                <w:rFonts w:cs="Times New Roman"/>
              </w:rPr>
            </w:pPr>
            <w:proofErr w:type="spellStart"/>
            <w:r w:rsidRPr="00FD1518">
              <w:rPr>
                <w:rFonts w:cs="Times New Roman"/>
                <w:b/>
                <w:color w:val="000000"/>
              </w:rPr>
              <w:t>Сумма</w:t>
            </w:r>
            <w:proofErr w:type="spellEnd"/>
            <w:r w:rsidRPr="00FD1518">
              <w:rPr>
                <w:rFonts w:cs="Times New Roman"/>
                <w:b/>
                <w:color w:val="000000"/>
              </w:rPr>
              <w:t xml:space="preserve">, </w:t>
            </w:r>
            <w:proofErr w:type="spellStart"/>
            <w:r w:rsidRPr="00FD1518">
              <w:rPr>
                <w:rFonts w:cs="Times New Roman"/>
                <w:b/>
                <w:color w:val="000000"/>
              </w:rPr>
              <w:t>руб</w:t>
            </w:r>
            <w:proofErr w:type="spellEnd"/>
            <w:r w:rsidRPr="00FD1518">
              <w:rPr>
                <w:rFonts w:cs="Times New Roman"/>
                <w:b/>
                <w:color w:val="000000"/>
              </w:rPr>
              <w:t>.</w:t>
            </w:r>
          </w:p>
        </w:tc>
      </w:tr>
      <w:tr w:rsidR="00676CBF" w:rsidRPr="00FD1518" w14:paraId="475ED7B6" w14:textId="77777777" w:rsidTr="00452CC3">
        <w:trPr>
          <w:gridAfter w:val="1"/>
          <w:wAfter w:w="8" w:type="dxa"/>
          <w:cantSplit/>
          <w:jc w:val="center"/>
        </w:trPr>
        <w:tc>
          <w:tcPr>
            <w:tcW w:w="562" w:type="dxa"/>
            <w:tcMar>
              <w:top w:w="70" w:type="dxa"/>
              <w:left w:w="70" w:type="dxa"/>
              <w:bottom w:w="70" w:type="dxa"/>
              <w:right w:w="70" w:type="dxa"/>
            </w:tcMar>
            <w:vAlign w:val="center"/>
          </w:tcPr>
          <w:p w14:paraId="16511774" w14:textId="77777777" w:rsidR="00676CBF" w:rsidRPr="00FD1518" w:rsidRDefault="00676CBF" w:rsidP="00EF5B41">
            <w:pPr>
              <w:jc w:val="center"/>
              <w:rPr>
                <w:rFonts w:cs="Times New Roman"/>
              </w:rPr>
            </w:pPr>
            <w:r w:rsidRPr="00FD1518">
              <w:rPr>
                <w:rFonts w:cs="Times New Roman"/>
                <w:color w:val="000000"/>
              </w:rPr>
              <w:t>1</w:t>
            </w:r>
          </w:p>
        </w:tc>
        <w:tc>
          <w:tcPr>
            <w:tcW w:w="4111" w:type="dxa"/>
            <w:shd w:val="clear" w:color="auto" w:fill="auto"/>
            <w:tcMar>
              <w:top w:w="70" w:type="dxa"/>
              <w:left w:w="70" w:type="dxa"/>
              <w:bottom w:w="70" w:type="dxa"/>
              <w:right w:w="70" w:type="dxa"/>
            </w:tcMar>
            <w:vAlign w:val="center"/>
          </w:tcPr>
          <w:p w14:paraId="3FFD87EB" w14:textId="77777777" w:rsidR="00676CBF" w:rsidRPr="00452CC3" w:rsidRDefault="00676CBF" w:rsidP="00EF5B41">
            <w:pPr>
              <w:rPr>
                <w:rFonts w:cs="Times New Roman"/>
                <w:lang w:val="ru-RU"/>
              </w:rPr>
            </w:pPr>
            <w:bookmarkStart w:id="11" w:name="_GoBack"/>
            <w:bookmarkEnd w:id="11"/>
            <w:r w:rsidRPr="00452CC3">
              <w:rPr>
                <w:lang w:val="ru-RU"/>
              </w:rPr>
              <w:t>Ширма медицинская двухсекционная (ширма прикроватная, код вида медицинского изделия 184200)</w:t>
            </w:r>
          </w:p>
        </w:tc>
        <w:tc>
          <w:tcPr>
            <w:tcW w:w="1843" w:type="dxa"/>
            <w:tcMar>
              <w:top w:w="70" w:type="dxa"/>
              <w:left w:w="70" w:type="dxa"/>
              <w:bottom w:w="70" w:type="dxa"/>
              <w:right w:w="70" w:type="dxa"/>
            </w:tcMar>
            <w:vAlign w:val="center"/>
          </w:tcPr>
          <w:p w14:paraId="7C5426D9" w14:textId="77777777" w:rsidR="00676CBF" w:rsidRPr="00452CC3" w:rsidRDefault="00676CBF" w:rsidP="00EF5B41">
            <w:pPr>
              <w:jc w:val="center"/>
              <w:rPr>
                <w:rFonts w:cs="Times New Roman"/>
                <w:lang w:val="ru-RU"/>
              </w:rPr>
            </w:pPr>
          </w:p>
        </w:tc>
        <w:tc>
          <w:tcPr>
            <w:tcW w:w="652" w:type="dxa"/>
            <w:tcMar>
              <w:top w:w="70" w:type="dxa"/>
              <w:left w:w="70" w:type="dxa"/>
              <w:bottom w:w="70" w:type="dxa"/>
              <w:right w:w="70" w:type="dxa"/>
            </w:tcMar>
            <w:vAlign w:val="center"/>
          </w:tcPr>
          <w:p w14:paraId="436342ED" w14:textId="77777777" w:rsidR="00676CBF" w:rsidRPr="00FD1518" w:rsidRDefault="00676CBF" w:rsidP="00EF5B41">
            <w:pPr>
              <w:jc w:val="center"/>
              <w:rPr>
                <w:rFonts w:cs="Times New Roman"/>
              </w:rPr>
            </w:pPr>
            <w:proofErr w:type="spellStart"/>
            <w:r w:rsidRPr="00FD1518">
              <w:rPr>
                <w:rFonts w:cs="Times New Roman"/>
                <w:color w:val="000000"/>
              </w:rPr>
              <w:t>шт</w:t>
            </w:r>
            <w:proofErr w:type="spellEnd"/>
            <w:r w:rsidRPr="00FD1518">
              <w:rPr>
                <w:rFonts w:cs="Times New Roman"/>
                <w:color w:val="000000"/>
              </w:rPr>
              <w:t>.</w:t>
            </w:r>
          </w:p>
        </w:tc>
        <w:tc>
          <w:tcPr>
            <w:tcW w:w="738" w:type="dxa"/>
            <w:tcMar>
              <w:top w:w="70" w:type="dxa"/>
              <w:left w:w="70" w:type="dxa"/>
              <w:bottom w:w="70" w:type="dxa"/>
              <w:right w:w="70" w:type="dxa"/>
            </w:tcMar>
            <w:vAlign w:val="center"/>
          </w:tcPr>
          <w:p w14:paraId="520B4DBF" w14:textId="77777777" w:rsidR="00676CBF" w:rsidRPr="00FD1518" w:rsidRDefault="00676CBF" w:rsidP="00EF5B41">
            <w:pPr>
              <w:jc w:val="center"/>
              <w:rPr>
                <w:rFonts w:cs="Times New Roman"/>
              </w:rPr>
            </w:pPr>
            <w:r w:rsidRPr="00FD1518">
              <w:rPr>
                <w:rFonts w:cs="Times New Roman"/>
                <w:color w:val="000000"/>
              </w:rPr>
              <w:t>1</w:t>
            </w:r>
          </w:p>
        </w:tc>
        <w:tc>
          <w:tcPr>
            <w:tcW w:w="877" w:type="dxa"/>
            <w:tcMar>
              <w:top w:w="70" w:type="dxa"/>
              <w:left w:w="70" w:type="dxa"/>
              <w:bottom w:w="70" w:type="dxa"/>
              <w:right w:w="70" w:type="dxa"/>
            </w:tcMar>
            <w:vAlign w:val="center"/>
          </w:tcPr>
          <w:p w14:paraId="16B27573" w14:textId="77777777" w:rsidR="00676CBF" w:rsidRPr="00FD1518" w:rsidRDefault="00676CBF" w:rsidP="00EF5B41">
            <w:pPr>
              <w:jc w:val="center"/>
              <w:rPr>
                <w:rFonts w:cs="Times New Roman"/>
              </w:rPr>
            </w:pPr>
          </w:p>
        </w:tc>
        <w:tc>
          <w:tcPr>
            <w:tcW w:w="1418" w:type="dxa"/>
            <w:gridSpan w:val="2"/>
            <w:tcMar>
              <w:top w:w="70" w:type="dxa"/>
              <w:left w:w="70" w:type="dxa"/>
              <w:bottom w:w="70" w:type="dxa"/>
              <w:right w:w="70" w:type="dxa"/>
            </w:tcMar>
            <w:vAlign w:val="center"/>
          </w:tcPr>
          <w:p w14:paraId="5750872E" w14:textId="77777777" w:rsidR="00676CBF" w:rsidRPr="00FD1518" w:rsidRDefault="00676CBF" w:rsidP="00EF5B41">
            <w:pPr>
              <w:jc w:val="center"/>
              <w:rPr>
                <w:rFonts w:cs="Times New Roman"/>
              </w:rPr>
            </w:pPr>
          </w:p>
        </w:tc>
      </w:tr>
      <w:tr w:rsidR="00676CBF" w:rsidRPr="00FD1518" w14:paraId="6C5125E3" w14:textId="77777777" w:rsidTr="00676CBF">
        <w:trPr>
          <w:gridAfter w:val="1"/>
          <w:wAfter w:w="8" w:type="dxa"/>
          <w:cantSplit/>
          <w:jc w:val="center"/>
        </w:trPr>
        <w:tc>
          <w:tcPr>
            <w:tcW w:w="562" w:type="dxa"/>
            <w:tcMar>
              <w:top w:w="70" w:type="dxa"/>
              <w:left w:w="70" w:type="dxa"/>
              <w:bottom w:w="70" w:type="dxa"/>
              <w:right w:w="70" w:type="dxa"/>
            </w:tcMar>
            <w:vAlign w:val="center"/>
          </w:tcPr>
          <w:p w14:paraId="1C863F74" w14:textId="77777777" w:rsidR="00676CBF" w:rsidRPr="00FD1518" w:rsidRDefault="00676CBF" w:rsidP="00EF5B41">
            <w:pPr>
              <w:jc w:val="center"/>
              <w:rPr>
                <w:rFonts w:cs="Times New Roman"/>
              </w:rPr>
            </w:pPr>
            <w:r w:rsidRPr="00FD1518">
              <w:rPr>
                <w:rFonts w:cs="Times New Roman"/>
                <w:color w:val="000000"/>
              </w:rPr>
              <w:t>2</w:t>
            </w:r>
          </w:p>
        </w:tc>
        <w:tc>
          <w:tcPr>
            <w:tcW w:w="4111" w:type="dxa"/>
            <w:tcMar>
              <w:top w:w="70" w:type="dxa"/>
              <w:left w:w="70" w:type="dxa"/>
              <w:bottom w:w="70" w:type="dxa"/>
              <w:right w:w="70" w:type="dxa"/>
            </w:tcMar>
            <w:vAlign w:val="center"/>
          </w:tcPr>
          <w:p w14:paraId="653D12EA" w14:textId="77777777" w:rsidR="00676CBF" w:rsidRPr="00FD1518" w:rsidRDefault="00676CBF" w:rsidP="00EF5B41">
            <w:pPr>
              <w:rPr>
                <w:rFonts w:cs="Times New Roman"/>
                <w:lang w:val="ru-RU"/>
              </w:rPr>
            </w:pPr>
            <w:r w:rsidRPr="00FD1518">
              <w:rPr>
                <w:rFonts w:cs="Times New Roman"/>
                <w:color w:val="000000"/>
                <w:lang w:val="ru-RU"/>
              </w:rPr>
              <w:t>Стол медицинский перевязочный с электроприводом</w:t>
            </w:r>
          </w:p>
        </w:tc>
        <w:tc>
          <w:tcPr>
            <w:tcW w:w="1843" w:type="dxa"/>
            <w:tcMar>
              <w:top w:w="70" w:type="dxa"/>
              <w:left w:w="70" w:type="dxa"/>
              <w:bottom w:w="70" w:type="dxa"/>
              <w:right w:w="70" w:type="dxa"/>
            </w:tcMar>
            <w:vAlign w:val="center"/>
          </w:tcPr>
          <w:p w14:paraId="730B89AD" w14:textId="77777777" w:rsidR="00676CBF" w:rsidRPr="00FD1518" w:rsidRDefault="00676CBF" w:rsidP="00EF5B41">
            <w:pPr>
              <w:jc w:val="center"/>
              <w:rPr>
                <w:rFonts w:cs="Times New Roman"/>
                <w:lang w:val="ru-RU"/>
              </w:rPr>
            </w:pPr>
          </w:p>
        </w:tc>
        <w:tc>
          <w:tcPr>
            <w:tcW w:w="652" w:type="dxa"/>
            <w:tcMar>
              <w:top w:w="70" w:type="dxa"/>
              <w:left w:w="70" w:type="dxa"/>
              <w:bottom w:w="70" w:type="dxa"/>
              <w:right w:w="70" w:type="dxa"/>
            </w:tcMar>
            <w:vAlign w:val="center"/>
          </w:tcPr>
          <w:p w14:paraId="1CAD968E" w14:textId="77777777" w:rsidR="00676CBF" w:rsidRPr="00FD1518" w:rsidRDefault="00676CBF" w:rsidP="00EF5B41">
            <w:pPr>
              <w:jc w:val="center"/>
              <w:rPr>
                <w:rFonts w:cs="Times New Roman"/>
              </w:rPr>
            </w:pPr>
            <w:proofErr w:type="spellStart"/>
            <w:r w:rsidRPr="00FD1518">
              <w:rPr>
                <w:rFonts w:cs="Times New Roman"/>
                <w:color w:val="000000"/>
              </w:rPr>
              <w:t>шт</w:t>
            </w:r>
            <w:proofErr w:type="spellEnd"/>
            <w:r w:rsidRPr="00FD1518">
              <w:rPr>
                <w:rFonts w:cs="Times New Roman"/>
                <w:color w:val="000000"/>
              </w:rPr>
              <w:t>.</w:t>
            </w:r>
          </w:p>
        </w:tc>
        <w:tc>
          <w:tcPr>
            <w:tcW w:w="738" w:type="dxa"/>
            <w:tcMar>
              <w:top w:w="70" w:type="dxa"/>
              <w:left w:w="70" w:type="dxa"/>
              <w:bottom w:w="70" w:type="dxa"/>
              <w:right w:w="70" w:type="dxa"/>
            </w:tcMar>
            <w:vAlign w:val="center"/>
          </w:tcPr>
          <w:p w14:paraId="4A757DDB" w14:textId="77777777" w:rsidR="00676CBF" w:rsidRPr="00FD1518" w:rsidRDefault="00676CBF" w:rsidP="00EF5B41">
            <w:pPr>
              <w:jc w:val="center"/>
              <w:rPr>
                <w:rFonts w:cs="Times New Roman"/>
              </w:rPr>
            </w:pPr>
            <w:r w:rsidRPr="00FD1518">
              <w:rPr>
                <w:rFonts w:cs="Times New Roman"/>
                <w:color w:val="000000"/>
              </w:rPr>
              <w:t>1</w:t>
            </w:r>
          </w:p>
        </w:tc>
        <w:tc>
          <w:tcPr>
            <w:tcW w:w="877" w:type="dxa"/>
            <w:tcMar>
              <w:top w:w="70" w:type="dxa"/>
              <w:left w:w="70" w:type="dxa"/>
              <w:bottom w:w="70" w:type="dxa"/>
              <w:right w:w="70" w:type="dxa"/>
            </w:tcMar>
            <w:vAlign w:val="center"/>
          </w:tcPr>
          <w:p w14:paraId="186A2436" w14:textId="77777777" w:rsidR="00676CBF" w:rsidRPr="00FD1518" w:rsidRDefault="00676CBF" w:rsidP="00EF5B41">
            <w:pPr>
              <w:jc w:val="center"/>
              <w:rPr>
                <w:rFonts w:cs="Times New Roman"/>
              </w:rPr>
            </w:pPr>
          </w:p>
        </w:tc>
        <w:tc>
          <w:tcPr>
            <w:tcW w:w="1418" w:type="dxa"/>
            <w:gridSpan w:val="2"/>
            <w:tcMar>
              <w:top w:w="70" w:type="dxa"/>
              <w:left w:w="70" w:type="dxa"/>
              <w:bottom w:w="70" w:type="dxa"/>
              <w:right w:w="70" w:type="dxa"/>
            </w:tcMar>
            <w:vAlign w:val="center"/>
          </w:tcPr>
          <w:p w14:paraId="3AFBE370" w14:textId="77777777" w:rsidR="00676CBF" w:rsidRPr="00FD1518" w:rsidRDefault="00676CBF" w:rsidP="00EF5B41">
            <w:pPr>
              <w:jc w:val="center"/>
              <w:rPr>
                <w:rFonts w:cs="Times New Roman"/>
              </w:rPr>
            </w:pPr>
          </w:p>
        </w:tc>
      </w:tr>
      <w:tr w:rsidR="00676CBF" w:rsidRPr="00FD1518" w14:paraId="4E2BC491" w14:textId="77777777" w:rsidTr="00676CBF">
        <w:trPr>
          <w:cantSplit/>
          <w:jc w:val="center"/>
        </w:trPr>
        <w:tc>
          <w:tcPr>
            <w:tcW w:w="8791" w:type="dxa"/>
            <w:gridSpan w:val="7"/>
            <w:tcMar>
              <w:top w:w="70" w:type="dxa"/>
              <w:left w:w="70" w:type="dxa"/>
              <w:bottom w:w="70" w:type="dxa"/>
              <w:right w:w="70" w:type="dxa"/>
            </w:tcMar>
            <w:vAlign w:val="center"/>
          </w:tcPr>
          <w:p w14:paraId="00276C61" w14:textId="77777777" w:rsidR="00676CBF" w:rsidRPr="00FD1518" w:rsidRDefault="00676CBF" w:rsidP="00EF5B41">
            <w:pPr>
              <w:rPr>
                <w:rFonts w:cs="Times New Roman"/>
              </w:rPr>
            </w:pPr>
            <w:r w:rsidRPr="00FD1518">
              <w:rPr>
                <w:rFonts w:cs="Times New Roman"/>
                <w:color w:val="000000"/>
              </w:rPr>
              <w:t>ИТОГО</w:t>
            </w:r>
          </w:p>
        </w:tc>
        <w:tc>
          <w:tcPr>
            <w:tcW w:w="1418" w:type="dxa"/>
            <w:gridSpan w:val="2"/>
            <w:tcMar>
              <w:top w:w="70" w:type="dxa"/>
              <w:left w:w="70" w:type="dxa"/>
              <w:bottom w:w="70" w:type="dxa"/>
              <w:right w:w="70" w:type="dxa"/>
            </w:tcMar>
            <w:vAlign w:val="center"/>
          </w:tcPr>
          <w:p w14:paraId="037582E9" w14:textId="77777777" w:rsidR="00676CBF" w:rsidRPr="00FD1518" w:rsidRDefault="00676CBF" w:rsidP="00EF5B41">
            <w:pPr>
              <w:rPr>
                <w:rFonts w:cs="Times New Roman"/>
              </w:rPr>
            </w:pPr>
          </w:p>
        </w:tc>
      </w:tr>
    </w:tbl>
    <w:p w14:paraId="3B56E5CE" w14:textId="77777777" w:rsidR="00676CBF" w:rsidRPr="00FD1518" w:rsidRDefault="00676CBF">
      <w:pPr>
        <w:spacing w:after="80"/>
        <w:jc w:val="center"/>
        <w:rPr>
          <w:rFonts w:cs="Times New Roman"/>
          <w:lang w:val="ru-RU"/>
        </w:rPr>
      </w:pPr>
    </w:p>
    <w:p w14:paraId="3FF3E5C1" w14:textId="77777777" w:rsidR="0027419B" w:rsidRPr="00FD1518" w:rsidRDefault="00FC460F">
      <w:pPr>
        <w:spacing w:after="80"/>
        <w:rPr>
          <w:rFonts w:cs="Times New Roman"/>
          <w:lang w:val="ru-RU"/>
        </w:rPr>
      </w:pPr>
      <w:r w:rsidRPr="00FD1518">
        <w:rPr>
          <w:rFonts w:cs="Times New Roman"/>
          <w:color w:val="000000"/>
          <w:lang w:val="ru-RU"/>
        </w:rPr>
        <w:t>Поставщик: __________________ /______________/        Заказчик: __________________ /С.В. Бакал/</w:t>
      </w:r>
    </w:p>
    <w:sectPr w:rsidR="0027419B" w:rsidRPr="00FD1518" w:rsidSect="00034616">
      <w:pgSz w:w="11906" w:h="16838"/>
      <w:pgMar w:top="680" w:right="680" w:bottom="680"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F5B289" w14:textId="77777777" w:rsidR="00FC460F" w:rsidRDefault="00FC460F" w:rsidP="00E14AF9">
      <w:r>
        <w:separator/>
      </w:r>
    </w:p>
  </w:endnote>
  <w:endnote w:type="continuationSeparator" w:id="0">
    <w:p w14:paraId="0B3B3DEF" w14:textId="77777777" w:rsidR="00FC460F" w:rsidRDefault="00FC460F" w:rsidP="00E14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A13294" w14:textId="77777777" w:rsidR="00FC460F" w:rsidRDefault="00FC460F" w:rsidP="00E14AF9">
      <w:r>
        <w:separator/>
      </w:r>
    </w:p>
  </w:footnote>
  <w:footnote w:type="continuationSeparator" w:id="0">
    <w:p w14:paraId="20A6AA5E" w14:textId="77777777" w:rsidR="00FC460F" w:rsidRDefault="00FC460F" w:rsidP="00E14AF9">
      <w:r>
        <w:continuationSeparator/>
      </w:r>
    </w:p>
  </w:footnote>
  <w:footnote w:id="1">
    <w:p w14:paraId="2C42F572" w14:textId="77777777" w:rsidR="00E14AF9" w:rsidRPr="00E14AF9" w:rsidRDefault="00E14AF9" w:rsidP="00E14AF9">
      <w:pPr>
        <w:jc w:val="both"/>
        <w:rPr>
          <w:lang w:val="ru-RU"/>
        </w:rPr>
      </w:pPr>
      <w:r>
        <w:footnoteRef/>
      </w:r>
      <w:r w:rsidRPr="00E14AF9">
        <w:rPr>
          <w:lang w:val="ru-RU"/>
        </w:rPr>
        <w:t xml:space="preserve"> При условии наличия у Поставщика обязанности по уплате НДС в соответствии с налоговым законодательством Российской Федерации. В случае если у Поставщика в соответствии с налоговым законодательством Российской Федерации обязанность по уплате НДС отсутствует, в настоящем пункте указывается: НДС не предусмотрен)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36C61BBE"/>
    <w:multiLevelType w:val="multilevel"/>
    <w:tmpl w:val="FA007290"/>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B6168"/>
    <w:rsid w:val="00113EDB"/>
    <w:rsid w:val="0015074B"/>
    <w:rsid w:val="0027419B"/>
    <w:rsid w:val="00274A59"/>
    <w:rsid w:val="0029639D"/>
    <w:rsid w:val="00315A75"/>
    <w:rsid w:val="00326F90"/>
    <w:rsid w:val="003C6CAF"/>
    <w:rsid w:val="003D41B2"/>
    <w:rsid w:val="00452CC3"/>
    <w:rsid w:val="004A6D87"/>
    <w:rsid w:val="00602FB4"/>
    <w:rsid w:val="006110D9"/>
    <w:rsid w:val="00614A51"/>
    <w:rsid w:val="00676CBF"/>
    <w:rsid w:val="006B5593"/>
    <w:rsid w:val="00745182"/>
    <w:rsid w:val="00AA1D8D"/>
    <w:rsid w:val="00AA5F17"/>
    <w:rsid w:val="00B47730"/>
    <w:rsid w:val="00CB0664"/>
    <w:rsid w:val="00E14AF9"/>
    <w:rsid w:val="00EB5F4A"/>
    <w:rsid w:val="00FC460F"/>
    <w:rsid w:val="00FC6738"/>
    <w:rsid w:val="00FC693F"/>
    <w:rsid w:val="00FD15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13B271"/>
  <w14:defaultImageDpi w14:val="300"/>
  <w15:docId w15:val="{B48CFF81-F7E5-45A6-ACED-9B7060668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000000"/>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000000"/>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000000"/>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ff8">
    <w:name w:val="Таблицы (моноширинный)"/>
    <w:basedOn w:val="a1"/>
    <w:next w:val="a1"/>
    <w:link w:val="aff9"/>
    <w:uiPriority w:val="99"/>
    <w:rsid w:val="00E14AF9"/>
    <w:rPr>
      <w:rFonts w:ascii="Courier New" w:hAnsi="Courier New" w:cs="Times New Roman"/>
      <w:sz w:val="20"/>
      <w:szCs w:val="20"/>
      <w:lang w:val="x-none" w:eastAsia="x-none"/>
    </w:rPr>
  </w:style>
  <w:style w:type="character" w:customStyle="1" w:styleId="aff9">
    <w:name w:val="Таблицы (моноширинный) Знак"/>
    <w:link w:val="aff8"/>
    <w:uiPriority w:val="99"/>
    <w:locked/>
    <w:rsid w:val="00E14AF9"/>
    <w:rPr>
      <w:rFonts w:ascii="Courier New" w:eastAsia="Times New Roman" w:hAnsi="Courier New" w:cs="Times New Roman"/>
      <w:sz w:val="20"/>
      <w:szCs w:val="20"/>
      <w:lang w:val="x-none" w:eastAsia="x-none"/>
    </w:rPr>
  </w:style>
  <w:style w:type="paragraph" w:styleId="affa">
    <w:name w:val="footnote text"/>
    <w:basedOn w:val="a1"/>
    <w:link w:val="affb"/>
    <w:uiPriority w:val="99"/>
    <w:unhideWhenUsed/>
    <w:rsid w:val="00E14AF9"/>
    <w:rPr>
      <w:rFonts w:cs="Times New Roman"/>
      <w:sz w:val="20"/>
      <w:szCs w:val="20"/>
      <w:lang w:val="ru-RU" w:eastAsia="ru-RU"/>
    </w:rPr>
  </w:style>
  <w:style w:type="character" w:customStyle="1" w:styleId="affb">
    <w:name w:val="Текст сноски Знак"/>
    <w:basedOn w:val="a2"/>
    <w:link w:val="affa"/>
    <w:uiPriority w:val="99"/>
    <w:rsid w:val="00E14AF9"/>
    <w:rPr>
      <w:rFonts w:ascii="Times New Roman" w:eastAsia="Times New Roman" w:hAnsi="Times New Roman" w:cs="Times New Roman"/>
      <w:sz w:val="20"/>
      <w:szCs w:val="20"/>
      <w:lang w:val="ru-RU" w:eastAsia="ru-RU"/>
    </w:rPr>
  </w:style>
  <w:style w:type="character" w:styleId="affc">
    <w:name w:val="footnote reference"/>
    <w:uiPriority w:val="99"/>
    <w:unhideWhenUsed/>
    <w:rsid w:val="00E14AF9"/>
    <w:rPr>
      <w:vertAlign w:val="superscript"/>
    </w:rPr>
  </w:style>
  <w:style w:type="paragraph" w:styleId="affd">
    <w:name w:val="Balloon Text"/>
    <w:basedOn w:val="a1"/>
    <w:link w:val="affe"/>
    <w:uiPriority w:val="99"/>
    <w:semiHidden/>
    <w:unhideWhenUsed/>
    <w:rsid w:val="00452CC3"/>
    <w:rPr>
      <w:rFonts w:ascii="Segoe UI" w:hAnsi="Segoe UI" w:cs="Segoe UI"/>
      <w:sz w:val="18"/>
      <w:szCs w:val="18"/>
    </w:rPr>
  </w:style>
  <w:style w:type="character" w:customStyle="1" w:styleId="affe">
    <w:name w:val="Текст выноски Знак"/>
    <w:basedOn w:val="a2"/>
    <w:link w:val="affd"/>
    <w:uiPriority w:val="99"/>
    <w:semiHidden/>
    <w:rsid w:val="00452CC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5FE66-31F2-4906-98E1-75D1C1F67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3824</Words>
  <Characters>21798</Characters>
  <Application>Microsoft Office Word</Application>
  <DocSecurity>0</DocSecurity>
  <Lines>181</Lines>
  <Paragraphs>51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25571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Петрова Наталья Валерьевна</cp:lastModifiedBy>
  <cp:revision>4</cp:revision>
  <cp:lastPrinted>2026-09-11T08:18:00Z</cp:lastPrinted>
  <dcterms:created xsi:type="dcterms:W3CDTF">2026-09-10T07:55:00Z</dcterms:created>
  <dcterms:modified xsi:type="dcterms:W3CDTF">2026-09-11T08:18:00Z</dcterms:modified>
  <cp:category/>
</cp:coreProperties>
</file>