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036A1" w14:textId="59218530" w:rsidR="00A53764" w:rsidRPr="00FA0622" w:rsidRDefault="00A53764" w:rsidP="00A53764">
      <w:pPr>
        <w:widowControl w:val="0"/>
        <w:jc w:val="right"/>
        <w:rPr>
          <w:color w:val="000000" w:themeColor="text1"/>
        </w:rPr>
      </w:pPr>
      <w:r w:rsidRPr="00FA0622">
        <w:rPr>
          <w:color w:val="000000" w:themeColor="text1"/>
        </w:rPr>
        <w:t>Приложение №2 к извещению</w:t>
      </w:r>
    </w:p>
    <w:p w14:paraId="342EDBA7" w14:textId="6D68A433" w:rsidR="000330CF" w:rsidRPr="00FA0622" w:rsidRDefault="00A23B15" w:rsidP="00CF77E4">
      <w:pPr>
        <w:widowControl w:val="0"/>
        <w:jc w:val="center"/>
        <w:rPr>
          <w:color w:val="000000" w:themeColor="text1"/>
        </w:rPr>
      </w:pPr>
      <w:r w:rsidRPr="00FA0622">
        <w:rPr>
          <w:color w:val="000000" w:themeColor="text1"/>
        </w:rPr>
        <w:t>Проект договора</w:t>
      </w:r>
    </w:p>
    <w:p w14:paraId="04AD54B0" w14:textId="77777777" w:rsidR="000330CF" w:rsidRPr="00FA0622" w:rsidRDefault="00A23B15" w:rsidP="00CF77E4">
      <w:pPr>
        <w:widowControl w:val="0"/>
        <w:jc w:val="center"/>
        <w:rPr>
          <w:color w:val="000000" w:themeColor="text1"/>
        </w:rPr>
      </w:pPr>
      <w:r w:rsidRPr="00FA0622">
        <w:rPr>
          <w:b/>
          <w:color w:val="000000" w:themeColor="text1"/>
        </w:rPr>
        <w:t>ДОГОВОР №</w:t>
      </w:r>
    </w:p>
    <w:p w14:paraId="36FA763B" w14:textId="53B13745" w:rsidR="001E77FC" w:rsidRPr="00A72EEB" w:rsidRDefault="00A23B15" w:rsidP="001E77FC">
      <w:pPr>
        <w:rPr>
          <w:b/>
          <w:bCs/>
          <w:iCs/>
          <w:szCs w:val="24"/>
        </w:rPr>
      </w:pPr>
      <w:r w:rsidRPr="00FA0622">
        <w:rPr>
          <w:b/>
          <w:color w:val="000000" w:themeColor="text1"/>
        </w:rPr>
        <w:t xml:space="preserve">на </w:t>
      </w:r>
      <w:r w:rsidR="001E77FC">
        <w:rPr>
          <w:b/>
          <w:color w:val="000000" w:themeColor="text1"/>
        </w:rPr>
        <w:t>в</w:t>
      </w:r>
      <w:r w:rsidR="001E77FC" w:rsidRPr="00A72EEB">
        <w:rPr>
          <w:b/>
          <w:bCs/>
          <w:iCs/>
          <w:szCs w:val="24"/>
        </w:rPr>
        <w:t xml:space="preserve">ыполнение работ по демонтажу и монтажу автоматической пожарной сигнализации и системы оповещения и управления эвакуацией людей при пожаре в </w:t>
      </w:r>
      <w:r w:rsidR="001E77FC">
        <w:rPr>
          <w:b/>
          <w:bCs/>
          <w:iCs/>
          <w:szCs w:val="24"/>
        </w:rPr>
        <w:t>п</w:t>
      </w:r>
      <w:r w:rsidR="001E77FC" w:rsidRPr="00D1404B">
        <w:rPr>
          <w:b/>
          <w:bCs/>
          <w:iCs/>
          <w:szCs w:val="24"/>
        </w:rPr>
        <w:t>роизводственно-бытово</w:t>
      </w:r>
      <w:r w:rsidR="001E77FC">
        <w:rPr>
          <w:b/>
          <w:bCs/>
          <w:iCs/>
          <w:szCs w:val="24"/>
        </w:rPr>
        <w:t>м</w:t>
      </w:r>
      <w:r w:rsidR="001E77FC" w:rsidRPr="00D1404B">
        <w:rPr>
          <w:b/>
          <w:bCs/>
          <w:iCs/>
          <w:szCs w:val="24"/>
        </w:rPr>
        <w:t xml:space="preserve"> корпус</w:t>
      </w:r>
      <w:r w:rsidR="001E77FC">
        <w:rPr>
          <w:b/>
          <w:bCs/>
          <w:iCs/>
          <w:szCs w:val="24"/>
        </w:rPr>
        <w:t>е</w:t>
      </w:r>
      <w:r w:rsidR="001E77FC" w:rsidRPr="00D1404B">
        <w:rPr>
          <w:b/>
          <w:bCs/>
          <w:iCs/>
          <w:szCs w:val="24"/>
        </w:rPr>
        <w:t xml:space="preserve"> - нежило</w:t>
      </w:r>
      <w:r w:rsidR="001E77FC">
        <w:rPr>
          <w:b/>
          <w:bCs/>
          <w:iCs/>
          <w:szCs w:val="24"/>
        </w:rPr>
        <w:t>м</w:t>
      </w:r>
      <w:r w:rsidR="001E77FC" w:rsidRPr="00D1404B">
        <w:rPr>
          <w:b/>
          <w:bCs/>
          <w:iCs/>
          <w:szCs w:val="24"/>
        </w:rPr>
        <w:t xml:space="preserve"> 2-этажно</w:t>
      </w:r>
      <w:r w:rsidR="001E77FC">
        <w:rPr>
          <w:b/>
          <w:bCs/>
          <w:iCs/>
          <w:szCs w:val="24"/>
        </w:rPr>
        <w:t>м</w:t>
      </w:r>
      <w:r w:rsidR="001E77FC" w:rsidRPr="00D1404B">
        <w:rPr>
          <w:b/>
          <w:bCs/>
          <w:iCs/>
          <w:szCs w:val="24"/>
        </w:rPr>
        <w:t xml:space="preserve"> кирпично</w:t>
      </w:r>
      <w:r w:rsidR="001E77FC">
        <w:rPr>
          <w:b/>
          <w:bCs/>
          <w:iCs/>
          <w:szCs w:val="24"/>
        </w:rPr>
        <w:t>м</w:t>
      </w:r>
      <w:r w:rsidR="001E77FC" w:rsidRPr="00D1404B">
        <w:rPr>
          <w:b/>
          <w:bCs/>
          <w:iCs/>
          <w:szCs w:val="24"/>
        </w:rPr>
        <w:t xml:space="preserve"> здани</w:t>
      </w:r>
      <w:r w:rsidR="001E77FC">
        <w:rPr>
          <w:b/>
          <w:bCs/>
          <w:iCs/>
          <w:szCs w:val="24"/>
        </w:rPr>
        <w:t xml:space="preserve">и </w:t>
      </w:r>
      <w:r w:rsidR="001E77FC" w:rsidRPr="00A72EEB">
        <w:rPr>
          <w:b/>
          <w:bCs/>
          <w:iCs/>
          <w:szCs w:val="24"/>
        </w:rPr>
        <w:t xml:space="preserve">АО «Горзеленхоз» г. Иркутска по адресу: </w:t>
      </w:r>
      <w:r w:rsidR="001E77FC" w:rsidRPr="00D1404B">
        <w:rPr>
          <w:b/>
          <w:bCs/>
          <w:iCs/>
          <w:szCs w:val="24"/>
        </w:rPr>
        <w:t>Российская Федерация, Иркутская область, городской округ город Иркутск, город Иркутск, улица</w:t>
      </w:r>
      <w:r w:rsidR="001E77FC">
        <w:rPr>
          <w:b/>
          <w:bCs/>
          <w:iCs/>
          <w:szCs w:val="24"/>
        </w:rPr>
        <w:t xml:space="preserve"> </w:t>
      </w:r>
      <w:r w:rsidR="001E77FC" w:rsidRPr="00D1404B">
        <w:rPr>
          <w:b/>
          <w:bCs/>
          <w:iCs/>
          <w:szCs w:val="24"/>
        </w:rPr>
        <w:t>Омулевского, строение 49/8</w:t>
      </w:r>
      <w:r w:rsidR="001E77FC">
        <w:rPr>
          <w:b/>
          <w:bCs/>
          <w:iCs/>
          <w:szCs w:val="24"/>
        </w:rPr>
        <w:t xml:space="preserve"> (кадастровый номер:</w:t>
      </w:r>
      <w:r w:rsidR="001E77FC" w:rsidRPr="00D1404B">
        <w:rPr>
          <w:rFonts w:ascii="TimesNewRomanPSMT" w:eastAsia="Noto Serif CJK SC" w:hAnsi="TimesNewRomanPSMT" w:cs="TimesNewRomanPSMT"/>
          <w:sz w:val="20"/>
          <w:szCs w:val="20"/>
        </w:rPr>
        <w:t xml:space="preserve"> </w:t>
      </w:r>
      <w:r w:rsidR="001E77FC" w:rsidRPr="00D1404B">
        <w:rPr>
          <w:b/>
          <w:bCs/>
          <w:iCs/>
          <w:szCs w:val="24"/>
        </w:rPr>
        <w:t>38:36:000022:36</w:t>
      </w:r>
      <w:r w:rsidR="001E77FC">
        <w:rPr>
          <w:b/>
          <w:bCs/>
          <w:iCs/>
          <w:szCs w:val="24"/>
        </w:rPr>
        <w:t>).</w:t>
      </w:r>
    </w:p>
    <w:p w14:paraId="12D9FF17" w14:textId="41968229" w:rsidR="000330CF" w:rsidRPr="00FA0622" w:rsidRDefault="000330CF" w:rsidP="001E77FC">
      <w:pPr>
        <w:widowControl w:val="0"/>
        <w:jc w:val="center"/>
        <w:rPr>
          <w:color w:val="000000" w:themeColor="text1"/>
        </w:rPr>
      </w:pPr>
    </w:p>
    <w:p w14:paraId="501BD08C" w14:textId="2CAE98DC" w:rsidR="000330CF" w:rsidRPr="00FA0622" w:rsidRDefault="00177147" w:rsidP="00CF77E4">
      <w:pPr>
        <w:widowControl w:val="0"/>
        <w:tabs>
          <w:tab w:val="right" w:pos="10206"/>
        </w:tabs>
        <w:rPr>
          <w:color w:val="000000" w:themeColor="text1"/>
        </w:rPr>
      </w:pPr>
      <w:proofErr w:type="spellStart"/>
      <w:r w:rsidRPr="00FA0622">
        <w:rPr>
          <w:color w:val="000000" w:themeColor="text1"/>
        </w:rPr>
        <w:t>г.Иркутск</w:t>
      </w:r>
      <w:proofErr w:type="spellEnd"/>
      <w:r w:rsidR="00A23B15" w:rsidRPr="00FA0622">
        <w:rPr>
          <w:color w:val="000000" w:themeColor="text1"/>
        </w:rPr>
        <w:tab/>
        <w:t>«__</w:t>
      </w:r>
      <w:proofErr w:type="gramStart"/>
      <w:r w:rsidR="00A23B15" w:rsidRPr="00FA0622">
        <w:rPr>
          <w:color w:val="000000" w:themeColor="text1"/>
        </w:rPr>
        <w:t>_»_</w:t>
      </w:r>
      <w:proofErr w:type="gramEnd"/>
      <w:r w:rsidR="00A23B15" w:rsidRPr="00FA0622">
        <w:rPr>
          <w:color w:val="000000" w:themeColor="text1"/>
        </w:rPr>
        <w:t>____________ 2026 г.</w:t>
      </w:r>
    </w:p>
    <w:p w14:paraId="561C77BB" w14:textId="77777777" w:rsidR="000330CF" w:rsidRPr="00FA0622" w:rsidRDefault="000330CF" w:rsidP="00CF77E4">
      <w:pPr>
        <w:widowControl w:val="0"/>
        <w:jc w:val="both"/>
        <w:rPr>
          <w:color w:val="000000" w:themeColor="text1"/>
        </w:rPr>
      </w:pPr>
    </w:p>
    <w:p w14:paraId="1D2A17DA" w14:textId="16DF7102" w:rsidR="000330CF" w:rsidRPr="00FA0622" w:rsidRDefault="00177147" w:rsidP="00CF77E4">
      <w:pPr>
        <w:widowControl w:val="0"/>
        <w:ind w:firstLine="567"/>
        <w:jc w:val="both"/>
        <w:rPr>
          <w:color w:val="000000" w:themeColor="text1"/>
        </w:rPr>
      </w:pPr>
      <w:r w:rsidRPr="00FA0622">
        <w:rPr>
          <w:color w:val="000000" w:themeColor="text1"/>
        </w:rPr>
        <w:t>Акционерное общество «Горзеленхоз» (АО «Горзеленхоз»)</w:t>
      </w:r>
      <w:r w:rsidR="00A23B15" w:rsidRPr="00FA0622">
        <w:rPr>
          <w:color w:val="000000" w:themeColor="text1"/>
        </w:rPr>
        <w:t>, именуемое в дальнейшем «Заказчик», в лице генерального директора Стець Виктории Юрьевны, действующей на основании Устава, с одной стороны, и __________________, именуемое в дальнейшем «Подрядчик», в лице __________________, действующего на основании __________________, с другой стороны, совместно именуемые «Стороны», по итогам ценового запроса в электронном магазине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Заказчика, номер закупки в ЕИС __________, протокол подведения итогов от __________ № __________, заключили настоящий Договор о нижеследующем:</w:t>
      </w:r>
    </w:p>
    <w:p w14:paraId="72E1D4A4" w14:textId="77777777" w:rsidR="00CF77E4" w:rsidRPr="00FA0622" w:rsidRDefault="00CF77E4" w:rsidP="00CF77E4">
      <w:pPr>
        <w:widowControl w:val="0"/>
        <w:ind w:firstLine="567"/>
        <w:jc w:val="both"/>
        <w:rPr>
          <w:color w:val="000000" w:themeColor="text1"/>
        </w:rPr>
      </w:pPr>
    </w:p>
    <w:p w14:paraId="5CA79E99"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1. Предмет Договора</w:t>
      </w:r>
    </w:p>
    <w:p w14:paraId="257C39B6" w14:textId="4176E495" w:rsidR="000330CF" w:rsidRPr="00FA0622" w:rsidRDefault="00A23B15" w:rsidP="00CF77E4">
      <w:pPr>
        <w:widowControl w:val="0"/>
        <w:ind w:firstLine="567"/>
        <w:jc w:val="both"/>
        <w:rPr>
          <w:color w:val="000000" w:themeColor="text1"/>
        </w:rPr>
      </w:pPr>
      <w:r w:rsidRPr="00FA0622">
        <w:rPr>
          <w:color w:val="000000" w:themeColor="text1"/>
        </w:rPr>
        <w:t xml:space="preserve">1.1. Предметом Договора является: </w:t>
      </w:r>
      <w:r w:rsidR="001E77FC">
        <w:rPr>
          <w:color w:val="000000" w:themeColor="text1"/>
        </w:rPr>
        <w:t>в</w:t>
      </w:r>
      <w:r w:rsidR="001E77FC" w:rsidRPr="001E77FC">
        <w:rPr>
          <w:color w:val="000000" w:themeColor="text1"/>
        </w:rPr>
        <w:t>ыполнение работ по демонтажу и монтажу автоматической пожарной сигнализации и системы оповещения и управления эвакуацией людей при пожаре в производственно-бытовом корпусе - нежилом 2-этажном кирпичном здании АО «Горзеленхоз» г. Иркутска по адресу: Российская Федерация, Иркутская область, городской округ город Иркутск, город Иркутск, улица Омулевского, строение 49/8 (кадастровый номер: 38:36:000022:36).</w:t>
      </w:r>
      <w:r w:rsidR="001E77FC" w:rsidRPr="001E77FC">
        <w:rPr>
          <w:color w:val="000000" w:themeColor="text1"/>
        </w:rPr>
        <w:t xml:space="preserve"> </w:t>
      </w:r>
      <w:r w:rsidRPr="00FA0622">
        <w:rPr>
          <w:color w:val="000000" w:themeColor="text1"/>
        </w:rPr>
        <w:t>(далее – Работы) для нужд Заказчика, состав, объем и стоимость которых указаны в Техническом задании (приложение № 1 к Договору) и Смете на выполнение работ (приложение № 2 к Договору), а сроки выполнения Работ – в Календарном графике производства работ (приложение № 3 к Договору), и на условиях, предусмотренных Договором. Общий объем Работ — 1 усл. ед.; состав работ внутри этого объема определяется Техническим заданием и Сметой.</w:t>
      </w:r>
    </w:p>
    <w:p w14:paraId="29BEC4B3" w14:textId="77777777" w:rsidR="000330CF" w:rsidRPr="00FA0622" w:rsidRDefault="00A23B15" w:rsidP="00CF77E4">
      <w:pPr>
        <w:widowControl w:val="0"/>
        <w:ind w:firstLine="567"/>
        <w:jc w:val="both"/>
        <w:rPr>
          <w:color w:val="000000" w:themeColor="text1"/>
        </w:rPr>
      </w:pPr>
      <w:r w:rsidRPr="00FA0622">
        <w:rPr>
          <w:color w:val="000000" w:themeColor="text1"/>
        </w:rPr>
        <w:t>1.2. По настоящему Договору Подрядчик обязуется выполнить Работы в обусловленный срок или сроки, установленные настоящим Договором, в соответствии с технической документацией, Техническим заданием и Сметой, а Заказчик обязуется принять результат Работ и уплатить за него определенную денежную сумму (цену) в сроки и в порядке, установленные настоящим Договором. Выполнение Работ осуществляется Подрядчиком в соответствии с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том числе технических регламентов, национальных стандартов), в соответствии с условиями Договора.</w:t>
      </w:r>
    </w:p>
    <w:p w14:paraId="168CC8BE" w14:textId="77777777" w:rsidR="000330CF" w:rsidRPr="00FA0622" w:rsidRDefault="00A23B15" w:rsidP="00CF77E4">
      <w:pPr>
        <w:widowControl w:val="0"/>
        <w:ind w:firstLine="567"/>
        <w:jc w:val="both"/>
        <w:rPr>
          <w:color w:val="000000" w:themeColor="text1"/>
        </w:rPr>
      </w:pPr>
      <w:r w:rsidRPr="00FA0622">
        <w:rPr>
          <w:color w:val="000000" w:themeColor="text1"/>
        </w:rPr>
        <w:t>1.3. Выполняемые Работы должны соответствовать требованиям качества и безопасности в соответствии с действующими стандартами, утвержденными в отношении данного вида Работ, что должно подтверждаться соответствующими документами, оформленными в соответствии с законодательством Российской Федерации. Подрядчик обязан по Договору выполнить Работы, пригодные для целей, для которых Работы такого рода обычно используются. Если Подрядчик при заключении Договора был поставлен Заказчиком в известность о конкретных целях выполнения Работ, Подрядчик обязан выполнить Работы в соответствии с этими целями. Цели выполнения Работ (назначение Работ) могут быть указаны в Техническом задании (Приложение № 1 к Договору).</w:t>
      </w:r>
    </w:p>
    <w:p w14:paraId="31FDDFF7" w14:textId="01548E4C" w:rsidR="000330CF" w:rsidRPr="00FA0622" w:rsidRDefault="00A23B15" w:rsidP="00CF77E4">
      <w:pPr>
        <w:widowControl w:val="0"/>
        <w:ind w:firstLine="567"/>
        <w:jc w:val="both"/>
        <w:rPr>
          <w:color w:val="000000" w:themeColor="text1"/>
        </w:rPr>
      </w:pPr>
      <w:r w:rsidRPr="00FA0622">
        <w:rPr>
          <w:color w:val="000000" w:themeColor="text1"/>
        </w:rPr>
        <w:t>1.4. Работы выполняются силами и средствами Подрядчика с использованием приобретенных им оборудования и материалов, стоимость которых включена в цену Договора. Давальческие материалы не предоставляются. Подрядчик обязан иметь и сохранять в течение выполнения Работ действующую лицензию МЧС России на работы по пунктам 2 и 5 перечня к постановлению Правительства РФ от 28.07.2020 № 1128. Привлечение субподрядчиков допускается с письменного согласия Заказчика; лица, выполняющие лицензируемые работы, должны иметь соответствующую лицензию.</w:t>
      </w:r>
    </w:p>
    <w:p w14:paraId="7385D062" w14:textId="77777777" w:rsidR="000330CF" w:rsidRPr="00FA0622" w:rsidRDefault="00A23B15" w:rsidP="00CF77E4">
      <w:pPr>
        <w:widowControl w:val="0"/>
        <w:ind w:firstLine="567"/>
        <w:jc w:val="both"/>
        <w:rPr>
          <w:color w:val="000000" w:themeColor="text1"/>
        </w:rPr>
      </w:pPr>
      <w:r w:rsidRPr="00FA0622">
        <w:rPr>
          <w:color w:val="000000" w:themeColor="text1"/>
        </w:rPr>
        <w:t>1.5. Оборудование и материалы приобретаются Подрядчиком согласно Техническому заданию и локальному сметному расчету; передаются Заказчику в составе смонтированного результата Работ. Самостоятельная поставка и отдельная приемка товарных позиций не предусмотрены. Перечень давальческих материалов не устанавливается.</w:t>
      </w:r>
    </w:p>
    <w:p w14:paraId="3C425146" w14:textId="092C0232" w:rsidR="00CF77E4" w:rsidRPr="00FA0622" w:rsidRDefault="00A23B15" w:rsidP="00CF77E4">
      <w:pPr>
        <w:widowControl w:val="0"/>
        <w:ind w:firstLine="567"/>
        <w:jc w:val="both"/>
        <w:rPr>
          <w:color w:val="000000" w:themeColor="text1"/>
        </w:rPr>
      </w:pPr>
      <w:r w:rsidRPr="00FA0622">
        <w:rPr>
          <w:color w:val="000000" w:themeColor="text1"/>
        </w:rPr>
        <w:t xml:space="preserve">1.6. Риск случайной гибели или повреждения оборудования и материалов Подрядчика до приемки результата Работ несет Подрядчик. Оборудование и материалы приобретаются и предоставляются Подрядчиком за счет цены Договора; давальческие материалы Заказчиком не предоставляются. Перечень оборудования из принятого предложения Подрядчика со сведениями и документами, предусмотренными текстовой частью Технического задания ниже основной таблицы, включается в состав Приложения № 1 к Договору. При исполнении Договора и замене оборудования обязательны требования указанной текстовой </w:t>
      </w:r>
      <w:r w:rsidRPr="00FA0622">
        <w:rPr>
          <w:color w:val="000000" w:themeColor="text1"/>
        </w:rPr>
        <w:lastRenderedPageBreak/>
        <w:t>части Технического задания.</w:t>
      </w:r>
    </w:p>
    <w:p w14:paraId="5734C278"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2. Цена Договора и порядок расчетов</w:t>
      </w:r>
    </w:p>
    <w:p w14:paraId="1E155FD8" w14:textId="77777777" w:rsidR="000330CF" w:rsidRPr="00FA0622" w:rsidRDefault="00A23B15" w:rsidP="00CF77E4">
      <w:pPr>
        <w:widowControl w:val="0"/>
        <w:ind w:firstLine="567"/>
        <w:jc w:val="both"/>
        <w:rPr>
          <w:color w:val="000000" w:themeColor="text1"/>
        </w:rPr>
      </w:pPr>
      <w:r w:rsidRPr="00FA0622">
        <w:rPr>
          <w:color w:val="000000" w:themeColor="text1"/>
        </w:rPr>
        <w:t>2.1. Цена Договора составляет ___________ рублей (____________________),</w:t>
      </w:r>
    </w:p>
    <w:p w14:paraId="350AAAAD" w14:textId="77777777" w:rsidR="000330CF" w:rsidRPr="00FA0622" w:rsidRDefault="00A23B15" w:rsidP="00CF77E4">
      <w:pPr>
        <w:widowControl w:val="0"/>
        <w:ind w:firstLine="567"/>
        <w:jc w:val="both"/>
        <w:rPr>
          <w:color w:val="000000" w:themeColor="text1"/>
        </w:rPr>
      </w:pPr>
      <w:r w:rsidRPr="00FA0622">
        <w:rPr>
          <w:color w:val="000000" w:themeColor="text1"/>
        </w:rPr>
        <w:t>При заключении договора выбирается один из следующих вариантов:</w:t>
      </w:r>
    </w:p>
    <w:p w14:paraId="75427414" w14:textId="77777777" w:rsidR="000330CF" w:rsidRPr="00FA0622" w:rsidRDefault="00A23B15" w:rsidP="00CF77E4">
      <w:pPr>
        <w:widowControl w:val="0"/>
        <w:ind w:firstLine="567"/>
        <w:jc w:val="both"/>
        <w:rPr>
          <w:color w:val="000000" w:themeColor="text1"/>
        </w:rPr>
      </w:pPr>
      <w:r w:rsidRPr="00FA0622">
        <w:rPr>
          <w:color w:val="000000" w:themeColor="text1"/>
        </w:rPr>
        <w:t>1) Если работы по договору облагаются НДС в соответствии с НК РФ и Подрядчик является плательщиком НДС в соответствии с НК РФ:</w:t>
      </w:r>
    </w:p>
    <w:p w14:paraId="116C1D2D" w14:textId="77777777" w:rsidR="000330CF" w:rsidRPr="00FA0622" w:rsidRDefault="00A23B15" w:rsidP="00CF77E4">
      <w:pPr>
        <w:widowControl w:val="0"/>
        <w:ind w:firstLine="567"/>
        <w:jc w:val="both"/>
        <w:rPr>
          <w:color w:val="000000" w:themeColor="text1"/>
        </w:rPr>
      </w:pPr>
      <w:r w:rsidRPr="00FA0622">
        <w:rPr>
          <w:color w:val="000000" w:themeColor="text1"/>
        </w:rPr>
        <w:t>в том числе налог на добавленную стоимость (___%) (НДС) – __________ рублей (______________) (далее – цена Договора).</w:t>
      </w:r>
    </w:p>
    <w:p w14:paraId="7BA80F33" w14:textId="77777777" w:rsidR="000330CF" w:rsidRPr="00FA0622" w:rsidRDefault="00A23B15" w:rsidP="00CF77E4">
      <w:pPr>
        <w:widowControl w:val="0"/>
        <w:ind w:firstLine="567"/>
        <w:jc w:val="both"/>
        <w:rPr>
          <w:color w:val="000000" w:themeColor="text1"/>
        </w:rPr>
      </w:pPr>
      <w:r w:rsidRPr="00FA0622">
        <w:rPr>
          <w:color w:val="000000" w:themeColor="text1"/>
        </w:rPr>
        <w:t>2) Если работы по договору не облагаются НДС в соответствии с НК РФ или Подрядчик не является плательщиком НДС в соответствии с НК РФ:</w:t>
      </w:r>
    </w:p>
    <w:p w14:paraId="795C1F25" w14:textId="77777777" w:rsidR="000330CF" w:rsidRPr="00FA0622" w:rsidRDefault="00A23B15" w:rsidP="00CF77E4">
      <w:pPr>
        <w:widowControl w:val="0"/>
        <w:ind w:firstLine="567"/>
        <w:jc w:val="both"/>
        <w:rPr>
          <w:color w:val="000000" w:themeColor="text1"/>
        </w:rPr>
      </w:pPr>
      <w:r w:rsidRPr="00FA0622">
        <w:rPr>
          <w:color w:val="000000" w:themeColor="text1"/>
        </w:rP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5E23C5F3" w14:textId="363EF3FA" w:rsidR="000330CF" w:rsidRPr="00FA0622" w:rsidRDefault="00A23B15" w:rsidP="00CF77E4">
      <w:pPr>
        <w:widowControl w:val="0"/>
        <w:ind w:firstLine="567"/>
        <w:jc w:val="both"/>
        <w:rPr>
          <w:color w:val="000000" w:themeColor="text1"/>
        </w:rPr>
      </w:pPr>
      <w:r w:rsidRPr="00FA0622">
        <w:rPr>
          <w:color w:val="000000" w:themeColor="text1"/>
        </w:rPr>
        <w:t xml:space="preserve">2.2. Цена договора сформирована в соответствии со Сметой на выполнение работ (сметным расчетом) (прилагается отдельным файлом), </w:t>
      </w:r>
      <w:r w:rsidR="00574E05" w:rsidRPr="00FA0622">
        <w:rPr>
          <w:color w:val="000000" w:themeColor="text1"/>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1DB781FB" w14:textId="253DD635" w:rsidR="000330CF" w:rsidRPr="00FA0622" w:rsidRDefault="00A23B15" w:rsidP="00CF77E4">
      <w:pPr>
        <w:widowControl w:val="0"/>
        <w:ind w:firstLine="567"/>
        <w:jc w:val="both"/>
        <w:rPr>
          <w:color w:val="000000" w:themeColor="text1"/>
        </w:rPr>
      </w:pPr>
      <w:r w:rsidRPr="00FA0622">
        <w:rPr>
          <w:color w:val="000000" w:themeColor="text1"/>
        </w:rPr>
        <w:t>2.3. Оплата выполненных Работ производится безналичным перечислением на расчетный счет Подрядчика в течение 7 (семи) рабочих дней с даты приемки Работ Заказчиком (подписания Акта по Приложению № 4 к Договору), на основании счета, Акта и счета-фактуры либо УПД, когда их оформление требуется законодательством. Предоставление иных документов не изменяет начало и продолжительность установленного срока оплаты.</w:t>
      </w:r>
    </w:p>
    <w:p w14:paraId="24023F32" w14:textId="1085B1DE" w:rsidR="000330CF" w:rsidRPr="00FA0622" w:rsidRDefault="00A23B15" w:rsidP="00CF77E4">
      <w:pPr>
        <w:widowControl w:val="0"/>
        <w:ind w:firstLine="567"/>
        <w:jc w:val="both"/>
        <w:rPr>
          <w:color w:val="000000" w:themeColor="text1"/>
        </w:rPr>
      </w:pPr>
      <w:r w:rsidRPr="00FA0622">
        <w:rPr>
          <w:color w:val="000000" w:themeColor="text1"/>
        </w:rPr>
        <w:t>2.4. Авансирование по настоящему Договору не предусмотрено.</w:t>
      </w:r>
    </w:p>
    <w:p w14:paraId="053F1FCF" w14:textId="0A64A0DA" w:rsidR="000330CF" w:rsidRPr="00FA0622" w:rsidRDefault="00A23B15" w:rsidP="00CF77E4">
      <w:pPr>
        <w:widowControl w:val="0"/>
        <w:ind w:firstLine="567"/>
        <w:jc w:val="both"/>
        <w:rPr>
          <w:color w:val="000000" w:themeColor="text1"/>
        </w:rPr>
      </w:pPr>
      <w:r w:rsidRPr="00FA0622">
        <w:rPr>
          <w:color w:val="000000" w:themeColor="text1"/>
        </w:rPr>
        <w:t>2.</w:t>
      </w:r>
      <w:r w:rsidR="00DC2B2A" w:rsidRPr="00FA0622">
        <w:rPr>
          <w:color w:val="000000" w:themeColor="text1"/>
        </w:rPr>
        <w:t>5</w:t>
      </w:r>
      <w:r w:rsidRPr="00FA0622">
        <w:rPr>
          <w:color w:val="000000" w:themeColor="text1"/>
        </w:rPr>
        <w:t>. Обязательства Заказчика по оплате считаются исполненными с момента списания денежных средств в размере, установленном Договоре, с расчетного счета Заказчика. За дальнейшее прохождение денежных средств Заказчик ответственности не несет.</w:t>
      </w:r>
    </w:p>
    <w:p w14:paraId="61B3F5FB" w14:textId="08AEEA0F" w:rsidR="000330CF" w:rsidRPr="00FA0622" w:rsidRDefault="00A23B15" w:rsidP="00CF77E4">
      <w:pPr>
        <w:widowControl w:val="0"/>
        <w:ind w:firstLine="567"/>
        <w:jc w:val="both"/>
        <w:rPr>
          <w:color w:val="000000" w:themeColor="text1"/>
        </w:rPr>
      </w:pPr>
      <w:r w:rsidRPr="00FA0622">
        <w:rPr>
          <w:color w:val="000000" w:themeColor="text1"/>
        </w:rPr>
        <w:t>2.</w:t>
      </w:r>
      <w:r w:rsidR="00DC2B2A" w:rsidRPr="00FA0622">
        <w:rPr>
          <w:color w:val="000000" w:themeColor="text1"/>
        </w:rPr>
        <w:t>6</w:t>
      </w:r>
      <w:r w:rsidRPr="00FA0622">
        <w:rPr>
          <w:color w:val="000000" w:themeColor="text1"/>
        </w:rPr>
        <w:t>. Сведения о валюте, используемой для формирования цены Договора и проведения всех взаиморасчетов Сторонами по настоящему Договору: рубль Российской Федерации.</w:t>
      </w:r>
    </w:p>
    <w:p w14:paraId="4FF07759" w14:textId="30E4424E" w:rsidR="000330CF" w:rsidRPr="00FA0622" w:rsidRDefault="00A23B15" w:rsidP="00CF77E4">
      <w:pPr>
        <w:widowControl w:val="0"/>
        <w:ind w:firstLine="567"/>
        <w:jc w:val="both"/>
        <w:rPr>
          <w:color w:val="000000" w:themeColor="text1"/>
        </w:rPr>
      </w:pPr>
      <w:r w:rsidRPr="00FA0622">
        <w:rPr>
          <w:color w:val="000000" w:themeColor="text1"/>
        </w:rPr>
        <w:t>2.</w:t>
      </w:r>
      <w:r w:rsidR="00DC2B2A" w:rsidRPr="00FA0622">
        <w:rPr>
          <w:color w:val="000000" w:themeColor="text1"/>
        </w:rPr>
        <w:t>7</w:t>
      </w:r>
      <w:r w:rsidRPr="00FA0622">
        <w:rPr>
          <w:color w:val="000000" w:themeColor="text1"/>
        </w:rPr>
        <w:t>.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571F7104" w14:textId="3DDE7ED9" w:rsidR="000330CF" w:rsidRPr="00FA0622" w:rsidRDefault="00A23B15" w:rsidP="00CF77E4">
      <w:pPr>
        <w:widowControl w:val="0"/>
        <w:ind w:firstLine="567"/>
        <w:jc w:val="both"/>
        <w:rPr>
          <w:color w:val="000000" w:themeColor="text1"/>
        </w:rPr>
      </w:pPr>
      <w:r w:rsidRPr="00FA0622">
        <w:rPr>
          <w:color w:val="000000" w:themeColor="text1"/>
        </w:rPr>
        <w:t>2.8. Стоимость оборудования и материалов Подрядчика включена в цену Договора. Давальческие материалы Заказчика по настоящему Договору не передаются и справочно в стоимости Работ не учитываются.</w:t>
      </w:r>
    </w:p>
    <w:p w14:paraId="5AE771E4"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3. Место, срок и порядок выполнения Работ</w:t>
      </w:r>
    </w:p>
    <w:p w14:paraId="7C092359" w14:textId="77777777" w:rsidR="000330CF" w:rsidRPr="00FA0622" w:rsidRDefault="00A23B15" w:rsidP="00CF77E4">
      <w:pPr>
        <w:widowControl w:val="0"/>
        <w:ind w:firstLine="567"/>
        <w:jc w:val="both"/>
        <w:rPr>
          <w:color w:val="000000" w:themeColor="text1"/>
        </w:rPr>
      </w:pPr>
      <w:r w:rsidRPr="00FA0622">
        <w:rPr>
          <w:color w:val="000000" w:themeColor="text1"/>
        </w:rPr>
        <w:t>3.1. Место выполнения Работ: установлено в Техническом задании (Приложение № 1 к Договору).</w:t>
      </w:r>
    </w:p>
    <w:p w14:paraId="059E0047" w14:textId="77777777" w:rsidR="000330CF" w:rsidRPr="00FA0622" w:rsidRDefault="00A23B15" w:rsidP="00CF77E4">
      <w:pPr>
        <w:widowControl w:val="0"/>
        <w:ind w:firstLine="567"/>
        <w:jc w:val="both"/>
        <w:rPr>
          <w:color w:val="000000" w:themeColor="text1"/>
        </w:rPr>
      </w:pPr>
      <w:r w:rsidRPr="00FA0622">
        <w:rPr>
          <w:color w:val="000000" w:themeColor="text1"/>
        </w:rPr>
        <w:t>3.2. Для соблюдения срока 120 рабочих дней Подрядчик обязан завершить весь комплекс работ и испытаний, обеспечить готовность результата к приемке, уведомить Заказчика и представить акт о приемке и полный комплект документов. При подтверждении надлежащего выполнения работ приемкой датой завершения работ является дата получения Заказчиком указанного уведомления, акта и полного комплекта документов. Время проверки и подписания акта Заказчиком после своевременного предъявления надлежащего результата не является просрочкой Подрядчика. Результат считается переданным и принятым с даты подписания акта в порядке Договора. Срок выполнения Работ не включает время их приемки Заказчиком, предусмотренное пунктом 4.2 Договора. При выявлении недостатков результата или неполноты обязательных документов сроки и ответственность Подрядчика определяются с учетом причин и периода соответствующего нарушения; предъявление ненадлежащего результата либо неполного комплекта документов само по себе не подтверждает соблюдение срока выполнения Работ.</w:t>
      </w:r>
    </w:p>
    <w:p w14:paraId="197D497C" w14:textId="77777777" w:rsidR="000330CF" w:rsidRPr="00FA0622" w:rsidRDefault="00A23B15" w:rsidP="00CF77E4">
      <w:pPr>
        <w:widowControl w:val="0"/>
        <w:ind w:firstLine="567"/>
        <w:jc w:val="both"/>
        <w:rPr>
          <w:color w:val="000000" w:themeColor="text1"/>
        </w:rPr>
      </w:pPr>
      <w:r w:rsidRPr="00FA0622">
        <w:rPr>
          <w:color w:val="000000" w:themeColor="text1"/>
        </w:rPr>
        <w:t>3.3. Срок выполнения Работ (начальный, конечный и промежуточные сроки): установлены в Техническом задании (Приложение № 1 к Договору) и Календарном графике производства работ (Приложение № 3 к Договору).</w:t>
      </w:r>
    </w:p>
    <w:p w14:paraId="7678DB88" w14:textId="77777777" w:rsidR="000330CF" w:rsidRPr="00FA0622" w:rsidRDefault="00A23B15" w:rsidP="00CF77E4">
      <w:pPr>
        <w:widowControl w:val="0"/>
        <w:ind w:firstLine="567"/>
        <w:jc w:val="both"/>
        <w:rPr>
          <w:color w:val="000000" w:themeColor="text1"/>
        </w:rPr>
      </w:pPr>
      <w:r w:rsidRPr="00FA0622">
        <w:rPr>
          <w:color w:val="000000" w:themeColor="text1"/>
        </w:rPr>
        <w:t>3.4. Не позднее чем за 2 (два) рабочих дня до планируемого дня начала выполнения Работ (при единовременном выполнении Работ) Подрядчик обязан:</w:t>
      </w:r>
    </w:p>
    <w:p w14:paraId="158AE72C" w14:textId="77777777" w:rsidR="000330CF" w:rsidRPr="00FA0622" w:rsidRDefault="00A23B15" w:rsidP="00CF77E4">
      <w:pPr>
        <w:widowControl w:val="0"/>
        <w:ind w:firstLine="567"/>
        <w:jc w:val="both"/>
        <w:rPr>
          <w:color w:val="000000" w:themeColor="text1"/>
        </w:rPr>
      </w:pPr>
      <w:r w:rsidRPr="00FA0622">
        <w:rPr>
          <w:color w:val="000000" w:themeColor="text1"/>
        </w:rPr>
        <w:t>1) согласовать с представителем Заказчика порядок выполнения Работ, дату и время начала выполнения Работ;</w:t>
      </w:r>
    </w:p>
    <w:p w14:paraId="0CD332B8" w14:textId="77777777" w:rsidR="000330CF" w:rsidRPr="00FA0622" w:rsidRDefault="00A23B15" w:rsidP="00CF77E4">
      <w:pPr>
        <w:widowControl w:val="0"/>
        <w:ind w:firstLine="567"/>
        <w:jc w:val="both"/>
        <w:rPr>
          <w:color w:val="000000" w:themeColor="text1"/>
        </w:rPr>
      </w:pPr>
      <w:r w:rsidRPr="00FA0622">
        <w:rPr>
          <w:color w:val="000000" w:themeColor="text1"/>
        </w:rPr>
        <w:t>2) сообщить Заказчику состав и количество персонала Подрядчика, привлекаемого к выполнению Работ, сведения о документах, подтверждающих допуски, разрешения, квалификацию персонала (при наличии соответствующих требований);</w:t>
      </w:r>
    </w:p>
    <w:p w14:paraId="1D4D6502" w14:textId="77777777" w:rsidR="000330CF" w:rsidRPr="00FA0622" w:rsidRDefault="00A23B15" w:rsidP="00CF77E4">
      <w:pPr>
        <w:widowControl w:val="0"/>
        <w:ind w:firstLine="567"/>
        <w:jc w:val="both"/>
        <w:rPr>
          <w:color w:val="000000" w:themeColor="text1"/>
        </w:rPr>
      </w:pPr>
      <w:r w:rsidRPr="00FA0622">
        <w:rPr>
          <w:color w:val="000000" w:themeColor="text1"/>
        </w:rPr>
        <w:t xml:space="preserve">3) направить для проверки представителю Заказчика на электронную почту, указанную в разделе 14 настоящего Договора, электронные образы документов (либо проектов документов), предусмотренных </w:t>
      </w:r>
      <w:r w:rsidRPr="00FA0622">
        <w:rPr>
          <w:color w:val="000000" w:themeColor="text1"/>
        </w:rPr>
        <w:lastRenderedPageBreak/>
        <w:t>строкой «Иная информация, относящаяся к описанию объекта закупки» основной таблицы Технического задания (Приложение № 1 к Договору), для организации и согласования начала Работ.</w:t>
      </w:r>
    </w:p>
    <w:p w14:paraId="3D28BEFD" w14:textId="77777777" w:rsidR="000330CF" w:rsidRPr="00FA0622" w:rsidRDefault="00A23B15" w:rsidP="00CF77E4">
      <w:pPr>
        <w:widowControl w:val="0"/>
        <w:ind w:firstLine="567"/>
        <w:jc w:val="both"/>
        <w:rPr>
          <w:color w:val="000000" w:themeColor="text1"/>
        </w:rPr>
      </w:pPr>
      <w:r w:rsidRPr="00FA0622">
        <w:rPr>
          <w:color w:val="000000" w:themeColor="text1"/>
        </w:rPr>
        <w:t>Подрядчик должен убедиться, что необходимые сведения и документы, установленные настоящим пунктом Договора, получены представителем Заказчика.</w:t>
      </w:r>
    </w:p>
    <w:p w14:paraId="5F33D1C4" w14:textId="77777777" w:rsidR="000330CF" w:rsidRPr="00FA0622" w:rsidRDefault="00A23B15" w:rsidP="00CF77E4">
      <w:pPr>
        <w:widowControl w:val="0"/>
        <w:ind w:firstLine="567"/>
        <w:jc w:val="both"/>
        <w:rPr>
          <w:color w:val="000000" w:themeColor="text1"/>
        </w:rPr>
      </w:pPr>
      <w:r w:rsidRPr="00FA0622">
        <w:rPr>
          <w:color w:val="000000" w:themeColor="text1"/>
        </w:rPr>
        <w:t>Подразделение (представитель Заказчика), ответственное за организацию приемки выполненных Работ. Контактные телефоны представителя Заказчика: _______________________________.</w:t>
      </w:r>
    </w:p>
    <w:p w14:paraId="62032E95" w14:textId="77777777" w:rsidR="000330CF" w:rsidRPr="00FA0622" w:rsidRDefault="00A23B15" w:rsidP="00CF77E4">
      <w:pPr>
        <w:widowControl w:val="0"/>
        <w:ind w:firstLine="567"/>
        <w:jc w:val="both"/>
        <w:rPr>
          <w:color w:val="000000" w:themeColor="text1"/>
        </w:rPr>
      </w:pPr>
      <w:r w:rsidRPr="00FA0622">
        <w:rPr>
          <w:color w:val="000000" w:themeColor="text1"/>
        </w:rPr>
        <w:t>Электронная почта представителя Заказчика: ______________________________.</w:t>
      </w:r>
    </w:p>
    <w:p w14:paraId="2F1EF6ED" w14:textId="77777777" w:rsidR="000330CF" w:rsidRPr="00FA0622" w:rsidRDefault="00A23B15" w:rsidP="00CF77E4">
      <w:pPr>
        <w:widowControl w:val="0"/>
        <w:ind w:firstLine="567"/>
        <w:jc w:val="both"/>
        <w:rPr>
          <w:color w:val="000000" w:themeColor="text1"/>
        </w:rPr>
      </w:pPr>
      <w:r w:rsidRPr="00FA0622">
        <w:rPr>
          <w:color w:val="000000" w:themeColor="text1"/>
        </w:rPr>
        <w:t>3.5. При выполнении Работ на территории (объекте) Заказчика Подрядчик обязан соблюдать пропускной и внутриобъектовый режим, правила охраны труда, техники безопасности, промышленной и пожарной безопасности, санитарно-эпидемиологические и иные обязательные требования, установленные законодательством Российской Федерации и локальными нормативными актами Заказчика, а также обеспечить прибытие персонала Подрядчика на территорию Заказчика в согласованное с представителем Заказчика время. Заказчик передает Подрядчику место выполнения Работ по акту приема-передачи, проект 06-58-22-СПС и необходимую техническую документацию в течение 2 рабочих дней со дня, следующего за днем заключения Договора. Дополнительные условия и ограничения по времени и порядку выполнения Работ могут быть установлены в Техническом задании (Приложение № 1 к Договору).</w:t>
      </w:r>
    </w:p>
    <w:p w14:paraId="51F3B20C" w14:textId="77777777" w:rsidR="000330CF" w:rsidRPr="00FA0622" w:rsidRDefault="00A23B15" w:rsidP="00CF77E4">
      <w:pPr>
        <w:widowControl w:val="0"/>
        <w:ind w:firstLine="567"/>
        <w:jc w:val="both"/>
        <w:rPr>
          <w:color w:val="000000" w:themeColor="text1"/>
        </w:rPr>
      </w:pPr>
      <w:r w:rsidRPr="00FA0622">
        <w:rPr>
          <w:color w:val="000000" w:themeColor="text1"/>
        </w:rPr>
        <w:t>3.6. Если Договором предусмотрено поэтапное выполнение Работ, этапы выполнения Работ, их сроки и стоимость устанавливаются в Техническом задании (Приложение № 1 к Договору), Смете на выполнение работ (Приложение № 2 к Договору) и Календарном графике производства работ (Приложение № 3 к Договору). Заказчик вправе отказаться от приемки части этапа Работ, выполненных с нарушением условий настоящего Договора.</w:t>
      </w:r>
    </w:p>
    <w:p w14:paraId="0D0248EF" w14:textId="7C478694" w:rsidR="000330CF" w:rsidRPr="00FA0622" w:rsidRDefault="00A23B15" w:rsidP="00CF77E4">
      <w:pPr>
        <w:widowControl w:val="0"/>
        <w:ind w:firstLine="567"/>
        <w:jc w:val="both"/>
        <w:rPr>
          <w:color w:val="000000" w:themeColor="text1"/>
        </w:rPr>
      </w:pPr>
      <w:r w:rsidRPr="00FA0622">
        <w:rPr>
          <w:color w:val="000000" w:themeColor="text1"/>
        </w:rPr>
        <w:t>3.7. Подрядчик обязан обеспечить выполнение Работ необходимыми материалами, изделиями, конструкциями, оборудованием, инструментами и документацией, за счет цены Договора (иждивение Подрядчика, статья 704 ГК РФ). Материалы, изделия, конструкции и оборудование, используемые при выполнении Работ,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(статья 704 ГК РФ). Складирование материалов и оборудования осуществляются Подрядчиком за свой счет.</w:t>
      </w:r>
    </w:p>
    <w:p w14:paraId="2BB4B2BF" w14:textId="77777777" w:rsidR="000330CF" w:rsidRPr="00FA0622" w:rsidRDefault="00A23B15" w:rsidP="00CF77E4">
      <w:pPr>
        <w:widowControl w:val="0"/>
        <w:ind w:firstLine="567"/>
        <w:jc w:val="both"/>
        <w:rPr>
          <w:color w:val="000000" w:themeColor="text1"/>
        </w:rPr>
      </w:pPr>
      <w:r w:rsidRPr="00FA0622">
        <w:rPr>
          <w:color w:val="000000" w:themeColor="text1"/>
        </w:rPr>
        <w:t>3.8. Подрядчик обязуется предоставить Заказчику при сдаче результатов выполненных Работ (каждого этапа Работ):</w:t>
      </w:r>
    </w:p>
    <w:p w14:paraId="4E3A0C86" w14:textId="77777777" w:rsidR="000330CF" w:rsidRPr="00FA0622" w:rsidRDefault="00A23B15" w:rsidP="00CF77E4">
      <w:pPr>
        <w:widowControl w:val="0"/>
        <w:ind w:firstLine="567"/>
        <w:jc w:val="both"/>
        <w:rPr>
          <w:color w:val="000000" w:themeColor="text1"/>
        </w:rPr>
      </w:pPr>
      <w:r w:rsidRPr="00FA0622">
        <w:rPr>
          <w:color w:val="000000" w:themeColor="text1"/>
        </w:rPr>
        <w:t>1) Акт о приемке по форме, установленной Приложением № 4 к Договору. В Акте указываются номер и дата Договора, наименование, объем (количество) и стоимость фактически выполненных Работ. К Акту прилагаются перечень установленного и переданного Заказчику оборудования и документы, предусмотренные текстовой частью Технического задания ниже основной таблицы. Стоимость оборудования включена в стоимость Работ без повторного начисления.</w:t>
      </w:r>
    </w:p>
    <w:p w14:paraId="23FF40EE" w14:textId="77777777" w:rsidR="000330CF" w:rsidRPr="00FA0622" w:rsidRDefault="00A23B15" w:rsidP="00CF77E4">
      <w:pPr>
        <w:widowControl w:val="0"/>
        <w:ind w:firstLine="567"/>
        <w:jc w:val="both"/>
        <w:rPr>
          <w:color w:val="000000" w:themeColor="text1"/>
        </w:rPr>
      </w:pPr>
      <w:r w:rsidRPr="00FA0622">
        <w:rPr>
          <w:color w:val="000000" w:themeColor="text1"/>
        </w:rPr>
        <w:t>2) счет-фактуру или УПД, когда их оформление требуется законодательством Российской Федерации. При наличии обязанности выставления счета-фактуры применяются сроки пункта 3 статьи 168 Налогового кодекса Российской Федерации и требования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Оформление УПД не отменяет представление документов приемки, прямо предусмотренных Договором;</w:t>
      </w:r>
    </w:p>
    <w:p w14:paraId="126AB28C" w14:textId="77777777" w:rsidR="000330CF" w:rsidRPr="00FA0622" w:rsidRDefault="00A23B15" w:rsidP="00CF77E4">
      <w:pPr>
        <w:widowControl w:val="0"/>
        <w:ind w:firstLine="567"/>
        <w:jc w:val="both"/>
        <w:rPr>
          <w:color w:val="000000" w:themeColor="text1"/>
        </w:rPr>
      </w:pPr>
      <w:r w:rsidRPr="00FA0622">
        <w:rPr>
          <w:color w:val="000000" w:themeColor="text1"/>
        </w:rPr>
        <w:t>3) счет на оплату с указанием суммы, соответствующей установленному порядку расчетов по Договору и с учетом ранее уплаченных Заказчиком денежных средств по Договору, с учетом фактически выполненных Работ по Договору (если условием является оплата после выполнения фактического объема Работ). Банковские реквизиты для перечисления денежных средств по Договору в счете на оплату должны соответствовать реквизитам Подрядчика, указанным в настоящем Договоре, либо Подрядчик должен к счету приложить письмо о смене банковских реквизитов для оплаты по Договору, подписанное Подрядчиком и скрепленное печатью (при наличии печати). Счет на оплату не предоставляется Заказчику в момент сдачи результатов Работ, если оплата за Работы не осуществляется после их выполнения;</w:t>
      </w:r>
    </w:p>
    <w:p w14:paraId="22504E4C" w14:textId="77777777" w:rsidR="000330CF" w:rsidRPr="00FA0622" w:rsidRDefault="00A23B15" w:rsidP="00CF77E4">
      <w:pPr>
        <w:widowControl w:val="0"/>
        <w:ind w:firstLine="567"/>
        <w:jc w:val="both"/>
        <w:rPr>
          <w:color w:val="000000" w:themeColor="text1"/>
        </w:rPr>
      </w:pPr>
      <w:r w:rsidRPr="00FA0622">
        <w:rPr>
          <w:color w:val="000000" w:themeColor="text1"/>
        </w:rPr>
        <w:t>4) исполнительную документацию, в том числе акты освидетельствования скрытых работ, журналы производства работ, сертификаты (декларации) соответствия и паспорта на применяемые материалы, изделия, конструкции и оборудование, иные документы, которые в соответствии с законодательством Российской Федерации и в соответствии с Техническим заданием (Приложение № 1 к Договору) предоставляются вместе с документами о приемке Работ. Комплект документов приемки представляется в двух экземплярах на бумажном носителе (по одному для каждой Стороны), а также в электронных копиях. Документы о соответствии предоставляются только при их обязательности для соответствующей продукции.</w:t>
      </w:r>
    </w:p>
    <w:p w14:paraId="7DD87E3E" w14:textId="77777777" w:rsidR="000330CF" w:rsidRPr="00FA0622" w:rsidRDefault="00A23B15" w:rsidP="00CF77E4">
      <w:pPr>
        <w:widowControl w:val="0"/>
        <w:ind w:firstLine="567"/>
        <w:jc w:val="both"/>
        <w:rPr>
          <w:color w:val="000000" w:themeColor="text1"/>
        </w:rPr>
      </w:pPr>
      <w:r w:rsidRPr="00FA0622">
        <w:rPr>
          <w:color w:val="000000" w:themeColor="text1"/>
        </w:rPr>
        <w:t xml:space="preserve">3.9. Сведения, указанные во всех документах, предоставляемых Подрядчиком Заказчику при сдаче результатов выполненных Работ (каждого этапа Работ),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объема (количества), </w:t>
      </w:r>
      <w:r w:rsidRPr="00FA0622">
        <w:rPr>
          <w:color w:val="000000" w:themeColor="text1"/>
        </w:rPr>
        <w:lastRenderedPageBreak/>
        <w:t>единицы измерения, цены за единицу выполняемых работ, реквизитов и других сведений. В случае отсутствия каких-либо документов, предоставляемых Подрядчиком Заказчику при сдаче результатов выполненных Работ (каждого этапа Работ),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наличии опечаток, помарок, исправлений Заказчик вправе отказаться от приемки Работ. Результат Работ не считается принятым до устранения указанных нарушений. Соблюдение срока выполнения Работ определяется в порядке пункта 3.2 Договора.</w:t>
      </w:r>
    </w:p>
    <w:p w14:paraId="756FF90C" w14:textId="77777777" w:rsidR="000330CF" w:rsidRPr="00FA0622" w:rsidRDefault="00A23B15" w:rsidP="00CF77E4">
      <w:pPr>
        <w:widowControl w:val="0"/>
        <w:ind w:firstLine="567"/>
        <w:jc w:val="both"/>
        <w:rPr>
          <w:color w:val="000000" w:themeColor="text1"/>
        </w:rPr>
      </w:pPr>
      <w:r w:rsidRPr="00FA0622">
        <w:rPr>
          <w:color w:val="000000" w:themeColor="text1"/>
        </w:rPr>
        <w:t>3.10. При выполнении Работ Подрядчик обязан соблюдать требования охраны труда, техники безопасности, промышленной и пожарной безопасности, санитарно-эпидемиологические требования, требования в области охраны окружающей среды, правила безопасности при производстве работ и иные обязательные требования, установленные законодательством Российской Федерации, в том числе при использовании оборудования, материалов, транспортных средств, необходимость использования которых обусловлена порядком выполнения Работ.</w:t>
      </w:r>
    </w:p>
    <w:p w14:paraId="63B22A2F" w14:textId="77777777" w:rsidR="000330CF" w:rsidRPr="00FA0622" w:rsidRDefault="00A23B15" w:rsidP="00CF77E4">
      <w:pPr>
        <w:widowControl w:val="0"/>
        <w:ind w:firstLine="567"/>
        <w:jc w:val="both"/>
        <w:rPr>
          <w:color w:val="000000" w:themeColor="text1"/>
        </w:rPr>
      </w:pPr>
      <w:r w:rsidRPr="00FA0622">
        <w:rPr>
          <w:color w:val="000000" w:themeColor="text1"/>
        </w:rPr>
        <w:t>3.11. Подрядчик гарантирует отсутствие нарушения исключительных прав третьих лиц, связанных с выполнением Работ и использованием их результатов. Все убытки, понесенные Заказчиком в случае нарушения исключительных прав третьих лиц на результаты интеллектуальной деятельности при выполнении и использовании Работ, включая судебные расходы и возмещение материального ущерба, возмещаются Подрядчиком в полном объеме.</w:t>
      </w:r>
    </w:p>
    <w:p w14:paraId="45092B69" w14:textId="77777777" w:rsidR="000330CF" w:rsidRPr="00FA0622" w:rsidRDefault="00A23B15" w:rsidP="00CF77E4">
      <w:pPr>
        <w:widowControl w:val="0"/>
        <w:ind w:firstLine="567"/>
        <w:jc w:val="both"/>
        <w:rPr>
          <w:color w:val="000000" w:themeColor="text1"/>
        </w:rPr>
      </w:pPr>
      <w:r w:rsidRPr="00FA0622">
        <w:rPr>
          <w:color w:val="000000" w:themeColor="text1"/>
        </w:rPr>
        <w:t>3.12. Оборудование и материалы доставляются Подрядчиком на объект за его счет в сроки, обеспечивающие соблюдение календарного графика. Давальческие материалы не передаются.</w:t>
      </w:r>
    </w:p>
    <w:p w14:paraId="0BD328EC" w14:textId="77777777" w:rsidR="000330CF" w:rsidRPr="00FA0622" w:rsidRDefault="00A23B15" w:rsidP="00CF77E4">
      <w:pPr>
        <w:widowControl w:val="0"/>
        <w:ind w:firstLine="567"/>
        <w:jc w:val="both"/>
        <w:rPr>
          <w:color w:val="000000" w:themeColor="text1"/>
        </w:rPr>
      </w:pPr>
      <w:r w:rsidRPr="00FA0622">
        <w:rPr>
          <w:color w:val="000000" w:themeColor="text1"/>
        </w:rPr>
        <w:t>3.13. Подрядчик обеспечивает сохранность приобретенных им оборудования и материалов до приемки результата Работ. Положения об ответственном хранении давальческих материалов по настоящему Договору не применяются.</w:t>
      </w:r>
    </w:p>
    <w:p w14:paraId="3ED5AE0A" w14:textId="77777777" w:rsidR="000330CF" w:rsidRPr="00FA0622" w:rsidRDefault="00A23B15" w:rsidP="00CF77E4">
      <w:pPr>
        <w:widowControl w:val="0"/>
        <w:ind w:firstLine="567"/>
        <w:jc w:val="both"/>
        <w:rPr>
          <w:color w:val="000000" w:themeColor="text1"/>
        </w:rPr>
      </w:pPr>
      <w:r w:rsidRPr="00FA0622">
        <w:rPr>
          <w:color w:val="000000" w:themeColor="text1"/>
        </w:rPr>
        <w:t>3.14. Подрядчик при сдаче Работ представляет исполнительную документацию, паспорта оборудования и обязательные документы о соответствии. Отчет об использовании давальческих материалов не требуется.</w:t>
      </w:r>
    </w:p>
    <w:p w14:paraId="26829A57" w14:textId="77777777" w:rsidR="00CF77E4" w:rsidRPr="00FA0622" w:rsidRDefault="00CF77E4" w:rsidP="00CF77E4">
      <w:pPr>
        <w:widowControl w:val="0"/>
        <w:ind w:firstLine="567"/>
        <w:jc w:val="both"/>
        <w:rPr>
          <w:color w:val="000000" w:themeColor="text1"/>
        </w:rPr>
      </w:pPr>
    </w:p>
    <w:p w14:paraId="7B67B3E0"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4. Порядок сдачи и приемки выполненных Работ</w:t>
      </w:r>
    </w:p>
    <w:p w14:paraId="546C8206" w14:textId="77777777" w:rsidR="000330CF" w:rsidRPr="00FA0622" w:rsidRDefault="00A23B15" w:rsidP="00CF77E4">
      <w:pPr>
        <w:widowControl w:val="0"/>
        <w:ind w:firstLine="567"/>
        <w:jc w:val="both"/>
        <w:rPr>
          <w:color w:val="000000" w:themeColor="text1"/>
        </w:rPr>
      </w:pPr>
      <w:r w:rsidRPr="00FA0622">
        <w:rPr>
          <w:color w:val="000000" w:themeColor="text1"/>
        </w:rPr>
        <w:t>4.1. Приемка Работ осуществляется в месте выполнения Работ (на объекте). Приемка осуществляется уполномоченным представителем Заказчика. Представители Подрядчика вправе присутствовать при проведении приемки. Заказчик вправе создать приемочную комиссию для проверки соответствия Работ требованиям, установленным Договором.</w:t>
      </w:r>
    </w:p>
    <w:p w14:paraId="61C4FE83" w14:textId="77777777" w:rsidR="000330CF" w:rsidRPr="00FA0622" w:rsidRDefault="00A23B15" w:rsidP="00CF77E4">
      <w:pPr>
        <w:widowControl w:val="0"/>
        <w:ind w:firstLine="567"/>
        <w:jc w:val="both"/>
        <w:rPr>
          <w:color w:val="000000" w:themeColor="text1"/>
        </w:rPr>
      </w:pPr>
      <w:r w:rsidRPr="00FA0622">
        <w:rPr>
          <w:color w:val="000000" w:themeColor="text1"/>
        </w:rPr>
        <w:t>4.2. Приемка Работ производится в месте выполнения Работ в течение 15 (пятнадцати) рабочих дней с даты получения Заказчиком акта о приемке и полного комплекта документов, предусмотренных пунктом 3.8 Договора и Техническим заданием (Приложение № 1 к Договору). В указанный срок Заказчик проверяет результат Работ и документы и подписывает акт либо направляет Подрядчику мотивированный отказ с перечнем выявленных недостатков. Дата завершения Работ для проверки соблюдения срока их выполнения определяется пунктом 3.2 Договора.</w:t>
      </w:r>
    </w:p>
    <w:p w14:paraId="5D64DBBA" w14:textId="77777777" w:rsidR="000330CF" w:rsidRPr="00FA0622" w:rsidRDefault="00A23B15" w:rsidP="00CF77E4">
      <w:pPr>
        <w:widowControl w:val="0"/>
        <w:ind w:firstLine="567"/>
        <w:jc w:val="both"/>
        <w:rPr>
          <w:color w:val="000000" w:themeColor="text1"/>
        </w:rPr>
      </w:pPr>
      <w:r w:rsidRPr="00FA0622">
        <w:rPr>
          <w:color w:val="000000" w:themeColor="text1"/>
        </w:rPr>
        <w:t>4.3. Приемка выполненных Подрядчиком Работ осуществляется путем:</w:t>
      </w:r>
    </w:p>
    <w:p w14:paraId="014E5D3E" w14:textId="77777777" w:rsidR="000330CF" w:rsidRPr="00FA0622" w:rsidRDefault="00A23B15" w:rsidP="00CF77E4">
      <w:pPr>
        <w:widowControl w:val="0"/>
        <w:ind w:firstLine="567"/>
        <w:jc w:val="both"/>
        <w:rPr>
          <w:color w:val="000000" w:themeColor="text1"/>
        </w:rPr>
      </w:pPr>
      <w:r w:rsidRPr="00FA0622">
        <w:rPr>
          <w:color w:val="000000" w:themeColor="text1"/>
        </w:rPr>
        <w:t>1) проверки соответствия объема выполненных Работ данным, указанным в Акте о приемке, Смете на выполнение работ (Приложение № 2 к Договору) и Техническом задании (Приложение № 1 к Договору);</w:t>
      </w:r>
    </w:p>
    <w:p w14:paraId="365BD1DD" w14:textId="77777777" w:rsidR="000330CF" w:rsidRPr="00FA0622" w:rsidRDefault="00A23B15" w:rsidP="00CF77E4">
      <w:pPr>
        <w:widowControl w:val="0"/>
        <w:ind w:firstLine="567"/>
        <w:jc w:val="both"/>
        <w:rPr>
          <w:color w:val="000000" w:themeColor="text1"/>
        </w:rPr>
      </w:pPr>
      <w:r w:rsidRPr="00FA0622">
        <w:rPr>
          <w:color w:val="000000" w:themeColor="text1"/>
        </w:rPr>
        <w:t>2) проверки полноты и надлежащего оформления всех необходимых документов, предоставляемых Подрядчиком вместе с документами о приемке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w:t>
      </w:r>
    </w:p>
    <w:p w14:paraId="7B8EE9EB" w14:textId="77777777" w:rsidR="000330CF" w:rsidRPr="00FA0622" w:rsidRDefault="00A23B15" w:rsidP="00CF77E4">
      <w:pPr>
        <w:widowControl w:val="0"/>
        <w:ind w:firstLine="567"/>
        <w:jc w:val="both"/>
        <w:rPr>
          <w:color w:val="000000" w:themeColor="text1"/>
        </w:rPr>
      </w:pPr>
      <w:r w:rsidRPr="00FA0622">
        <w:rPr>
          <w:color w:val="000000" w:themeColor="text1"/>
        </w:rPr>
        <w:t>3) проверки качества Работ. Для проверки соответствия качества выполненных Работ требованиям, установленным Договором и приложениями к нему, Заказчик проводит приемку по качеству Работ. Приемка по качеству Работ может проводиться Заказчиком своими силами или к ее проведению могут привлекаться эксперты, экспертные организации. При приемке Работ по качеству Заказчик вправе осуществить выборочную проверку качества Работ. В случае, если при осуществлении выборочной проверки обнаружены Работы (часть Работ), качество которых не соответствует требованиям Договора, результаты такой проверки распространяются на весь объем Работ (этапа Работ, если Договором предусмотрено поэтапное выполнение Работ);</w:t>
      </w:r>
    </w:p>
    <w:p w14:paraId="34B0D17C" w14:textId="77777777" w:rsidR="000330CF" w:rsidRPr="00FA0622" w:rsidRDefault="00A23B15" w:rsidP="00CF77E4">
      <w:pPr>
        <w:widowControl w:val="0"/>
        <w:ind w:firstLine="567"/>
        <w:jc w:val="both"/>
        <w:rPr>
          <w:color w:val="000000" w:themeColor="text1"/>
        </w:rPr>
      </w:pPr>
      <w:r w:rsidRPr="00FA0622">
        <w:rPr>
          <w:color w:val="000000" w:themeColor="text1"/>
        </w:rPr>
        <w:t>4) подписания Акта о приемке и передачи необходимых экземпляров таких документов Подрядчику при отсутствии у Заказчика претензий по объему и качеству выполненных Работ и надлежащем оформлении Подрядчиком всех предоставляемых вместе с документами о приемке документов в соответствии с настоящим Договором. После подписания Заказчиком Акта о приемке результат Работ считается переданным и принятым. Дата завершения Работ определяется в порядке пункта 3.2 Договора.</w:t>
      </w:r>
    </w:p>
    <w:p w14:paraId="7E615849" w14:textId="77777777" w:rsidR="000330CF" w:rsidRPr="00FA0622" w:rsidRDefault="00A23B15" w:rsidP="00CF77E4">
      <w:pPr>
        <w:widowControl w:val="0"/>
        <w:ind w:firstLine="567"/>
        <w:jc w:val="both"/>
        <w:rPr>
          <w:color w:val="000000" w:themeColor="text1"/>
        </w:rPr>
      </w:pPr>
      <w:r w:rsidRPr="00FA0622">
        <w:rPr>
          <w:color w:val="000000" w:themeColor="text1"/>
        </w:rPr>
        <w:t xml:space="preserve">4.4. При выявлении недостатков Работ при их приемке или в ходе непосредственного использования результатов Работ в соответствии с их назначением (в том числе при выявлении несоответствия объема, наименований, качества Работ) Заказчик в течение 3 (трех) рабочих дней с момента такого выявления направляет Подрядчику письменное уведомление (претензию) о необходимости устранения недостатков. В </w:t>
      </w:r>
      <w:r w:rsidRPr="00FA0622">
        <w:rPr>
          <w:color w:val="000000" w:themeColor="text1"/>
        </w:rPr>
        <w:lastRenderedPageBreak/>
        <w:t>течение 15 (пятнадцати) рабочих дней с момента письменного уведомления Заказчика о выявленных недостатках, если иной срок не установлен в Техническом задании (Приложение № 1 к Договору), Подрядчик обязан устранить выявленные замечания.</w:t>
      </w:r>
    </w:p>
    <w:p w14:paraId="7784EB57" w14:textId="77777777" w:rsidR="000330CF" w:rsidRPr="00FA0622" w:rsidRDefault="00A23B15" w:rsidP="00CF77E4">
      <w:pPr>
        <w:widowControl w:val="0"/>
        <w:ind w:firstLine="567"/>
        <w:jc w:val="both"/>
        <w:rPr>
          <w:color w:val="000000" w:themeColor="text1"/>
        </w:rPr>
      </w:pPr>
      <w:r w:rsidRPr="00FA0622">
        <w:rPr>
          <w:color w:val="000000" w:themeColor="text1"/>
        </w:rPr>
        <w:t>4.5. Работы, подлежащие освидетельствованию (скрытые работы), освидетельствуются представителем Заказчика (в том числе осуществляющим технический надзор) до их закрытия последующими Работами. О готовности скрытых работ к освидетельствованию Подрядчик уведомляет Заказчика не позднее чем за 1 (один) рабочий день до даты освидетельствования. В случае неявки представителя Заказчика для освидетельствования скрытых работ Подрядчик вправе составить односторонний акт освидетельствования скрытых работ с приложением фото- и видеоматериалов.</w:t>
      </w:r>
    </w:p>
    <w:p w14:paraId="41456E81" w14:textId="77777777" w:rsidR="000330CF" w:rsidRPr="00FA0622" w:rsidRDefault="00A23B15" w:rsidP="00CF77E4">
      <w:pPr>
        <w:widowControl w:val="0"/>
        <w:ind w:firstLine="567"/>
        <w:jc w:val="both"/>
        <w:rPr>
          <w:color w:val="000000" w:themeColor="text1"/>
        </w:rPr>
      </w:pPr>
      <w:r w:rsidRPr="00FA0622">
        <w:rPr>
          <w:color w:val="000000" w:themeColor="text1"/>
        </w:rPr>
        <w:t>4.6. Претензии по скрытым недостаткам могут быть заявлены Заказчиком в течение всего гарантийного срока на результат Работ.</w:t>
      </w:r>
    </w:p>
    <w:p w14:paraId="1FAD151F" w14:textId="77777777" w:rsidR="000330CF" w:rsidRPr="00FA0622" w:rsidRDefault="00A23B15" w:rsidP="00CF77E4">
      <w:pPr>
        <w:widowControl w:val="0"/>
        <w:ind w:firstLine="567"/>
        <w:jc w:val="both"/>
        <w:rPr>
          <w:color w:val="000000" w:themeColor="text1"/>
        </w:rPr>
      </w:pPr>
      <w:r w:rsidRPr="00FA0622">
        <w:rPr>
          <w:color w:val="000000" w:themeColor="text1"/>
        </w:rPr>
        <w:t>4.7. При отказе Заказчика от приемки Работ оформляется двусторонний акт с перечнем недостатков, условиями и сроками их устранения. При немотивированном отказе представителя Подрядчика от подписания акта (бездействие) ненадлежащее качество Работ подтверждается актом, подписанным Заказчиком в одностороннем порядке.</w:t>
      </w:r>
    </w:p>
    <w:p w14:paraId="4E0FF9F6" w14:textId="77777777" w:rsidR="000330CF" w:rsidRPr="00FA0622" w:rsidRDefault="00A23B15" w:rsidP="00CF77E4">
      <w:pPr>
        <w:widowControl w:val="0"/>
        <w:ind w:firstLine="567"/>
        <w:jc w:val="both"/>
        <w:rPr>
          <w:color w:val="000000" w:themeColor="text1"/>
        </w:rPr>
      </w:pPr>
      <w:r w:rsidRPr="00FA0622">
        <w:rPr>
          <w:color w:val="000000" w:themeColor="text1"/>
        </w:rPr>
        <w:t>4.8. В случае выполнения Работ ненадлежащего качества (в том числе в случае выявления недостатков, препятствующих использованию результатов Работ по назначению) Подрядчик обязан безвозмездно устранить недостатки Работ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 В случае, если Подрядчик не согласен с предъявляемой Заказчиком претензией о некачественном выполнении Работ, Подрядчик обязан самостоятельно подтвердить качество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в том числе связанных с проведением экспертизы, осуществляется Подрядчиком.</w:t>
      </w:r>
    </w:p>
    <w:p w14:paraId="55F538F1" w14:textId="77777777" w:rsidR="000330CF" w:rsidRPr="00FA0622" w:rsidRDefault="00A23B15" w:rsidP="00CF77E4">
      <w:pPr>
        <w:widowControl w:val="0"/>
        <w:ind w:firstLine="567"/>
        <w:jc w:val="both"/>
        <w:rPr>
          <w:color w:val="000000" w:themeColor="text1"/>
        </w:rPr>
      </w:pPr>
      <w:r w:rsidRPr="00FA0622">
        <w:rPr>
          <w:color w:val="000000" w:themeColor="text1"/>
        </w:rPr>
        <w:t>4.9. В случае выполнения Работ не в полном объеме Подрядчик обязан выполнить недостающие Работы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w:t>
      </w:r>
    </w:p>
    <w:p w14:paraId="3B9668F1" w14:textId="77777777" w:rsidR="000330CF" w:rsidRPr="00FA0622" w:rsidRDefault="00A23B15" w:rsidP="00CF77E4">
      <w:pPr>
        <w:widowControl w:val="0"/>
        <w:ind w:firstLine="567"/>
        <w:jc w:val="both"/>
        <w:rPr>
          <w:color w:val="000000" w:themeColor="text1"/>
        </w:rPr>
      </w:pPr>
      <w:r w:rsidRPr="00FA0622">
        <w:rPr>
          <w:color w:val="000000" w:themeColor="text1"/>
        </w:rPr>
        <w:t>4.10. Все расходы, связанные с устранением недостатков Работ, выполненных с нарушением требований к объему или качеству, установленных настоящим Договором, осуществляются за счет Подрядчика.</w:t>
      </w:r>
    </w:p>
    <w:p w14:paraId="1444B4E7" w14:textId="77777777" w:rsidR="000330CF" w:rsidRPr="00FA0622" w:rsidRDefault="00A23B15" w:rsidP="00CF77E4">
      <w:pPr>
        <w:widowControl w:val="0"/>
        <w:ind w:firstLine="567"/>
        <w:jc w:val="both"/>
        <w:rPr>
          <w:color w:val="000000" w:themeColor="text1"/>
        </w:rPr>
      </w:pPr>
      <w:r w:rsidRPr="00FA0622">
        <w:rPr>
          <w:color w:val="000000" w:themeColor="text1"/>
        </w:rPr>
        <w:t>4.11. Особенности осуществления приемки, сроки приемки, порядок устранения недостатков Работ, порядок оформления документов о приемке могут быть установлены в Техническом задании (Приложение № 1 к Договору). В случае если условия настоящего раздела Договора противоречат условиям, установленным в Техническом задании (Приложение № 1 к Договору), применяются условия, указанные в Техническом задании (Приложение № 1 к Договору).</w:t>
      </w:r>
    </w:p>
    <w:p w14:paraId="2ADCC31B" w14:textId="77777777" w:rsidR="000330CF" w:rsidRPr="00FA0622" w:rsidRDefault="00A23B15" w:rsidP="00CF77E4">
      <w:pPr>
        <w:widowControl w:val="0"/>
        <w:ind w:firstLine="567"/>
        <w:jc w:val="both"/>
        <w:rPr>
          <w:color w:val="000000" w:themeColor="text1"/>
        </w:rPr>
      </w:pPr>
      <w:r w:rsidRPr="00FA0622">
        <w:rPr>
          <w:color w:val="000000" w:themeColor="text1"/>
        </w:rPr>
        <w:t>4.12. Риск случайной гибели или случайного повреждения результата Работ до приемки Заказчиком несет Подрядчик (статья 705 Гражданского кодекса Российской Федерации). Результат Работ считается переданным и принятым, а риск случайной гибели и случайного повреждения результата Работ переходит от Подрядчика к Заказчику с момента подписания Сторонами акта о приемке согласно условиям Договора. Дата завершения Работ для проверки соблюдения срока их выполнения определяется пунктом 3.2 Договора.</w:t>
      </w:r>
    </w:p>
    <w:p w14:paraId="7235BDB2" w14:textId="77777777" w:rsidR="000330CF" w:rsidRPr="00FA0622" w:rsidRDefault="00A23B15" w:rsidP="00CF77E4">
      <w:pPr>
        <w:widowControl w:val="0"/>
        <w:ind w:firstLine="567"/>
        <w:jc w:val="both"/>
        <w:rPr>
          <w:color w:val="000000" w:themeColor="text1"/>
        </w:rPr>
      </w:pPr>
      <w:r w:rsidRPr="00FA0622">
        <w:rPr>
          <w:color w:val="000000" w:themeColor="text1"/>
        </w:rPr>
        <w:t>4.13. Во всем, что не предусмотрено настоящим разделом Договора, Стороны руководствуются положениями Гражданского кодекса Российской Федерации о подряде (глава 37 ГК РФ).</w:t>
      </w:r>
    </w:p>
    <w:p w14:paraId="12BB3C2B" w14:textId="77777777" w:rsidR="000330CF" w:rsidRPr="00FA0622" w:rsidRDefault="00A23B15" w:rsidP="00CF77E4">
      <w:pPr>
        <w:widowControl w:val="0"/>
        <w:ind w:firstLine="567"/>
        <w:jc w:val="both"/>
        <w:rPr>
          <w:color w:val="000000" w:themeColor="text1"/>
        </w:rPr>
      </w:pPr>
      <w:r w:rsidRPr="00FA0622">
        <w:rPr>
          <w:color w:val="000000" w:themeColor="text1"/>
        </w:rPr>
        <w:t>4.14. Приемка результата Работ осуществляется в составе смонтированных и испытанных АПС и СОУЭ. Отчет об использовании давальческих материалов не требуется, поскольку их передача не предусмотрена.</w:t>
      </w:r>
    </w:p>
    <w:p w14:paraId="340003AE" w14:textId="77777777" w:rsidR="00CF77E4" w:rsidRPr="00FA0622" w:rsidRDefault="00CF77E4" w:rsidP="00CF77E4">
      <w:pPr>
        <w:widowControl w:val="0"/>
        <w:ind w:firstLine="567"/>
        <w:jc w:val="both"/>
        <w:rPr>
          <w:color w:val="000000" w:themeColor="text1"/>
        </w:rPr>
      </w:pPr>
    </w:p>
    <w:p w14:paraId="7F99FDAD"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5. Права и обязанности Сторон</w:t>
      </w:r>
    </w:p>
    <w:p w14:paraId="51A5E363" w14:textId="77777777" w:rsidR="000330CF" w:rsidRPr="00FA0622" w:rsidRDefault="00A23B15" w:rsidP="00CF77E4">
      <w:pPr>
        <w:widowControl w:val="0"/>
        <w:ind w:firstLine="567"/>
        <w:jc w:val="both"/>
        <w:rPr>
          <w:color w:val="000000" w:themeColor="text1"/>
        </w:rPr>
      </w:pPr>
      <w:r w:rsidRPr="00FA0622">
        <w:rPr>
          <w:b/>
          <w:color w:val="000000" w:themeColor="text1"/>
        </w:rPr>
        <w:t>5.1. Заказчик вправе:</w:t>
      </w:r>
    </w:p>
    <w:p w14:paraId="64112B73" w14:textId="77777777" w:rsidR="000330CF" w:rsidRPr="00FA0622" w:rsidRDefault="00A23B15" w:rsidP="00CF77E4">
      <w:pPr>
        <w:widowControl w:val="0"/>
        <w:ind w:firstLine="567"/>
        <w:jc w:val="both"/>
        <w:rPr>
          <w:color w:val="000000" w:themeColor="text1"/>
        </w:rPr>
      </w:pPr>
      <w:r w:rsidRPr="00FA0622">
        <w:rPr>
          <w:color w:val="000000" w:themeColor="text1"/>
        </w:rPr>
        <w:t>5.1.1.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14:paraId="01BCB67E" w14:textId="77777777" w:rsidR="000330CF" w:rsidRPr="00FA0622" w:rsidRDefault="00A23B15" w:rsidP="00CF77E4">
      <w:pPr>
        <w:widowControl w:val="0"/>
        <w:ind w:firstLine="567"/>
        <w:jc w:val="both"/>
        <w:rPr>
          <w:color w:val="000000" w:themeColor="text1"/>
        </w:rPr>
      </w:pPr>
      <w:r w:rsidRPr="00FA0622">
        <w:rPr>
          <w:color w:val="000000" w:themeColor="text1"/>
        </w:rPr>
        <w:t>5.1.2. Требовать от Подрядчика представления надлежащим образом оформленных документов о приемке Работ, которые указаны в настоящем Договоре.</w:t>
      </w:r>
    </w:p>
    <w:p w14:paraId="3FB1BFD6" w14:textId="77777777" w:rsidR="000330CF" w:rsidRPr="00FA0622" w:rsidRDefault="00A23B15" w:rsidP="00CF77E4">
      <w:pPr>
        <w:widowControl w:val="0"/>
        <w:ind w:firstLine="567"/>
        <w:jc w:val="both"/>
        <w:rPr>
          <w:color w:val="000000" w:themeColor="text1"/>
        </w:rPr>
      </w:pPr>
      <w:r w:rsidRPr="00FA0622">
        <w:rPr>
          <w:color w:val="000000" w:themeColor="text1"/>
        </w:rPr>
        <w:t>5.1.3.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14:paraId="21195A33" w14:textId="77777777" w:rsidR="000330CF" w:rsidRPr="00FA0622" w:rsidRDefault="00A23B15" w:rsidP="00CF77E4">
      <w:pPr>
        <w:widowControl w:val="0"/>
        <w:ind w:firstLine="567"/>
        <w:jc w:val="both"/>
        <w:rPr>
          <w:color w:val="000000" w:themeColor="text1"/>
        </w:rPr>
      </w:pPr>
      <w:r w:rsidRPr="00FA0622">
        <w:rPr>
          <w:color w:val="000000" w:themeColor="text1"/>
        </w:rPr>
        <w:t>5.1.4. Запрашивать у Подрядчика информацию о ходе исполнения обязательств по Договору.</w:t>
      </w:r>
    </w:p>
    <w:p w14:paraId="64A61EC2" w14:textId="77777777" w:rsidR="000330CF" w:rsidRPr="00FA0622" w:rsidRDefault="00A23B15" w:rsidP="00CF77E4">
      <w:pPr>
        <w:widowControl w:val="0"/>
        <w:ind w:firstLine="567"/>
        <w:jc w:val="both"/>
        <w:rPr>
          <w:color w:val="000000" w:themeColor="text1"/>
        </w:rPr>
      </w:pPr>
      <w:r w:rsidRPr="00FA0622">
        <w:rPr>
          <w:color w:val="000000" w:themeColor="text1"/>
        </w:rPr>
        <w:t>5.1.5.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 (статья 715 Гражданского кодекса Российской Федерации).</w:t>
      </w:r>
    </w:p>
    <w:p w14:paraId="53F6D636" w14:textId="77777777" w:rsidR="000330CF" w:rsidRPr="00FA0622" w:rsidRDefault="00A23B15" w:rsidP="00CF77E4">
      <w:pPr>
        <w:widowControl w:val="0"/>
        <w:ind w:firstLine="567"/>
        <w:jc w:val="both"/>
        <w:rPr>
          <w:color w:val="000000" w:themeColor="text1"/>
        </w:rPr>
      </w:pPr>
      <w:r w:rsidRPr="00FA0622">
        <w:rPr>
          <w:color w:val="000000" w:themeColor="text1"/>
        </w:rPr>
        <w:t>5.1.6. Отказаться от приемки Работ в случаях, предусмотренных Договором и законодательством Российской Федерации, в том числе в случае обнаружения неустранимых недостатков.</w:t>
      </w:r>
    </w:p>
    <w:p w14:paraId="3F84B85F" w14:textId="77777777" w:rsidR="000330CF" w:rsidRPr="00FA0622" w:rsidRDefault="00A23B15" w:rsidP="00CF77E4">
      <w:pPr>
        <w:widowControl w:val="0"/>
        <w:ind w:firstLine="567"/>
        <w:jc w:val="both"/>
        <w:rPr>
          <w:color w:val="000000" w:themeColor="text1"/>
        </w:rPr>
      </w:pPr>
      <w:r w:rsidRPr="00FA0622">
        <w:rPr>
          <w:color w:val="000000" w:themeColor="text1"/>
        </w:rPr>
        <w:t xml:space="preserve">5.1.7. Принять решение об одностороннем отказе от исполнения Договора в соответствии с </w:t>
      </w:r>
      <w:r w:rsidRPr="00FA0622">
        <w:rPr>
          <w:color w:val="000000" w:themeColor="text1"/>
        </w:rPr>
        <w:lastRenderedPageBreak/>
        <w:t>законодательством Российской Федерации, Положением о закупке Заказчика и настоящим Договором.</w:t>
      </w:r>
    </w:p>
    <w:p w14:paraId="61A1FDC9" w14:textId="77777777" w:rsidR="000330CF" w:rsidRPr="00FA0622" w:rsidRDefault="00A23B15" w:rsidP="00CF77E4">
      <w:pPr>
        <w:widowControl w:val="0"/>
        <w:ind w:firstLine="567"/>
        <w:jc w:val="both"/>
        <w:rPr>
          <w:color w:val="000000" w:themeColor="text1"/>
        </w:rPr>
      </w:pPr>
      <w:r w:rsidRPr="00FA0622">
        <w:rPr>
          <w:color w:val="000000" w:themeColor="text1"/>
        </w:rPr>
        <w:t>5.1.8. По соглашению с Подрядчиком изменить существенные условия Договора в случаях, установленных настоящим Договором и Положением о закупке Заказчика.</w:t>
      </w:r>
    </w:p>
    <w:p w14:paraId="1E91E9BA" w14:textId="77777777" w:rsidR="000330CF" w:rsidRPr="00FA0622" w:rsidRDefault="00A23B15" w:rsidP="00CF77E4">
      <w:pPr>
        <w:widowControl w:val="0"/>
        <w:ind w:firstLine="567"/>
        <w:jc w:val="both"/>
        <w:rPr>
          <w:color w:val="000000" w:themeColor="text1"/>
        </w:rPr>
      </w:pPr>
      <w:r w:rsidRPr="00FA0622">
        <w:rPr>
          <w:color w:val="000000" w:themeColor="text1"/>
        </w:rPr>
        <w:t>5.1.9. Направить Подрядчику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Подрядчиком каких-либо взятых на себя обязанностей по настоящему Договору или невыполнении таких обязанностей в установленный Договором срок.</w:t>
      </w:r>
    </w:p>
    <w:p w14:paraId="5EC05903" w14:textId="77777777" w:rsidR="000330CF" w:rsidRPr="00FA0622" w:rsidRDefault="00A23B15" w:rsidP="00CF77E4">
      <w:pPr>
        <w:widowControl w:val="0"/>
        <w:ind w:firstLine="567"/>
        <w:jc w:val="both"/>
        <w:rPr>
          <w:color w:val="000000" w:themeColor="text1"/>
        </w:rPr>
      </w:pPr>
      <w:r w:rsidRPr="00FA0622">
        <w:rPr>
          <w:color w:val="000000" w:themeColor="text1"/>
        </w:rPr>
        <w:t>5.1.10. При неоплате Подрядчиком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1423BD21" w14:textId="77777777" w:rsidR="000330CF" w:rsidRPr="00FA0622" w:rsidRDefault="00A23B15" w:rsidP="00CF77E4">
      <w:pPr>
        <w:widowControl w:val="0"/>
        <w:ind w:firstLine="567"/>
        <w:jc w:val="both"/>
        <w:rPr>
          <w:color w:val="000000" w:themeColor="text1"/>
        </w:rPr>
      </w:pPr>
      <w:r w:rsidRPr="00FA0622">
        <w:rPr>
          <w:color w:val="000000" w:themeColor="text1"/>
        </w:rP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3A1B6A30" w14:textId="77777777" w:rsidR="000330CF" w:rsidRPr="00FA0622" w:rsidRDefault="00A23B15" w:rsidP="00CF77E4">
      <w:pPr>
        <w:widowControl w:val="0"/>
        <w:ind w:firstLine="567"/>
        <w:jc w:val="both"/>
        <w:rPr>
          <w:color w:val="000000" w:themeColor="text1"/>
        </w:rPr>
      </w:pPr>
      <w:r w:rsidRPr="00FA0622">
        <w:rPr>
          <w:color w:val="000000" w:themeColor="text1"/>
        </w:rPr>
        <w:t>5.1.12. В случае предоставления Подрядчиком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Подрядчиком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w:t>
      </w:r>
    </w:p>
    <w:p w14:paraId="48C58D0D" w14:textId="77777777" w:rsidR="000330CF" w:rsidRPr="00FA0622" w:rsidRDefault="00A23B15" w:rsidP="00CF77E4">
      <w:pPr>
        <w:widowControl w:val="0"/>
        <w:ind w:firstLine="567"/>
        <w:jc w:val="both"/>
        <w:rPr>
          <w:color w:val="000000" w:themeColor="text1"/>
        </w:rPr>
      </w:pPr>
      <w:r w:rsidRPr="00FA0622">
        <w:rPr>
          <w:color w:val="000000" w:themeColor="text1"/>
        </w:rPr>
        <w:t>5.1.13. Требовать от Подрядчика документы, подтверждающие качество, комплектность и соответствие оборудования и материалов, использованных при выполнении Работ, согласно законодательству, Техническому заданию и Смете.</w:t>
      </w:r>
    </w:p>
    <w:p w14:paraId="5DC10EDA" w14:textId="77777777" w:rsidR="000330CF" w:rsidRPr="00FA0622" w:rsidRDefault="00A23B15" w:rsidP="00CF77E4">
      <w:pPr>
        <w:widowControl w:val="0"/>
        <w:ind w:firstLine="567"/>
        <w:jc w:val="both"/>
        <w:rPr>
          <w:color w:val="000000" w:themeColor="text1"/>
        </w:rPr>
      </w:pPr>
      <w:r w:rsidRPr="00FA0622">
        <w:rPr>
          <w:color w:val="000000" w:themeColor="text1"/>
        </w:rPr>
        <w:t>5.1.14. Пользоваться иными правами, установленными Договором и законодательством Российской Федерации.</w:t>
      </w:r>
    </w:p>
    <w:p w14:paraId="5263A6F2" w14:textId="77777777" w:rsidR="000330CF" w:rsidRPr="00FA0622" w:rsidRDefault="00A23B15" w:rsidP="00CF77E4">
      <w:pPr>
        <w:widowControl w:val="0"/>
        <w:ind w:firstLine="567"/>
        <w:jc w:val="both"/>
        <w:rPr>
          <w:color w:val="000000" w:themeColor="text1"/>
        </w:rPr>
      </w:pPr>
      <w:r w:rsidRPr="00FA0622">
        <w:rPr>
          <w:b/>
          <w:color w:val="000000" w:themeColor="text1"/>
        </w:rPr>
        <w:t>5.2. Заказчик обязан:</w:t>
      </w:r>
    </w:p>
    <w:p w14:paraId="54088561" w14:textId="77777777" w:rsidR="000330CF" w:rsidRPr="00FA0622" w:rsidRDefault="00A23B15" w:rsidP="00CF77E4">
      <w:pPr>
        <w:widowControl w:val="0"/>
        <w:ind w:firstLine="567"/>
        <w:jc w:val="both"/>
        <w:rPr>
          <w:color w:val="000000" w:themeColor="text1"/>
        </w:rPr>
      </w:pPr>
      <w:r w:rsidRPr="00FA0622">
        <w:rPr>
          <w:color w:val="000000" w:themeColor="text1"/>
        </w:rPr>
        <w:t>5.2.1. Провести приемку Работ для проверки соответствия выполненных Работ требованиям, установленным Договором, в соответствии с порядком, установленным настоящим Договором.</w:t>
      </w:r>
    </w:p>
    <w:p w14:paraId="65F1B08E" w14:textId="77777777" w:rsidR="000330CF" w:rsidRPr="00FA0622" w:rsidRDefault="00A23B15" w:rsidP="00CF77E4">
      <w:pPr>
        <w:widowControl w:val="0"/>
        <w:ind w:firstLine="567"/>
        <w:jc w:val="both"/>
        <w:rPr>
          <w:color w:val="000000" w:themeColor="text1"/>
        </w:rPr>
      </w:pPr>
      <w:r w:rsidRPr="00FA0622">
        <w:rPr>
          <w:color w:val="000000" w:themeColor="text1"/>
        </w:rPr>
        <w:t>5.2.2. Сообщать в письменной форме Подрядчику о недостатках, обнаруженных в ходе исполнения Договора, в течение 3 (трех)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дней заявить об этом Подрядчику. Заказчик обязан назначить своего ответственного представителя для контроля за выполнением Работ и согласования организационных вопросов.</w:t>
      </w:r>
    </w:p>
    <w:p w14:paraId="040F1B05" w14:textId="77777777" w:rsidR="000330CF" w:rsidRPr="00FA0622" w:rsidRDefault="00A23B15" w:rsidP="00CF77E4">
      <w:pPr>
        <w:widowControl w:val="0"/>
        <w:ind w:firstLine="567"/>
        <w:jc w:val="both"/>
        <w:rPr>
          <w:color w:val="000000" w:themeColor="text1"/>
        </w:rPr>
      </w:pPr>
      <w:r w:rsidRPr="00FA0622">
        <w:rPr>
          <w:color w:val="000000" w:themeColor="text1"/>
        </w:rPr>
        <w:t>5.2.3. Своевременно принять и оплатить выполненные Работы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528C43B7" w14:textId="77777777" w:rsidR="000330CF" w:rsidRPr="00FA0622" w:rsidRDefault="00A23B15" w:rsidP="00CF77E4">
      <w:pPr>
        <w:widowControl w:val="0"/>
        <w:ind w:firstLine="567"/>
        <w:jc w:val="both"/>
        <w:rPr>
          <w:color w:val="000000" w:themeColor="text1"/>
        </w:rPr>
      </w:pPr>
      <w:r w:rsidRPr="00FA0622">
        <w:rPr>
          <w:color w:val="000000" w:themeColor="text1"/>
        </w:rPr>
        <w:t>5.2.4.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 зависящих от Подрядчика обстоятельств, которые могут оказать негативное влияние на качество Работ или создать невозможность выполнить Работы в установленный Договором срок.</w:t>
      </w:r>
    </w:p>
    <w:p w14:paraId="6A0EA675" w14:textId="77777777" w:rsidR="000330CF" w:rsidRPr="00FA0622" w:rsidRDefault="00A23B15" w:rsidP="00CF77E4">
      <w:pPr>
        <w:widowControl w:val="0"/>
        <w:ind w:firstLine="567"/>
        <w:jc w:val="both"/>
        <w:rPr>
          <w:color w:val="000000" w:themeColor="text1"/>
        </w:rPr>
      </w:pPr>
      <w:r w:rsidRPr="00FA0622">
        <w:rPr>
          <w:color w:val="000000" w:themeColor="text1"/>
        </w:rPr>
        <w:t>5.2.5. Обеспечить конфиденциальность информации, представленной Подрядчиком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4F14D4AF" w14:textId="77777777" w:rsidR="000330CF" w:rsidRPr="00FA0622" w:rsidRDefault="00A23B15" w:rsidP="00CF77E4">
      <w:pPr>
        <w:widowControl w:val="0"/>
        <w:ind w:firstLine="567"/>
        <w:jc w:val="both"/>
        <w:rPr>
          <w:color w:val="000000" w:themeColor="text1"/>
        </w:rPr>
      </w:pPr>
      <w:r w:rsidRPr="00FA0622">
        <w:rPr>
          <w:color w:val="000000" w:themeColor="text1"/>
        </w:rPr>
        <w:t>5.2.6. Обеспечить Подрядчику согласованный доступ к объекту, передать место выполнения Работ по акту приема-передачи, проект 06-58-22-СПС и необходимую техническую документацию в срок, установленный пунктом 3.5 Договора. Оборудование и материалы приобретаются Подрядчиком.</w:t>
      </w:r>
    </w:p>
    <w:p w14:paraId="6D3012EA" w14:textId="77777777" w:rsidR="000330CF" w:rsidRPr="00FA0622" w:rsidRDefault="00A23B15" w:rsidP="00CF77E4">
      <w:pPr>
        <w:widowControl w:val="0"/>
        <w:ind w:firstLine="567"/>
        <w:jc w:val="both"/>
        <w:rPr>
          <w:color w:val="000000" w:themeColor="text1"/>
        </w:rPr>
      </w:pPr>
      <w:r w:rsidRPr="00FA0622">
        <w:rPr>
          <w:color w:val="000000" w:themeColor="text1"/>
        </w:rPr>
        <w:t>5.2.7. Исполнять иные обязанности, предусмотренные законодательством Российской Федерации и условиями Договора.</w:t>
      </w:r>
    </w:p>
    <w:p w14:paraId="685296F0" w14:textId="77777777" w:rsidR="000330CF" w:rsidRPr="00FA0622" w:rsidRDefault="00A23B15" w:rsidP="00CF77E4">
      <w:pPr>
        <w:widowControl w:val="0"/>
        <w:ind w:firstLine="567"/>
        <w:jc w:val="both"/>
        <w:rPr>
          <w:color w:val="000000" w:themeColor="text1"/>
        </w:rPr>
      </w:pPr>
      <w:r w:rsidRPr="00FA0622">
        <w:rPr>
          <w:b/>
          <w:color w:val="000000" w:themeColor="text1"/>
        </w:rPr>
        <w:t>5.3. Подрядчик вправе:</w:t>
      </w:r>
    </w:p>
    <w:p w14:paraId="43755FD0" w14:textId="77777777" w:rsidR="000330CF" w:rsidRPr="00FA0622" w:rsidRDefault="00A23B15" w:rsidP="00CF77E4">
      <w:pPr>
        <w:widowControl w:val="0"/>
        <w:ind w:firstLine="567"/>
        <w:jc w:val="both"/>
        <w:rPr>
          <w:color w:val="000000" w:themeColor="text1"/>
        </w:rPr>
      </w:pPr>
      <w:r w:rsidRPr="00FA0622">
        <w:rPr>
          <w:color w:val="000000" w:themeColor="text1"/>
        </w:rPr>
        <w:t>5.3.1. Требовать своевременного подписания Заказчиком Акта о приемке. В случае отказа от подписания Заказчиком Акта о приемке Подрядчик вправе требовать от Заказчика мотивированный отказ от подписания указанного в настоящем пункте документа.</w:t>
      </w:r>
    </w:p>
    <w:p w14:paraId="08E97440" w14:textId="77777777" w:rsidR="000330CF" w:rsidRPr="00FA0622" w:rsidRDefault="00A23B15" w:rsidP="00CF77E4">
      <w:pPr>
        <w:widowControl w:val="0"/>
        <w:ind w:firstLine="567"/>
        <w:jc w:val="both"/>
        <w:rPr>
          <w:color w:val="000000" w:themeColor="text1"/>
        </w:rPr>
      </w:pPr>
      <w:r w:rsidRPr="00FA0622">
        <w:rPr>
          <w:color w:val="000000" w:themeColor="text1"/>
        </w:rPr>
        <w:t>5.3.2. Требовать своевременной оплаты за выполненные Работы надлежащего качества в соответствии с условиями Договора.</w:t>
      </w:r>
    </w:p>
    <w:p w14:paraId="7F1D6BE0" w14:textId="77777777" w:rsidR="000330CF" w:rsidRPr="00FA0622" w:rsidRDefault="00A23B15" w:rsidP="00CF77E4">
      <w:pPr>
        <w:widowControl w:val="0"/>
        <w:ind w:firstLine="567"/>
        <w:jc w:val="both"/>
        <w:rPr>
          <w:color w:val="000000" w:themeColor="text1"/>
        </w:rPr>
      </w:pPr>
      <w:r w:rsidRPr="00FA0622">
        <w:rPr>
          <w:color w:val="000000" w:themeColor="text1"/>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26C06C29" w14:textId="77777777" w:rsidR="000330CF" w:rsidRPr="00FA0622" w:rsidRDefault="00A23B15" w:rsidP="00CF77E4">
      <w:pPr>
        <w:widowControl w:val="0"/>
        <w:ind w:firstLine="567"/>
        <w:jc w:val="both"/>
        <w:rPr>
          <w:color w:val="000000" w:themeColor="text1"/>
        </w:rPr>
      </w:pPr>
      <w:r w:rsidRPr="00FA0622">
        <w:rPr>
          <w:color w:val="000000" w:themeColor="text1"/>
        </w:rPr>
        <w:t>5.3.4. Запрашивать у Заказчика разъяснения и уточнения относительно Работ в рамках Договора.</w:t>
      </w:r>
    </w:p>
    <w:p w14:paraId="3F021711" w14:textId="77777777" w:rsidR="000330CF" w:rsidRPr="00FA0622" w:rsidRDefault="00A23B15" w:rsidP="00CF77E4">
      <w:pPr>
        <w:widowControl w:val="0"/>
        <w:ind w:firstLine="567"/>
        <w:jc w:val="both"/>
        <w:rPr>
          <w:color w:val="000000" w:themeColor="text1"/>
        </w:rPr>
      </w:pPr>
      <w:r w:rsidRPr="00FA0622">
        <w:rPr>
          <w:color w:val="000000" w:themeColor="text1"/>
        </w:rPr>
        <w:t>5.3.5. Получать от Заказчика содействие при выполнении Работ в соответствии с условиями Договора (статья 747 Гражданского кодекса Российской Федерации).</w:t>
      </w:r>
    </w:p>
    <w:p w14:paraId="4E3BCD87" w14:textId="77777777" w:rsidR="000330CF" w:rsidRPr="00FA0622" w:rsidRDefault="00A23B15" w:rsidP="00CF77E4">
      <w:pPr>
        <w:widowControl w:val="0"/>
        <w:ind w:firstLine="567"/>
        <w:jc w:val="both"/>
        <w:rPr>
          <w:color w:val="000000" w:themeColor="text1"/>
        </w:rPr>
      </w:pPr>
      <w:r w:rsidRPr="00FA0622">
        <w:rPr>
          <w:color w:val="000000" w:themeColor="text1"/>
        </w:rPr>
        <w:lastRenderedPageBreak/>
        <w:t>5.3.6. Досрочно исполнить обязательства по Договору с письменного согласия Заказчика.</w:t>
      </w:r>
    </w:p>
    <w:p w14:paraId="67489287" w14:textId="77777777" w:rsidR="000330CF" w:rsidRPr="00FA0622" w:rsidRDefault="00A23B15" w:rsidP="00CF77E4">
      <w:pPr>
        <w:widowControl w:val="0"/>
        <w:ind w:firstLine="567"/>
        <w:jc w:val="both"/>
        <w:rPr>
          <w:color w:val="000000" w:themeColor="text1"/>
        </w:rPr>
      </w:pPr>
      <w:r w:rsidRPr="00FA0622">
        <w:rPr>
          <w:color w:val="000000" w:themeColor="text1"/>
        </w:rPr>
        <w:t>5.3.7. Принять решение об одностороннем отказе от исполнения Договора в соответствии с законодательством Российской Федерации.</w:t>
      </w:r>
    </w:p>
    <w:p w14:paraId="662A20C1" w14:textId="77777777" w:rsidR="000330CF" w:rsidRPr="00FA0622" w:rsidRDefault="00A23B15" w:rsidP="00CF77E4">
      <w:pPr>
        <w:widowControl w:val="0"/>
        <w:ind w:firstLine="567"/>
        <w:jc w:val="both"/>
        <w:rPr>
          <w:color w:val="000000" w:themeColor="text1"/>
        </w:rPr>
      </w:pPr>
      <w:r w:rsidRPr="00FA0622">
        <w:rPr>
          <w:color w:val="000000" w:themeColor="text1"/>
        </w:rPr>
        <w:t>5.3.8. Пользоваться иными правами, установленными Договором и законодательством Российской Федерации.</w:t>
      </w:r>
    </w:p>
    <w:p w14:paraId="79377289" w14:textId="77777777" w:rsidR="000330CF" w:rsidRPr="00FA0622" w:rsidRDefault="00A23B15" w:rsidP="00CF77E4">
      <w:pPr>
        <w:widowControl w:val="0"/>
        <w:ind w:firstLine="567"/>
        <w:jc w:val="both"/>
        <w:rPr>
          <w:color w:val="000000" w:themeColor="text1"/>
        </w:rPr>
      </w:pPr>
      <w:r w:rsidRPr="00FA0622">
        <w:rPr>
          <w:b/>
          <w:color w:val="000000" w:themeColor="text1"/>
        </w:rPr>
        <w:t>5.4. Подрядчик обязан:</w:t>
      </w:r>
    </w:p>
    <w:p w14:paraId="5F31FD96" w14:textId="77777777" w:rsidR="000330CF" w:rsidRPr="00FA0622" w:rsidRDefault="00A23B15" w:rsidP="00CF77E4">
      <w:pPr>
        <w:widowControl w:val="0"/>
        <w:ind w:firstLine="567"/>
        <w:jc w:val="both"/>
        <w:rPr>
          <w:color w:val="000000" w:themeColor="text1"/>
        </w:rPr>
      </w:pPr>
      <w:r w:rsidRPr="00FA0622">
        <w:rPr>
          <w:color w:val="000000" w:themeColor="text1"/>
        </w:rPr>
        <w:t>5.4.1. Своевременно и надлежащим образом исполнять обязательства в соответствии с условиями Договора и представить Заказчику надлежащим образом оформленные документы о приемке Работ, которые указаны в настоящем Договоре.</w:t>
      </w:r>
    </w:p>
    <w:p w14:paraId="1BDA3B3C" w14:textId="77777777" w:rsidR="000330CF" w:rsidRPr="00FA0622" w:rsidRDefault="00A23B15" w:rsidP="00CF77E4">
      <w:pPr>
        <w:widowControl w:val="0"/>
        <w:ind w:firstLine="567"/>
        <w:jc w:val="both"/>
        <w:rPr>
          <w:color w:val="000000" w:themeColor="text1"/>
        </w:rPr>
      </w:pPr>
      <w:r w:rsidRPr="00FA0622">
        <w:rPr>
          <w:color w:val="000000" w:themeColor="text1"/>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1E1F3B2D" w14:textId="77777777" w:rsidR="000330CF" w:rsidRPr="00FA0622" w:rsidRDefault="00A23B15" w:rsidP="00CF77E4">
      <w:pPr>
        <w:widowControl w:val="0"/>
        <w:ind w:firstLine="567"/>
        <w:jc w:val="both"/>
        <w:rPr>
          <w:color w:val="000000" w:themeColor="text1"/>
        </w:rPr>
      </w:pPr>
      <w:r w:rsidRPr="00FA0622">
        <w:rPr>
          <w:color w:val="000000" w:themeColor="text1"/>
        </w:rPr>
        <w:t>5.4.3. Обеспечивать соответствие Работ требованиям качества, безопасности жизни и здоровья, а также иным требованиям сертификации, безопасности (санитарным нормам и правилам, техническим регламентам, национальным стандартам и т.п.), установленным законодательством Российской Федерации. Подрядчик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2F2DE0AD" w14:textId="77777777" w:rsidR="000330CF" w:rsidRPr="00FA0622" w:rsidRDefault="00A23B15" w:rsidP="00CF77E4">
      <w:pPr>
        <w:widowControl w:val="0"/>
        <w:ind w:firstLine="567"/>
        <w:jc w:val="both"/>
        <w:rPr>
          <w:color w:val="000000" w:themeColor="text1"/>
        </w:rPr>
      </w:pPr>
      <w:r w:rsidRPr="00FA0622">
        <w:rPr>
          <w:color w:val="000000" w:themeColor="text1"/>
        </w:rPr>
        <w:t>5.4.4. Обеспечить устранение недостатков, выявленных при приемке Заказчиком Работ и в течение гарантийного срока, за свой счет.</w:t>
      </w:r>
    </w:p>
    <w:p w14:paraId="0E111096" w14:textId="77777777" w:rsidR="000330CF" w:rsidRPr="00FA0622" w:rsidRDefault="00A23B15" w:rsidP="00CF77E4">
      <w:pPr>
        <w:widowControl w:val="0"/>
        <w:ind w:firstLine="567"/>
        <w:jc w:val="both"/>
        <w:rPr>
          <w:color w:val="000000" w:themeColor="text1"/>
        </w:rPr>
      </w:pPr>
      <w:r w:rsidRPr="00FA0622">
        <w:rPr>
          <w:color w:val="000000" w:themeColor="text1"/>
        </w:rPr>
        <w:t>5.4.5. Предоставлять обеспечение исполнения обязательств по Договору в соответствии с условиями Договора в случае, если установлены требования к предоставлению таких обеспечений настоящим Договором.</w:t>
      </w:r>
    </w:p>
    <w:p w14:paraId="3FB605C3" w14:textId="77777777" w:rsidR="000330CF" w:rsidRPr="00FA0622" w:rsidRDefault="00A23B15" w:rsidP="00CF77E4">
      <w:pPr>
        <w:widowControl w:val="0"/>
        <w:ind w:firstLine="567"/>
        <w:jc w:val="both"/>
        <w:rPr>
          <w:color w:val="000000" w:themeColor="text1"/>
        </w:rPr>
      </w:pPr>
      <w:r w:rsidRPr="00FA0622">
        <w:rPr>
          <w:color w:val="000000" w:themeColor="text1"/>
        </w:rPr>
        <w:t>5.4.6. Приостановить выполнение Работ в случае обнаружения не зависящих от Подрядчика обстоятельств, которые могут оказать негативное влияние на качество Работ или создать невозможность выполнить Работы в установленный Договором срок, и сообщить об этом Заказчику в течение 1 (одного) рабочего дня после приостановления выполнения Работ.</w:t>
      </w:r>
    </w:p>
    <w:p w14:paraId="4507D751" w14:textId="77777777" w:rsidR="000330CF" w:rsidRPr="00FA0622" w:rsidRDefault="00A23B15" w:rsidP="00CF77E4">
      <w:pPr>
        <w:widowControl w:val="0"/>
        <w:ind w:firstLine="567"/>
        <w:jc w:val="both"/>
        <w:rPr>
          <w:color w:val="000000" w:themeColor="text1"/>
        </w:rPr>
      </w:pPr>
      <w:r w:rsidRPr="00FA0622">
        <w:rPr>
          <w:color w:val="000000" w:themeColor="text1"/>
        </w:rPr>
        <w:t>5.4.7. Информировать Заказчика о невозможности выполнить Работы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58DC1138" w14:textId="77777777" w:rsidR="000330CF" w:rsidRPr="00FA0622" w:rsidRDefault="00A23B15" w:rsidP="00CF77E4">
      <w:pPr>
        <w:widowControl w:val="0"/>
        <w:ind w:firstLine="567"/>
        <w:jc w:val="both"/>
        <w:rPr>
          <w:color w:val="000000" w:themeColor="text1"/>
        </w:rPr>
      </w:pPr>
      <w:r w:rsidRPr="00FA0622">
        <w:rPr>
          <w:color w:val="000000" w:themeColor="text1"/>
        </w:rPr>
        <w:t>5.4.8. Представлять Заказчику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Подрядчика будет считаться адрес, указанный в Договоре. Подрядчик возмещает Заказчику сумму убытков в случае нарушения настоящего пункта, в том числе, если к Заказчику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Подрядчиком Заказчику о внесенных изменениях в форме собственности, системе налогообложения и об иных сведениях, имеющих существенное значение.</w:t>
      </w:r>
    </w:p>
    <w:p w14:paraId="0D8D8689" w14:textId="77777777" w:rsidR="000330CF" w:rsidRPr="00FA0622" w:rsidRDefault="00A23B15" w:rsidP="00CF77E4">
      <w:pPr>
        <w:widowControl w:val="0"/>
        <w:ind w:firstLine="567"/>
        <w:jc w:val="both"/>
        <w:rPr>
          <w:color w:val="000000" w:themeColor="text1"/>
        </w:rPr>
      </w:pPr>
      <w:r w:rsidRPr="00FA0622">
        <w:rPr>
          <w:color w:val="000000" w:themeColor="text1"/>
        </w:rPr>
        <w:t>5.4.9. Обеспечить конфиденциальность информации, представленной Заказчиком в ходе исполнения обязательств по Договору, за исключением случаев, когда Подрядчик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096EEC8C" w14:textId="5F02CB1C" w:rsidR="000330CF" w:rsidRPr="00FA0622" w:rsidRDefault="00A23B15" w:rsidP="00CF77E4">
      <w:pPr>
        <w:widowControl w:val="0"/>
        <w:ind w:firstLine="567"/>
        <w:jc w:val="both"/>
        <w:rPr>
          <w:color w:val="000000" w:themeColor="text1"/>
        </w:rPr>
      </w:pPr>
      <w:r w:rsidRPr="00FA0622">
        <w:rPr>
          <w:color w:val="000000" w:themeColor="text1"/>
        </w:rPr>
        <w:t>5.4.10. Обеспечить сохранность оборудования и материалов, используемых при выполнении Работ; по окончании Работ удалить принадлежащие Подрядчику остатки материалов и отходы с соблюдением законодательства. Демонтированное оборудование передать Заказчику по акту.</w:t>
      </w:r>
    </w:p>
    <w:p w14:paraId="7F7561DD" w14:textId="77777777" w:rsidR="000330CF" w:rsidRPr="00FA0622" w:rsidRDefault="00A23B15" w:rsidP="00CF77E4">
      <w:pPr>
        <w:widowControl w:val="0"/>
        <w:ind w:firstLine="567"/>
        <w:jc w:val="both"/>
        <w:rPr>
          <w:color w:val="000000" w:themeColor="text1"/>
        </w:rPr>
      </w:pPr>
      <w:r w:rsidRPr="00FA0622">
        <w:rPr>
          <w:color w:val="000000" w:themeColor="text1"/>
        </w:rPr>
        <w:t>5.4.11. Исполнять иные обязанности, предусмотренные законодательством Российской Федерации и Договором.</w:t>
      </w:r>
    </w:p>
    <w:p w14:paraId="55386587" w14:textId="77777777" w:rsidR="00CF77E4" w:rsidRPr="00FA0622" w:rsidRDefault="00CF77E4" w:rsidP="00CF77E4">
      <w:pPr>
        <w:widowControl w:val="0"/>
        <w:ind w:firstLine="567"/>
        <w:jc w:val="both"/>
        <w:rPr>
          <w:color w:val="000000" w:themeColor="text1"/>
        </w:rPr>
      </w:pPr>
    </w:p>
    <w:p w14:paraId="6F9BCAD3"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6. Гарантии</w:t>
      </w:r>
    </w:p>
    <w:p w14:paraId="46C0F83D" w14:textId="77777777" w:rsidR="000330CF" w:rsidRPr="00FA0622" w:rsidRDefault="00A23B15" w:rsidP="00CF77E4">
      <w:pPr>
        <w:widowControl w:val="0"/>
        <w:ind w:firstLine="567"/>
        <w:jc w:val="both"/>
        <w:rPr>
          <w:color w:val="000000" w:themeColor="text1"/>
        </w:rPr>
      </w:pPr>
      <w:r w:rsidRPr="00FA0622">
        <w:rPr>
          <w:color w:val="000000" w:themeColor="text1"/>
        </w:rPr>
        <w:t>6.1. Подрядчик гарантирует качество и безопасность Работ в соответствии с действующими стандартами, утвержденными на данный вид Работ, и наличием документов, обязательных для данного вида Работ, оформленных в соответствии с законодательством Российской Федерации. Качество Работ, выполняемых Заказчику, должно соответствовать законодательству Российской Федерации и настоящему Договору, в том числе приложению к Договору – Техническому заданию.</w:t>
      </w:r>
    </w:p>
    <w:p w14:paraId="7400121A" w14:textId="77777777" w:rsidR="000330CF" w:rsidRPr="00FA0622" w:rsidRDefault="00A23B15" w:rsidP="00CF77E4">
      <w:pPr>
        <w:widowControl w:val="0"/>
        <w:ind w:firstLine="567"/>
        <w:jc w:val="both"/>
        <w:rPr>
          <w:color w:val="000000" w:themeColor="text1"/>
        </w:rPr>
      </w:pPr>
      <w:r w:rsidRPr="00FA0622">
        <w:rPr>
          <w:color w:val="000000" w:themeColor="text1"/>
        </w:rPr>
        <w:t>6.2. Гарантия на результат Работ, включая установленное оборудование и материалы Подрядчика, составляет 24 месяца со дня подписания Сторонами Акта о приемке. Порядок устранения гарантийных недостатков определяется настоящим разделом и Техническим заданием (Приложение № 1 к Договору).</w:t>
      </w:r>
    </w:p>
    <w:p w14:paraId="41C35666" w14:textId="77777777" w:rsidR="000330CF" w:rsidRPr="00FA0622" w:rsidRDefault="00A23B15" w:rsidP="00CF77E4">
      <w:pPr>
        <w:widowControl w:val="0"/>
        <w:ind w:firstLine="567"/>
        <w:jc w:val="both"/>
        <w:rPr>
          <w:color w:val="000000" w:themeColor="text1"/>
        </w:rPr>
      </w:pPr>
      <w:r w:rsidRPr="00FA0622">
        <w:rPr>
          <w:color w:val="000000" w:themeColor="text1"/>
        </w:rPr>
        <w:t xml:space="preserve">6.3. Соответствие качества Работ должно быть подтверждено следующими документами в соответствии с законодательством Российской Федерации: сертификатами соответствия (или декларациями), </w:t>
      </w:r>
      <w:r w:rsidRPr="00FA0622">
        <w:rPr>
          <w:color w:val="000000" w:themeColor="text1"/>
        </w:rPr>
        <w:lastRenderedPageBreak/>
        <w:t>оформленными в соответствии с законодательством Российской Федерации, и (или) иными документами, указанными в Техническом задании (Приложение № 1 к Договору). Все документы должны быть заверены надлежащим образом.</w:t>
      </w:r>
    </w:p>
    <w:p w14:paraId="7DD650B5" w14:textId="77777777" w:rsidR="000330CF" w:rsidRPr="00FA0622" w:rsidRDefault="00A23B15" w:rsidP="00CF77E4">
      <w:pPr>
        <w:widowControl w:val="0"/>
        <w:ind w:firstLine="567"/>
        <w:jc w:val="both"/>
        <w:rPr>
          <w:color w:val="000000" w:themeColor="text1"/>
        </w:rPr>
      </w:pPr>
      <w:r w:rsidRPr="00FA0622">
        <w:rPr>
          <w:color w:val="000000" w:themeColor="text1"/>
        </w:rPr>
        <w:t>6.4. Гарантия качества распространяется на результат Работ в целом, включая все составляющие его части, инженерные системы, материалы, изделия и оборудование, предоставленные Подрядчиком. Гарантийные условия и ответственность за выявленные недостатки определяются настоящим разделом и Техническим заданием (Приложение № 1 к Договору).</w:t>
      </w:r>
    </w:p>
    <w:p w14:paraId="21E31ECD" w14:textId="77777777" w:rsidR="000330CF" w:rsidRPr="00FA0622" w:rsidRDefault="00A23B15" w:rsidP="00CF77E4">
      <w:pPr>
        <w:widowControl w:val="0"/>
        <w:ind w:firstLine="567"/>
        <w:jc w:val="both"/>
        <w:rPr>
          <w:color w:val="000000" w:themeColor="text1"/>
        </w:rPr>
      </w:pPr>
      <w:r w:rsidRPr="00FA0622">
        <w:rPr>
          <w:color w:val="000000" w:themeColor="text1"/>
        </w:rPr>
        <w:t>6.5. В случае выявления в течение всего срока гарантии на результат Работ существенного нарушения требований к качеству Подрядчик обязан безвозмездно устранить недостатки либо повторно выполнить Работы надлежащего качества.</w:t>
      </w:r>
    </w:p>
    <w:p w14:paraId="21215972" w14:textId="77777777" w:rsidR="000330CF" w:rsidRPr="00FA0622" w:rsidRDefault="00A23B15" w:rsidP="00CF77E4">
      <w:pPr>
        <w:widowControl w:val="0"/>
        <w:ind w:firstLine="567"/>
        <w:jc w:val="both"/>
        <w:rPr>
          <w:color w:val="000000" w:themeColor="text1"/>
        </w:rPr>
      </w:pPr>
      <w:r w:rsidRPr="00FA0622">
        <w:rPr>
          <w:color w:val="000000" w:themeColor="text1"/>
        </w:rPr>
        <w:t>6.6. Все расходы, связанные с устранением недостатков результата Работ ненадлежащего качества, осуществляются за счет Подрядчика.</w:t>
      </w:r>
    </w:p>
    <w:p w14:paraId="17711C05" w14:textId="77777777" w:rsidR="00CF77E4" w:rsidRPr="00FA0622" w:rsidRDefault="00CF77E4" w:rsidP="00CF77E4">
      <w:pPr>
        <w:widowControl w:val="0"/>
        <w:ind w:firstLine="567"/>
        <w:jc w:val="both"/>
        <w:rPr>
          <w:color w:val="000000" w:themeColor="text1"/>
        </w:rPr>
      </w:pPr>
    </w:p>
    <w:p w14:paraId="694CA8BB"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7. Ответственность Сторон</w:t>
      </w:r>
    </w:p>
    <w:p w14:paraId="3CF201A0" w14:textId="77777777" w:rsidR="000330CF" w:rsidRPr="00FA0622" w:rsidRDefault="00A23B15" w:rsidP="00CF77E4">
      <w:pPr>
        <w:widowControl w:val="0"/>
        <w:ind w:firstLine="567"/>
        <w:jc w:val="both"/>
        <w:rPr>
          <w:color w:val="000000" w:themeColor="text1"/>
        </w:rPr>
      </w:pPr>
      <w:r w:rsidRPr="00FA0622">
        <w:rPr>
          <w:b/>
          <w:color w:val="000000" w:themeColor="text1"/>
        </w:rPr>
        <w:t>7.1. Общие положения об ответственности Сторон</w:t>
      </w:r>
    </w:p>
    <w:p w14:paraId="2B351BFC" w14:textId="77777777" w:rsidR="000330CF" w:rsidRPr="00FA0622" w:rsidRDefault="00A23B15" w:rsidP="00CF77E4">
      <w:pPr>
        <w:widowControl w:val="0"/>
        <w:ind w:firstLine="567"/>
        <w:jc w:val="both"/>
        <w:rPr>
          <w:color w:val="000000" w:themeColor="text1"/>
        </w:rPr>
      </w:pPr>
      <w:r w:rsidRPr="00FA0622">
        <w:rPr>
          <w:color w:val="000000" w:themeColor="text1"/>
        </w:rPr>
        <w:t>7.1.1.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2F7F699D" w14:textId="77777777" w:rsidR="000330CF" w:rsidRPr="00FA0622" w:rsidRDefault="00A23B15" w:rsidP="00CF77E4">
      <w:pPr>
        <w:widowControl w:val="0"/>
        <w:ind w:firstLine="567"/>
        <w:jc w:val="both"/>
        <w:rPr>
          <w:color w:val="000000" w:themeColor="text1"/>
        </w:rPr>
      </w:pPr>
      <w:r w:rsidRPr="00FA0622">
        <w:rPr>
          <w:color w:val="000000" w:themeColor="text1"/>
        </w:rPr>
        <w:t>7.1.2. Уплата стороной неустойки (штрафа, пеней) не освобождает её от исполнения обязательств по Договору.</w:t>
      </w:r>
    </w:p>
    <w:p w14:paraId="4603886C" w14:textId="77777777" w:rsidR="000330CF" w:rsidRPr="00FA0622" w:rsidRDefault="00A23B15" w:rsidP="00CF77E4">
      <w:pPr>
        <w:widowControl w:val="0"/>
        <w:ind w:firstLine="567"/>
        <w:jc w:val="both"/>
        <w:rPr>
          <w:color w:val="000000" w:themeColor="text1"/>
        </w:rPr>
      </w:pPr>
      <w:r w:rsidRPr="00FA0622">
        <w:rPr>
          <w:color w:val="000000" w:themeColor="text1"/>
        </w:rPr>
        <w:t>7.1.3. Общая сумма начисленных в отдельности каждой из Сторон пеней, штрафов за неисполнение или ненадлежащее исполнение другой Стороной обязательств, предусмотренных Договором,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w:t>
      </w:r>
    </w:p>
    <w:p w14:paraId="10956FA7" w14:textId="77777777" w:rsidR="000330CF" w:rsidRPr="00FA0622" w:rsidRDefault="00A23B15" w:rsidP="00CF77E4">
      <w:pPr>
        <w:widowControl w:val="0"/>
        <w:ind w:firstLine="567"/>
        <w:jc w:val="both"/>
        <w:rPr>
          <w:color w:val="000000" w:themeColor="text1"/>
        </w:rPr>
      </w:pPr>
      <w:r w:rsidRPr="00FA0622">
        <w:rPr>
          <w:color w:val="000000" w:themeColor="text1"/>
        </w:rPr>
        <w:t>7.1.4. Стороны освобождаются от уплаты неустойки (штрафа, пеней), если докажут,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FE91A08" w14:textId="77777777" w:rsidR="000330CF" w:rsidRPr="00FA0622" w:rsidRDefault="00A23B15" w:rsidP="00CF77E4">
      <w:pPr>
        <w:widowControl w:val="0"/>
        <w:ind w:firstLine="567"/>
        <w:jc w:val="both"/>
        <w:rPr>
          <w:color w:val="000000" w:themeColor="text1"/>
        </w:rPr>
      </w:pPr>
      <w:r w:rsidRPr="00FA0622">
        <w:rPr>
          <w:b/>
          <w:color w:val="000000" w:themeColor="text1"/>
        </w:rPr>
        <w:t>7.2. Ответственность Заказчика</w:t>
      </w:r>
    </w:p>
    <w:p w14:paraId="3C987FDF" w14:textId="77777777" w:rsidR="000330CF" w:rsidRPr="00FA0622" w:rsidRDefault="00A23B15" w:rsidP="00CF77E4">
      <w:pPr>
        <w:widowControl w:val="0"/>
        <w:ind w:firstLine="567"/>
        <w:jc w:val="both"/>
        <w:rPr>
          <w:color w:val="000000" w:themeColor="text1"/>
        </w:rPr>
      </w:pPr>
      <w:r w:rsidRPr="00FA0622">
        <w:rPr>
          <w:color w:val="000000" w:themeColor="text1"/>
        </w:rP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(пеней).</w:t>
      </w:r>
    </w:p>
    <w:p w14:paraId="416E551E" w14:textId="77777777" w:rsidR="000330CF" w:rsidRPr="00FA0622" w:rsidRDefault="00A23B15" w:rsidP="00CF77E4">
      <w:pPr>
        <w:widowControl w:val="0"/>
        <w:ind w:firstLine="567"/>
        <w:jc w:val="both"/>
        <w:rPr>
          <w:color w:val="000000" w:themeColor="text1"/>
        </w:rPr>
      </w:pPr>
      <w:r w:rsidRPr="00FA0622">
        <w:rPr>
          <w:color w:val="000000" w:themeColor="text1"/>
        </w:rPr>
        <w:t>7.2.2.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ключевой ставки ЦБ РФ, установленной на день предъявления соответствующего требования, от не уплаченной в установленный настоящим Договором срок суммы. Общая сумма начисленной неустойки не может превышать 10 % (десять процентов) от не уплаченной в установленный настоящим Договором срок суммы.</w:t>
      </w:r>
    </w:p>
    <w:p w14:paraId="40C44833" w14:textId="77777777" w:rsidR="000330CF" w:rsidRPr="00FA0622" w:rsidRDefault="00A23B15" w:rsidP="00CF77E4">
      <w:pPr>
        <w:widowControl w:val="0"/>
        <w:ind w:firstLine="567"/>
        <w:jc w:val="both"/>
        <w:rPr>
          <w:color w:val="000000" w:themeColor="text1"/>
        </w:rPr>
      </w:pPr>
      <w:r w:rsidRPr="00FA0622">
        <w:rPr>
          <w:b/>
          <w:color w:val="000000" w:themeColor="text1"/>
        </w:rPr>
        <w:t>7.3. Ответственность Подрядчика</w:t>
      </w:r>
    </w:p>
    <w:p w14:paraId="4512A05F" w14:textId="77777777" w:rsidR="000330CF" w:rsidRPr="00FA0622" w:rsidRDefault="00A23B15" w:rsidP="00CF77E4">
      <w:pPr>
        <w:widowControl w:val="0"/>
        <w:ind w:firstLine="567"/>
        <w:jc w:val="both"/>
        <w:rPr>
          <w:color w:val="000000" w:themeColor="text1"/>
        </w:rPr>
      </w:pPr>
      <w:r w:rsidRPr="00FA0622">
        <w:rPr>
          <w:color w:val="000000" w:themeColor="text1"/>
        </w:rPr>
        <w:t>7.3.1.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вправе потребовать уплаты Подрядчиком неустоек (пеней).</w:t>
      </w:r>
    </w:p>
    <w:p w14:paraId="769F402A" w14:textId="77777777" w:rsidR="000330CF" w:rsidRPr="00FA0622" w:rsidRDefault="00A23B15" w:rsidP="00CF77E4">
      <w:pPr>
        <w:widowControl w:val="0"/>
        <w:ind w:firstLine="567"/>
        <w:jc w:val="both"/>
        <w:rPr>
          <w:color w:val="000000" w:themeColor="text1"/>
        </w:rPr>
      </w:pPr>
      <w:r w:rsidRPr="00FA0622">
        <w:rPr>
          <w:color w:val="000000" w:themeColor="text1"/>
        </w:rPr>
        <w:t>7.3.2. Пеня начисляется за каждый день просрочки исполнения Подрядчиком обязательства, предусмотренного Договором (в том числе срока выполнения работ, исполнения гарантийных обязательств), начиная со дня, следующего после дня истечения установленного Договором срока исполнения обязательства, и устанавливается Договором в размере 1/300 ключевой ставки ЦБ РФ, установленной на день предъявления соответствующего требования,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Подрядчиком.</w:t>
      </w:r>
    </w:p>
    <w:p w14:paraId="566D7B6D" w14:textId="77777777" w:rsidR="000330CF" w:rsidRPr="00FA0622" w:rsidRDefault="00A23B15" w:rsidP="00CF77E4">
      <w:pPr>
        <w:widowControl w:val="0"/>
        <w:ind w:firstLine="567"/>
        <w:jc w:val="both"/>
        <w:rPr>
          <w:color w:val="000000" w:themeColor="text1"/>
        </w:rPr>
      </w:pPr>
      <w:r w:rsidRPr="00FA0622">
        <w:rPr>
          <w:color w:val="000000" w:themeColor="text1"/>
        </w:rPr>
        <w:t>Общая сумма начисленной неустойки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Подрядчиком.</w:t>
      </w:r>
    </w:p>
    <w:p w14:paraId="4124DB4A" w14:textId="77777777" w:rsidR="000330CF" w:rsidRPr="00FA0622" w:rsidRDefault="00A23B15" w:rsidP="00CF77E4">
      <w:pPr>
        <w:widowControl w:val="0"/>
        <w:ind w:firstLine="567"/>
        <w:jc w:val="both"/>
        <w:rPr>
          <w:color w:val="000000" w:themeColor="text1"/>
        </w:rPr>
      </w:pPr>
      <w:r w:rsidRPr="00FA0622">
        <w:rPr>
          <w:color w:val="000000" w:themeColor="text1"/>
        </w:rPr>
        <w:t xml:space="preserve">7.3.3. За нарушение Подрядчиком на территории Заказчика техники безопасности и иных обязательных </w:t>
      </w:r>
      <w:r w:rsidRPr="00FA0622">
        <w:rPr>
          <w:color w:val="000000" w:themeColor="text1"/>
        </w:rPr>
        <w:lastRenderedPageBreak/>
        <w:t>норм и положений при осуществлении выполнения Работ Подрядчик обязуется уплатить Заказчику штраф в размере 5% (пять процентов) цены Договора.</w:t>
      </w:r>
    </w:p>
    <w:p w14:paraId="3DFD85CB" w14:textId="77777777" w:rsidR="000330CF" w:rsidRPr="00FA0622" w:rsidRDefault="00A23B15" w:rsidP="00CF77E4">
      <w:pPr>
        <w:widowControl w:val="0"/>
        <w:ind w:firstLine="567"/>
        <w:jc w:val="both"/>
        <w:rPr>
          <w:color w:val="000000" w:themeColor="text1"/>
        </w:rPr>
      </w:pPr>
      <w:r w:rsidRPr="00FA0622">
        <w:rPr>
          <w:color w:val="000000" w:themeColor="text1"/>
        </w:rPr>
        <w:t>7.3.4. В случае выявления Заказчиком фактов нарушений Подрядчик обязуется уплатить Заказчику штраф:</w:t>
      </w:r>
    </w:p>
    <w:p w14:paraId="42028367" w14:textId="77777777" w:rsidR="000330CF" w:rsidRPr="00FA0622" w:rsidRDefault="00A23B15" w:rsidP="00CF77E4">
      <w:pPr>
        <w:widowControl w:val="0"/>
        <w:ind w:firstLine="567"/>
        <w:jc w:val="both"/>
        <w:rPr>
          <w:color w:val="000000" w:themeColor="text1"/>
        </w:rPr>
      </w:pPr>
      <w:r w:rsidRPr="00FA0622">
        <w:rPr>
          <w:color w:val="000000" w:themeColor="text1"/>
        </w:rPr>
        <w:t>1) в размере 50 000,00 рублей (Пятьдесят тысяч рублей 00 копеек) за факт нахождения работников Подрядчика, его соисполнителей на территории (на объекте) Заказчика в состоянии алкогольного, наркотического или иного токсического опьянения;</w:t>
      </w:r>
    </w:p>
    <w:p w14:paraId="7577EB45" w14:textId="77777777" w:rsidR="000330CF" w:rsidRPr="00FA0622" w:rsidRDefault="00A23B15" w:rsidP="00CF77E4">
      <w:pPr>
        <w:widowControl w:val="0"/>
        <w:ind w:firstLine="567"/>
        <w:jc w:val="both"/>
        <w:rPr>
          <w:color w:val="000000" w:themeColor="text1"/>
        </w:rPr>
      </w:pPr>
      <w:r w:rsidRPr="00FA0622">
        <w:rPr>
          <w:color w:val="000000" w:themeColor="text1"/>
        </w:rPr>
        <w:t>2) в размере 50 000,00 рублей (Пятьдесят тысяч рублей 00 копеек) за пронос (попытку проноса) алкоголя на территорию (на объект) Заказчика;</w:t>
      </w:r>
    </w:p>
    <w:p w14:paraId="1489A2A4" w14:textId="77777777" w:rsidR="000330CF" w:rsidRPr="00FA0622" w:rsidRDefault="00A23B15" w:rsidP="00CF77E4">
      <w:pPr>
        <w:widowControl w:val="0"/>
        <w:ind w:firstLine="567"/>
        <w:jc w:val="both"/>
        <w:rPr>
          <w:color w:val="000000" w:themeColor="text1"/>
        </w:rPr>
      </w:pPr>
      <w:r w:rsidRPr="00FA0622">
        <w:rPr>
          <w:color w:val="000000" w:themeColor="text1"/>
        </w:rPr>
        <w:t>3) в размере 50 000,00 рублей (Пятьдесят тысяч рублей 00 копеек) за действия, несущие угрозу порчи материалов, оборудования и другого имущества Заказчика и/или третьих лиц, а также за приготовление, покушение и совершение хищения товарно-материальных ценностей;</w:t>
      </w:r>
    </w:p>
    <w:p w14:paraId="7F3128B1" w14:textId="77777777" w:rsidR="000330CF" w:rsidRPr="00FA0622" w:rsidRDefault="00A23B15" w:rsidP="00CF77E4">
      <w:pPr>
        <w:widowControl w:val="0"/>
        <w:ind w:firstLine="567"/>
        <w:jc w:val="both"/>
        <w:rPr>
          <w:color w:val="000000" w:themeColor="text1"/>
        </w:rPr>
      </w:pPr>
      <w:r w:rsidRPr="00FA0622">
        <w:rPr>
          <w:color w:val="000000" w:themeColor="text1"/>
        </w:rPr>
        <w:t>4) в размере 50 000,00 рублей (Пятьдесят тысяч рублей 00 копеек) за ненадлежащий порядок (накопление отходов в неотведенных местах, складирование материалов и/или оборудования не в соответствии с требованиями правил, загромождение проходов/проездов и т.д.).</w:t>
      </w:r>
    </w:p>
    <w:p w14:paraId="1BF31A92" w14:textId="77777777" w:rsidR="000330CF" w:rsidRPr="00FA0622" w:rsidRDefault="00A23B15" w:rsidP="00CF77E4">
      <w:pPr>
        <w:widowControl w:val="0"/>
        <w:ind w:firstLine="567"/>
        <w:jc w:val="both"/>
        <w:rPr>
          <w:color w:val="000000" w:themeColor="text1"/>
        </w:rPr>
      </w:pPr>
      <w:r w:rsidRPr="00FA0622">
        <w:rPr>
          <w:color w:val="000000" w:themeColor="text1"/>
        </w:rPr>
        <w:t>7.3.5. За несоблюдение законодательства, норм и правил по охране труда промышленной и пожарной безопасности, экологии (в том числе нахождение на месте выполнения Работ без каски и сигнального жилета) Подрядчик обязуется уплатить Заказчику штраф в размере 30 000,00 рублей (Тридцать тысяч рублей 00 копеек).</w:t>
      </w:r>
    </w:p>
    <w:p w14:paraId="584F07B6" w14:textId="77777777" w:rsidR="000330CF" w:rsidRPr="00FA0622" w:rsidRDefault="00A23B15" w:rsidP="00CF77E4">
      <w:pPr>
        <w:widowControl w:val="0"/>
        <w:ind w:firstLine="567"/>
        <w:jc w:val="both"/>
        <w:rPr>
          <w:color w:val="000000" w:themeColor="text1"/>
        </w:rPr>
      </w:pPr>
      <w:r w:rsidRPr="00FA0622">
        <w:rPr>
          <w:color w:val="000000" w:themeColor="text1"/>
        </w:rPr>
        <w:t>7.3.6. За нарушение требований пожарной безопасности, повлекшее возникновение пожара и уничтожение или повреждение имущества Заказчика, устанавливается штраф в размере 350 000,00 рублей (Триста пятьдесят тысяч рублей 00 копеек).</w:t>
      </w:r>
    </w:p>
    <w:p w14:paraId="6AE7C58E" w14:textId="77777777" w:rsidR="000330CF" w:rsidRPr="00FA0622" w:rsidRDefault="00A23B15" w:rsidP="00CF77E4">
      <w:pPr>
        <w:widowControl w:val="0"/>
        <w:ind w:firstLine="567"/>
        <w:jc w:val="both"/>
        <w:rPr>
          <w:color w:val="000000" w:themeColor="text1"/>
        </w:rPr>
      </w:pPr>
      <w:r w:rsidRPr="00FA0622">
        <w:rPr>
          <w:color w:val="000000" w:themeColor="text1"/>
        </w:rPr>
        <w:t>7.3.7. В подтверждение выявления фактов нарушения Подрядчиком (соисполнителями Подрядчика) на территории Заказчика составляется акт (в двух экземплярах), подписывается Сторонами, представителями Заказчика и/или сотрудниками Подрядчика. Во всех случаях, в которых необходимо подписание сторонами актов, протоколов и иных документов, являющихся результатом расследований аварий, инцидентов, нарушений в рамках исполнения обязательств по настоящему Договору, при отсутствии полномочий у представителя Подрядчика право подписи переходит компетентному представителю Подрядчика из числа работников, выполняющих Работы. При отсутствии по каким-либо причинам указанного выше лица акт может подписать любой сотрудник Подрядчика. В случае отказа от подписи любым из вышеперечисленных работников Подрядчика Заказчик имеет право составить вышеуказанные документы в одностороннем порядке с соответствующей отметкой. Составленный Заказчиком в таком виде документ считается оформленным надлежащим образом и направляется Подрядчику нарочно (заказным письмом) в срок не позднее 5 (пяти) календарных дней с даты составления для сведения и в сканированном виде по электронной почте.</w:t>
      </w:r>
    </w:p>
    <w:p w14:paraId="5892BCC4" w14:textId="77777777" w:rsidR="000330CF" w:rsidRPr="00FA0622" w:rsidRDefault="00A23B15" w:rsidP="00CF77E4">
      <w:pPr>
        <w:widowControl w:val="0"/>
        <w:ind w:firstLine="567"/>
        <w:jc w:val="both"/>
        <w:rPr>
          <w:color w:val="000000" w:themeColor="text1"/>
        </w:rPr>
      </w:pPr>
      <w:r w:rsidRPr="00FA0622">
        <w:rPr>
          <w:color w:val="000000" w:themeColor="text1"/>
        </w:rPr>
        <w:t>7.3.8. Выявленные и зафиксированные вышеуказанным Актом нарушения подлежат добровольной оплате Подрядчиком путем перечисления денежных средств на расчетный счет Заказчика в течение 10 (десяти) рабочих дней с момента получения соответствующей претензии.</w:t>
      </w:r>
    </w:p>
    <w:p w14:paraId="10607F80" w14:textId="77777777" w:rsidR="000330CF" w:rsidRPr="00FA0622" w:rsidRDefault="00A23B15" w:rsidP="00CF77E4">
      <w:pPr>
        <w:widowControl w:val="0"/>
        <w:ind w:firstLine="567"/>
        <w:jc w:val="both"/>
        <w:rPr>
          <w:color w:val="000000" w:themeColor="text1"/>
        </w:rPr>
      </w:pPr>
      <w:r w:rsidRPr="00FA0622">
        <w:rPr>
          <w:color w:val="000000" w:themeColor="text1"/>
        </w:rPr>
        <w:t>7.3.9. В случае нарушения Подрядчиком обязательств по Договору Заказчик вправе удержать начисленную за данное нарушение неустойку из суммы, подлежащей уплате за Работы.</w:t>
      </w:r>
    </w:p>
    <w:p w14:paraId="6108123D" w14:textId="77777777" w:rsidR="00CF77E4" w:rsidRPr="00FA0622" w:rsidRDefault="00CF77E4" w:rsidP="00CF77E4">
      <w:pPr>
        <w:widowControl w:val="0"/>
        <w:ind w:firstLine="567"/>
        <w:jc w:val="both"/>
        <w:rPr>
          <w:color w:val="000000" w:themeColor="text1"/>
        </w:rPr>
      </w:pPr>
    </w:p>
    <w:p w14:paraId="0DB0859B"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8. Срок действия, порядок изменения и расторжения Договора</w:t>
      </w:r>
    </w:p>
    <w:p w14:paraId="48023DCF" w14:textId="77777777" w:rsidR="000330CF" w:rsidRPr="00FA0622" w:rsidRDefault="00A23B15" w:rsidP="00CF77E4">
      <w:pPr>
        <w:widowControl w:val="0"/>
        <w:ind w:firstLine="567"/>
        <w:jc w:val="both"/>
        <w:rPr>
          <w:color w:val="000000" w:themeColor="text1"/>
        </w:rPr>
      </w:pPr>
      <w:r w:rsidRPr="00FA0622">
        <w:rPr>
          <w:color w:val="000000" w:themeColor="text1"/>
        </w:rPr>
        <w:t>8.1. Договор вступает в силу с момента подписания его Сторонами.</w:t>
      </w:r>
    </w:p>
    <w:p w14:paraId="190A1860" w14:textId="77777777" w:rsidR="000330CF" w:rsidRPr="00FA0622" w:rsidRDefault="00A23B15" w:rsidP="00CF77E4">
      <w:pPr>
        <w:widowControl w:val="0"/>
        <w:ind w:firstLine="567"/>
        <w:jc w:val="both"/>
        <w:rPr>
          <w:color w:val="000000" w:themeColor="text1"/>
        </w:rPr>
      </w:pPr>
      <w:r w:rsidRPr="00FA0622">
        <w:rPr>
          <w:color w:val="000000" w:themeColor="text1"/>
        </w:rPr>
        <w:t>В случае, если в соответствии с законодательством РФ Заказчику требуется согласование на осуществление сделки, установленной в настоящем Договоре, с учредителем Заказчика, Министерством промышленности и торговли Российской Федерации 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Заказчиком согласования сделки, если иное не установлено законодательством РФ.</w:t>
      </w:r>
    </w:p>
    <w:p w14:paraId="3355DD1D" w14:textId="153386F9" w:rsidR="000330CF" w:rsidRPr="00FA0622" w:rsidRDefault="00A23B15" w:rsidP="00CF77E4">
      <w:pPr>
        <w:widowControl w:val="0"/>
        <w:ind w:firstLine="567"/>
        <w:jc w:val="both"/>
        <w:rPr>
          <w:color w:val="000000" w:themeColor="text1"/>
        </w:rPr>
      </w:pPr>
      <w:r w:rsidRPr="00FA0622">
        <w:rPr>
          <w:color w:val="000000" w:themeColor="text1"/>
        </w:rPr>
        <w:t>8.2. Договор действует до полного исполнения Сторонами обязательств, включая выполнение и приемку Работ и окончательные расчеты. Гарантийные обязательства действуют в течение установленного гарантийного срока. Окончание срока действия Договора не освобождает Стороны от ответственности за его нарушение.</w:t>
      </w:r>
    </w:p>
    <w:p w14:paraId="00106AE5" w14:textId="77777777" w:rsidR="000330CF" w:rsidRPr="00FA0622" w:rsidRDefault="00A23B15" w:rsidP="00CF77E4">
      <w:pPr>
        <w:widowControl w:val="0"/>
        <w:ind w:firstLine="567"/>
        <w:jc w:val="both"/>
        <w:rPr>
          <w:color w:val="000000" w:themeColor="text1"/>
        </w:rPr>
      </w:pPr>
      <w:r w:rsidRPr="00FA0622">
        <w:rPr>
          <w:color w:val="000000" w:themeColor="text1"/>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Подрядчиком обязательств по предоставлению гарантии качества на результат Работ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10E18000" w14:textId="77777777" w:rsidR="000330CF" w:rsidRPr="00FA0622" w:rsidRDefault="00A23B15" w:rsidP="00CF77E4">
      <w:pPr>
        <w:widowControl w:val="0"/>
        <w:ind w:firstLine="567"/>
        <w:jc w:val="both"/>
        <w:rPr>
          <w:color w:val="000000" w:themeColor="text1"/>
        </w:rPr>
      </w:pPr>
      <w:r w:rsidRPr="00FA0622">
        <w:rPr>
          <w:color w:val="000000" w:themeColor="text1"/>
        </w:rPr>
        <w:t xml:space="preserve">8.3. При исполнении Договора изменение условий Договора, за исключением предмета Договора, цены Договора и (или) цены единицы работ,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Подрядчика в части выполнения работ), срока и объема гарантии (если установлено настоящим Договором), </w:t>
      </w:r>
      <w:r w:rsidRPr="00FA0622">
        <w:rPr>
          <w:color w:val="000000" w:themeColor="text1"/>
        </w:rPr>
        <w:lastRenderedPageBreak/>
        <w:t>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закупки, по итогам которой заключен настоящий Договор, в том числе лицу, с которым заключен настоящий Договор.</w:t>
      </w:r>
    </w:p>
    <w:p w14:paraId="35F84B4E" w14:textId="77777777" w:rsidR="000330CF" w:rsidRPr="00FA0622" w:rsidRDefault="00A23B15" w:rsidP="00CF77E4">
      <w:pPr>
        <w:widowControl w:val="0"/>
        <w:ind w:firstLine="567"/>
        <w:jc w:val="both"/>
        <w:rPr>
          <w:color w:val="000000" w:themeColor="text1"/>
        </w:rPr>
      </w:pPr>
      <w:r w:rsidRPr="00FA0622">
        <w:rPr>
          <w:color w:val="000000" w:themeColor="text1"/>
        </w:rPr>
        <w:t>8.4. Случаи изменения условий настоящего Договора, касающиеся изменения предмета Договора, цены Договора и (или) цены единицы работ,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Подрядчика в части выполнения работ), срока и объема гарантии (если установлено настоящим Договором) по соглашению Сторон могут быть следующие:</w:t>
      </w:r>
    </w:p>
    <w:p w14:paraId="116DC586" w14:textId="77777777" w:rsidR="000330CF" w:rsidRPr="00FA0622" w:rsidRDefault="00A23B15" w:rsidP="00CF77E4">
      <w:pPr>
        <w:widowControl w:val="0"/>
        <w:ind w:firstLine="567"/>
        <w:jc w:val="both"/>
        <w:rPr>
          <w:color w:val="000000" w:themeColor="text1"/>
        </w:rPr>
      </w:pPr>
      <w:r w:rsidRPr="00FA0622">
        <w:rPr>
          <w:color w:val="000000" w:themeColor="text1"/>
        </w:rPr>
        <w:t>1) при снижении цены Договора без изменения предусмотренных Договором объема выполняемых работ, качества выполняемых работ и иных условий Договора;</w:t>
      </w:r>
    </w:p>
    <w:p w14:paraId="3B3F734E" w14:textId="77777777" w:rsidR="000330CF" w:rsidRPr="00FA0622" w:rsidRDefault="00A23B15" w:rsidP="00CF77E4">
      <w:pPr>
        <w:widowControl w:val="0"/>
        <w:ind w:firstLine="567"/>
        <w:jc w:val="both"/>
        <w:rPr>
          <w:color w:val="000000" w:themeColor="text1"/>
        </w:rPr>
      </w:pPr>
      <w:r w:rsidRPr="00FA0622">
        <w:rPr>
          <w:color w:val="000000" w:themeColor="text1"/>
        </w:rPr>
        <w:t>2) изменение в соответствии с законодательством Российской Федерации регулируемых цен (тарифов) на выполняемые работы по настоящему Договору;</w:t>
      </w:r>
    </w:p>
    <w:p w14:paraId="0C375812" w14:textId="77777777" w:rsidR="000330CF" w:rsidRPr="00FA0622" w:rsidRDefault="00A23B15" w:rsidP="00CF77E4">
      <w:pPr>
        <w:widowControl w:val="0"/>
        <w:ind w:firstLine="567"/>
        <w:jc w:val="both"/>
        <w:rPr>
          <w:color w:val="000000" w:themeColor="text1"/>
        </w:rPr>
      </w:pPr>
      <w:r w:rsidRPr="00FA0622">
        <w:rPr>
          <w:color w:val="000000" w:themeColor="text1"/>
        </w:rPr>
        <w:t>3) увеличение или уменьшение по инициативе Заказчика объема выполняемых работ,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работ, указанных в Договоре. При этом в случае увеличения по инициативе Заказчика объема выполняемых работ Стороны вправе продлить срок исполнения Договора;</w:t>
      </w:r>
    </w:p>
    <w:p w14:paraId="423A711F" w14:textId="77777777" w:rsidR="000330CF" w:rsidRPr="00FA0622" w:rsidRDefault="00A23B15" w:rsidP="00CF77E4">
      <w:pPr>
        <w:widowControl w:val="0"/>
        <w:ind w:firstLine="567"/>
        <w:jc w:val="both"/>
        <w:rPr>
          <w:color w:val="000000" w:themeColor="text1"/>
        </w:rPr>
      </w:pPr>
      <w:r w:rsidRPr="00FA0622">
        <w:rPr>
          <w:color w:val="000000" w:themeColor="text1"/>
        </w:rPr>
        <w:t>4) если Подрядчиком предложено выполнение работ с улучшенными потребительскими свойствами, показателями качества, надежности, технических, функциональных, эксплуатационных и иных характеристик работ и (или) предложение улучшенных условий исполнения Договора (предоставление большего объема или срока гарантийных обязательств, уменьшение сроков выполнения работ и т.д.) без изменения всех прочих существенных условий Договора. Заказчик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работ и условий исполнения Договора;</w:t>
      </w:r>
    </w:p>
    <w:p w14:paraId="57129025" w14:textId="77777777" w:rsidR="000330CF" w:rsidRPr="00FA0622" w:rsidRDefault="00A23B15" w:rsidP="00CF77E4">
      <w:pPr>
        <w:widowControl w:val="0"/>
        <w:ind w:firstLine="567"/>
        <w:jc w:val="both"/>
        <w:rPr>
          <w:color w:val="000000" w:themeColor="text1"/>
        </w:rPr>
      </w:pPr>
      <w:r w:rsidRPr="00FA0622">
        <w:rPr>
          <w:color w:val="000000" w:themeColor="text1"/>
        </w:rPr>
        <w:t>5) увеличение (продление) срока исполнения Договора (сроков исполнения обязательств, срока выполнения работ) без изменения цены Договора, цены единицы работ в случаях:</w:t>
      </w:r>
    </w:p>
    <w:p w14:paraId="7E30CC21" w14:textId="77777777" w:rsidR="000330CF" w:rsidRPr="00FA0622" w:rsidRDefault="00A23B15" w:rsidP="00CF77E4">
      <w:pPr>
        <w:widowControl w:val="0"/>
        <w:ind w:firstLine="567"/>
        <w:jc w:val="both"/>
        <w:rPr>
          <w:color w:val="000000" w:themeColor="text1"/>
        </w:rPr>
      </w:pPr>
      <w:r w:rsidRPr="00FA0622">
        <w:rPr>
          <w:color w:val="000000" w:themeColor="text1"/>
        </w:rPr>
        <w:t>а) возникновения обстоятельств непреодолимой силы, которые Заказчик не мог предусмотреть на момент проведения закупочной процедуры и (или) на момент заключения Договора;</w:t>
      </w:r>
    </w:p>
    <w:p w14:paraId="31141563" w14:textId="77777777" w:rsidR="000330CF" w:rsidRPr="00FA0622" w:rsidRDefault="00A23B15" w:rsidP="00CF77E4">
      <w:pPr>
        <w:widowControl w:val="0"/>
        <w:ind w:firstLine="567"/>
        <w:jc w:val="both"/>
        <w:rPr>
          <w:color w:val="000000" w:themeColor="text1"/>
        </w:rPr>
      </w:pPr>
      <w:r w:rsidRPr="00FA0622">
        <w:rPr>
          <w:color w:val="000000" w:themeColor="text1"/>
        </w:rPr>
        <w:t>б) в случае если в ходе исполнения Договора погодные условия не позволяют Подрядчику выполнить работы по Договору надлежащим образом в соответствии с правилами, государственными нормами, стандартами и другими регламентирующими официальными документами,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6A853321" w14:textId="77777777" w:rsidR="000330CF" w:rsidRPr="00FA0622" w:rsidRDefault="00A23B15" w:rsidP="00CF77E4">
      <w:pPr>
        <w:widowControl w:val="0"/>
        <w:ind w:firstLine="567"/>
        <w:jc w:val="both"/>
        <w:rPr>
          <w:color w:val="000000" w:themeColor="text1"/>
        </w:rPr>
      </w:pPr>
      <w:r w:rsidRPr="00FA0622">
        <w:rPr>
          <w:color w:val="000000" w:themeColor="text1"/>
        </w:rPr>
        <w:t>в) в случае если Подрядчику по независящим от него обстоятельствам не представляется возможным исполнить условия Договора в связи с виной Заказчика, в том числе непредоставление Заказчиком в оговоренный Договором срок необходимой документации, исходных данных, места выполнения Работ или предоставление таких документов не в полном объеме, некорректными, с ошибками и т.д.;</w:t>
      </w:r>
    </w:p>
    <w:p w14:paraId="130773B9" w14:textId="77777777" w:rsidR="000330CF" w:rsidRPr="00FA0622" w:rsidRDefault="00A23B15" w:rsidP="00CF77E4">
      <w:pPr>
        <w:widowControl w:val="0"/>
        <w:ind w:firstLine="567"/>
        <w:jc w:val="both"/>
        <w:rPr>
          <w:color w:val="000000" w:themeColor="text1"/>
        </w:rPr>
      </w:pPr>
      <w:r w:rsidRPr="00FA0622">
        <w:rPr>
          <w:color w:val="000000" w:themeColor="text1"/>
        </w:rPr>
        <w:t>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обороны и чрезвычайных ситуаций, устранение Заказчиком замечаний, выявленных контролирующими органами и т.д.), которые не позволяют в срок надлежащим образом исполнить условия Договора;</w:t>
      </w:r>
    </w:p>
    <w:p w14:paraId="1FEF47EA" w14:textId="77777777" w:rsidR="000330CF" w:rsidRPr="00FA0622" w:rsidRDefault="00A23B15" w:rsidP="00CF77E4">
      <w:pPr>
        <w:widowControl w:val="0"/>
        <w:ind w:firstLine="567"/>
        <w:jc w:val="both"/>
        <w:rPr>
          <w:color w:val="000000" w:themeColor="text1"/>
        </w:rPr>
      </w:pPr>
      <w:r w:rsidRPr="00FA0622">
        <w:rPr>
          <w:color w:val="000000" w:themeColor="text1"/>
        </w:rPr>
        <w:t>д) если возможность и (или)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 правовом акте, регулирующем осуществление деятельности по выполнению работ, являющихся предметом Договора;</w:t>
      </w:r>
    </w:p>
    <w:p w14:paraId="39A6AF54" w14:textId="77777777" w:rsidR="000330CF" w:rsidRPr="00FA0622" w:rsidRDefault="00A23B15" w:rsidP="00CF77E4">
      <w:pPr>
        <w:widowControl w:val="0"/>
        <w:ind w:firstLine="567"/>
        <w:jc w:val="both"/>
        <w:rPr>
          <w:color w:val="000000" w:themeColor="text1"/>
        </w:rPr>
      </w:pPr>
      <w:r w:rsidRPr="00FA0622">
        <w:rPr>
          <w:color w:val="000000" w:themeColor="text1"/>
        </w:rPr>
        <w:t>6) в иных случаях, предусмотренных Положением о закупке товаров, работ, услуг Заказчика,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размещенным в ЕИС.</w:t>
      </w:r>
    </w:p>
    <w:p w14:paraId="4AA102C1" w14:textId="77777777" w:rsidR="000330CF" w:rsidRPr="00FA0622" w:rsidRDefault="00A23B15" w:rsidP="00CF77E4">
      <w:pPr>
        <w:widowControl w:val="0"/>
        <w:ind w:firstLine="567"/>
        <w:jc w:val="both"/>
        <w:rPr>
          <w:color w:val="000000" w:themeColor="text1"/>
        </w:rPr>
      </w:pPr>
      <w:r w:rsidRPr="00FA0622">
        <w:rPr>
          <w:color w:val="000000" w:themeColor="text1"/>
        </w:rPr>
        <w:t>8.5.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1DF38CC4" w14:textId="77777777" w:rsidR="000330CF" w:rsidRPr="00FA0622" w:rsidRDefault="00A23B15" w:rsidP="00CF77E4">
      <w:pPr>
        <w:widowControl w:val="0"/>
        <w:ind w:firstLine="567"/>
        <w:jc w:val="both"/>
        <w:rPr>
          <w:color w:val="000000" w:themeColor="text1"/>
        </w:rPr>
      </w:pPr>
      <w:r w:rsidRPr="00FA0622">
        <w:rPr>
          <w:color w:val="000000" w:themeColor="text1"/>
        </w:rPr>
        <w:t>8.6.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236C0F33" w14:textId="77777777" w:rsidR="000330CF" w:rsidRPr="00FA0622" w:rsidRDefault="00A23B15" w:rsidP="00CF77E4">
      <w:pPr>
        <w:widowControl w:val="0"/>
        <w:ind w:firstLine="567"/>
        <w:jc w:val="both"/>
        <w:rPr>
          <w:color w:val="000000" w:themeColor="text1"/>
        </w:rPr>
      </w:pPr>
      <w:r w:rsidRPr="00FA0622">
        <w:rPr>
          <w:color w:val="000000" w:themeColor="text1"/>
        </w:rPr>
        <w:t>8.7. Договор может быть расторгнут:</w:t>
      </w:r>
    </w:p>
    <w:p w14:paraId="038FE2C2" w14:textId="77777777" w:rsidR="000330CF" w:rsidRPr="00FA0622" w:rsidRDefault="00A23B15" w:rsidP="00CF77E4">
      <w:pPr>
        <w:widowControl w:val="0"/>
        <w:ind w:firstLine="567"/>
        <w:jc w:val="both"/>
        <w:rPr>
          <w:color w:val="000000" w:themeColor="text1"/>
        </w:rPr>
      </w:pPr>
      <w:r w:rsidRPr="00FA0622">
        <w:rPr>
          <w:color w:val="000000" w:themeColor="text1"/>
        </w:rPr>
        <w:t>1) по соглашению Сторон;</w:t>
      </w:r>
    </w:p>
    <w:p w14:paraId="41FAEE0A" w14:textId="77777777" w:rsidR="000330CF" w:rsidRPr="00FA0622" w:rsidRDefault="00A23B15" w:rsidP="00CF77E4">
      <w:pPr>
        <w:widowControl w:val="0"/>
        <w:ind w:firstLine="567"/>
        <w:jc w:val="both"/>
        <w:rPr>
          <w:color w:val="000000" w:themeColor="text1"/>
        </w:rPr>
      </w:pPr>
      <w:r w:rsidRPr="00FA0622">
        <w:rPr>
          <w:color w:val="000000" w:themeColor="text1"/>
        </w:rPr>
        <w:t>2) по решению суда;</w:t>
      </w:r>
    </w:p>
    <w:p w14:paraId="528ACD00" w14:textId="77777777" w:rsidR="000330CF" w:rsidRPr="00FA0622" w:rsidRDefault="00A23B15" w:rsidP="00CF77E4">
      <w:pPr>
        <w:widowControl w:val="0"/>
        <w:ind w:firstLine="567"/>
        <w:jc w:val="both"/>
        <w:rPr>
          <w:color w:val="000000" w:themeColor="text1"/>
        </w:rPr>
      </w:pPr>
      <w:r w:rsidRPr="00FA0622">
        <w:rPr>
          <w:color w:val="000000" w:themeColor="text1"/>
        </w:rPr>
        <w:t>3) в случае одностороннего отказа Стороны Договора от исполнения Договора в соответствии с гражданским законодательством.</w:t>
      </w:r>
    </w:p>
    <w:p w14:paraId="31E74AE6" w14:textId="77777777" w:rsidR="000330CF" w:rsidRPr="00FA0622" w:rsidRDefault="00A23B15" w:rsidP="00CF77E4">
      <w:pPr>
        <w:widowControl w:val="0"/>
        <w:ind w:firstLine="567"/>
        <w:jc w:val="both"/>
        <w:rPr>
          <w:color w:val="000000" w:themeColor="text1"/>
        </w:rPr>
      </w:pPr>
      <w:r w:rsidRPr="00FA0622">
        <w:rPr>
          <w:color w:val="000000" w:themeColor="text1"/>
        </w:rPr>
        <w:t>8.8.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1131217D" w14:textId="77777777" w:rsidR="000330CF" w:rsidRPr="00FA0622" w:rsidRDefault="00A23B15" w:rsidP="00CF77E4">
      <w:pPr>
        <w:widowControl w:val="0"/>
        <w:ind w:firstLine="567"/>
        <w:jc w:val="both"/>
        <w:rPr>
          <w:color w:val="000000" w:themeColor="text1"/>
        </w:rPr>
      </w:pPr>
      <w:r w:rsidRPr="00FA0622">
        <w:rPr>
          <w:color w:val="000000" w:themeColor="text1"/>
        </w:rPr>
        <w:lastRenderedPageBreak/>
        <w:t>1) при существенном нарушении Договора Подрядчиком;</w:t>
      </w:r>
    </w:p>
    <w:p w14:paraId="24DE7A46" w14:textId="77777777" w:rsidR="000330CF" w:rsidRPr="00FA0622" w:rsidRDefault="00A23B15" w:rsidP="00CF77E4">
      <w:pPr>
        <w:widowControl w:val="0"/>
        <w:ind w:firstLine="567"/>
        <w:jc w:val="both"/>
        <w:rPr>
          <w:color w:val="000000" w:themeColor="text1"/>
        </w:rPr>
      </w:pPr>
      <w:r w:rsidRPr="00FA0622">
        <w:rPr>
          <w:color w:val="000000" w:themeColor="text1"/>
        </w:rPr>
        <w:t>2) в случае просрочки исполнения обязательств по выполнению Работ более чем на 5 (пять) календарных дней;</w:t>
      </w:r>
    </w:p>
    <w:p w14:paraId="06059C4F" w14:textId="77777777" w:rsidR="000330CF" w:rsidRPr="00FA0622" w:rsidRDefault="00A23B15" w:rsidP="00CF77E4">
      <w:pPr>
        <w:widowControl w:val="0"/>
        <w:ind w:firstLine="567"/>
        <w:jc w:val="both"/>
        <w:rPr>
          <w:color w:val="000000" w:themeColor="text1"/>
        </w:rPr>
      </w:pPr>
      <w:r w:rsidRPr="00FA0622">
        <w:rPr>
          <w:color w:val="000000" w:themeColor="text1"/>
        </w:rPr>
        <w:t>3) в случае неоднократного нарушения сроков выполнения Работ;</w:t>
      </w:r>
    </w:p>
    <w:p w14:paraId="204A441D" w14:textId="77777777" w:rsidR="000330CF" w:rsidRPr="00FA0622" w:rsidRDefault="00A23B15" w:rsidP="00CF77E4">
      <w:pPr>
        <w:widowControl w:val="0"/>
        <w:ind w:firstLine="567"/>
        <w:jc w:val="both"/>
        <w:rPr>
          <w:color w:val="000000" w:themeColor="text1"/>
        </w:rPr>
      </w:pPr>
      <w:r w:rsidRPr="00FA0622">
        <w:rPr>
          <w:color w:val="000000" w:themeColor="text1"/>
        </w:rPr>
        <w:t>4)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C23D5F7" w14:textId="77777777" w:rsidR="000330CF" w:rsidRPr="00FA0622" w:rsidRDefault="00A23B15" w:rsidP="00CF77E4">
      <w:pPr>
        <w:widowControl w:val="0"/>
        <w:ind w:firstLine="567"/>
        <w:jc w:val="both"/>
        <w:rPr>
          <w:color w:val="000000" w:themeColor="text1"/>
        </w:rPr>
      </w:pPr>
      <w:r w:rsidRPr="00FA0622">
        <w:rPr>
          <w:color w:val="000000" w:themeColor="text1"/>
        </w:rPr>
        <w:t>5) установления факта представления недостоверной (поддельной) независимой гарантии или содержащихся в ней сведений, а также представления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Подрядчиком иным из предусмотренных Договором способом;</w:t>
      </w:r>
    </w:p>
    <w:p w14:paraId="65D43EDE" w14:textId="77777777" w:rsidR="000330CF" w:rsidRPr="00FA0622" w:rsidRDefault="00A23B15" w:rsidP="00CF77E4">
      <w:pPr>
        <w:widowControl w:val="0"/>
        <w:ind w:firstLine="567"/>
        <w:jc w:val="both"/>
        <w:rPr>
          <w:color w:val="000000" w:themeColor="text1"/>
        </w:rPr>
      </w:pPr>
      <w:r w:rsidRPr="00FA0622">
        <w:rPr>
          <w:color w:val="000000" w:themeColor="text1"/>
        </w:rPr>
        <w:t>6) в иных случаях, предусмотренных законодательством Российской Федерации.</w:t>
      </w:r>
    </w:p>
    <w:p w14:paraId="1A7CB832" w14:textId="77777777" w:rsidR="000330CF" w:rsidRPr="00FA0622" w:rsidRDefault="00A23B15" w:rsidP="00CF77E4">
      <w:pPr>
        <w:widowControl w:val="0"/>
        <w:ind w:firstLine="567"/>
        <w:jc w:val="both"/>
        <w:rPr>
          <w:color w:val="000000" w:themeColor="text1"/>
        </w:rPr>
      </w:pPr>
      <w:r w:rsidRPr="00FA0622">
        <w:rPr>
          <w:color w:val="000000" w:themeColor="text1"/>
        </w:rPr>
        <w:t>8.9.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подряда (статьи 715, 716, 717, 719, 723 ГК РФ), в том числе в следующих случаях:</w:t>
      </w:r>
    </w:p>
    <w:p w14:paraId="3DB31F12" w14:textId="77777777" w:rsidR="000330CF" w:rsidRPr="00FA0622" w:rsidRDefault="00A23B15" w:rsidP="00CF77E4">
      <w:pPr>
        <w:widowControl w:val="0"/>
        <w:ind w:firstLine="567"/>
        <w:jc w:val="both"/>
        <w:rPr>
          <w:color w:val="000000" w:themeColor="text1"/>
        </w:rPr>
      </w:pPr>
      <w:r w:rsidRPr="00FA0622">
        <w:rPr>
          <w:color w:val="000000" w:themeColor="text1"/>
        </w:rPr>
        <w:t>1) при существенном нарушении Договора Подрядчиком (пункт 2 статьи 715 Гражданского кодекса Российской Федерации);</w:t>
      </w:r>
    </w:p>
    <w:p w14:paraId="1BBBC544" w14:textId="77777777" w:rsidR="000330CF" w:rsidRPr="00FA0622" w:rsidRDefault="00A23B15" w:rsidP="00CF77E4">
      <w:pPr>
        <w:widowControl w:val="0"/>
        <w:ind w:firstLine="567"/>
        <w:jc w:val="both"/>
        <w:rPr>
          <w:color w:val="000000" w:themeColor="text1"/>
        </w:rPr>
      </w:pPr>
      <w:r w:rsidRPr="00FA0622">
        <w:rPr>
          <w:color w:val="000000" w:themeColor="text1"/>
        </w:rPr>
        <w:t>2) в случае выполнения работ ненадлежащего качества с недостатками, которые не могут быть устранены в приемлемый для Заказчика срок (пункт 3 статьи 723 Гражданского кодекса Российской Федерации);</w:t>
      </w:r>
    </w:p>
    <w:p w14:paraId="0D8B7F5F" w14:textId="77777777" w:rsidR="000330CF" w:rsidRPr="00FA0622" w:rsidRDefault="00A23B15" w:rsidP="00CF77E4">
      <w:pPr>
        <w:widowControl w:val="0"/>
        <w:ind w:firstLine="567"/>
        <w:jc w:val="both"/>
        <w:rPr>
          <w:color w:val="000000" w:themeColor="text1"/>
        </w:rPr>
      </w:pPr>
      <w:r w:rsidRPr="00FA0622">
        <w:rPr>
          <w:color w:val="000000" w:themeColor="text1"/>
        </w:rPr>
        <w:t>3)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3 статьи 723 Гражданского кодекса Российской Федерации);</w:t>
      </w:r>
    </w:p>
    <w:p w14:paraId="3BA225CC" w14:textId="77777777" w:rsidR="000330CF" w:rsidRPr="00FA0622" w:rsidRDefault="00A23B15" w:rsidP="00CF77E4">
      <w:pPr>
        <w:widowControl w:val="0"/>
        <w:ind w:firstLine="567"/>
        <w:jc w:val="both"/>
        <w:rPr>
          <w:color w:val="000000" w:themeColor="text1"/>
        </w:rPr>
      </w:pPr>
      <w:r w:rsidRPr="00FA0622">
        <w:rPr>
          <w:color w:val="000000" w:themeColor="text1"/>
        </w:rPr>
        <w:t>4) в случае неоднократного нарушения Подрядчиком сроков выполнения Работ;</w:t>
      </w:r>
    </w:p>
    <w:p w14:paraId="5690C51F" w14:textId="77777777" w:rsidR="000330CF" w:rsidRPr="00FA0622" w:rsidRDefault="00A23B15" w:rsidP="00CF77E4">
      <w:pPr>
        <w:widowControl w:val="0"/>
        <w:ind w:firstLine="567"/>
        <w:jc w:val="both"/>
        <w:rPr>
          <w:color w:val="000000" w:themeColor="text1"/>
        </w:rPr>
      </w:pPr>
      <w:r w:rsidRPr="00FA0622">
        <w:rPr>
          <w:color w:val="000000" w:themeColor="text1"/>
        </w:rPr>
        <w:t>5) если Подрядчик не приступает своевременно к исполнению Договора или выполняет Работы настолько медленно, что окончание их к сроку становится явно невозможным (пункт 2 статьи 715 Гражданского кодекса Российской Федерации);</w:t>
      </w:r>
    </w:p>
    <w:p w14:paraId="0AE71114" w14:textId="77777777" w:rsidR="000330CF" w:rsidRPr="00FA0622" w:rsidRDefault="00A23B15" w:rsidP="00CF77E4">
      <w:pPr>
        <w:widowControl w:val="0"/>
        <w:ind w:firstLine="567"/>
        <w:jc w:val="both"/>
        <w:rPr>
          <w:color w:val="000000" w:themeColor="text1"/>
        </w:rPr>
      </w:pPr>
      <w:r w:rsidRPr="00FA0622">
        <w:rPr>
          <w:color w:val="000000" w:themeColor="text1"/>
        </w:rPr>
        <w:t>6) если Заказчик, полагавшийся на недостоверные заверения Подрядчика, имеющие для Заказчика существенное значение,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в случае, если выполняемые работы не соответствуют требованиям к выполняемым работам или Подрядчик, с которым заключен настоящий Договор, представил недостоверную информацию о соответствии выполняемых работ требованиям Договора;</w:t>
      </w:r>
    </w:p>
    <w:p w14:paraId="5D86E56F" w14:textId="77777777" w:rsidR="000330CF" w:rsidRPr="00FA0622" w:rsidRDefault="00A23B15" w:rsidP="00CF77E4">
      <w:pPr>
        <w:widowControl w:val="0"/>
        <w:ind w:firstLine="567"/>
        <w:jc w:val="both"/>
        <w:rPr>
          <w:color w:val="000000" w:themeColor="text1"/>
        </w:rPr>
      </w:pPr>
      <w:r w:rsidRPr="00FA0622">
        <w:rPr>
          <w:color w:val="000000" w:themeColor="text1"/>
        </w:rPr>
        <w:t>7) в случае отсутствия у Подрядчика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Подрядчика лицензии или членства в СРО для осуществления деятельности, связанной с исполнением настоящего Договора), Заказчик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1B1CC3DE" w14:textId="77777777" w:rsidR="000330CF" w:rsidRPr="00FA0622" w:rsidRDefault="00A23B15" w:rsidP="00CF77E4">
      <w:pPr>
        <w:widowControl w:val="0"/>
        <w:ind w:firstLine="567"/>
        <w:jc w:val="both"/>
        <w:rPr>
          <w:color w:val="000000" w:themeColor="text1"/>
        </w:rPr>
      </w:pPr>
      <w:r w:rsidRPr="00FA0622">
        <w:rPr>
          <w:color w:val="000000" w:themeColor="text1"/>
        </w:rPr>
        <w:t>8) в иных случаях, предусмотренных законодательством Российской Федерации.</w:t>
      </w:r>
    </w:p>
    <w:p w14:paraId="3992EEBF" w14:textId="77777777" w:rsidR="000330CF" w:rsidRPr="00FA0622" w:rsidRDefault="00A23B15" w:rsidP="00CF77E4">
      <w:pPr>
        <w:widowControl w:val="0"/>
        <w:ind w:firstLine="567"/>
        <w:jc w:val="both"/>
        <w:rPr>
          <w:color w:val="000000" w:themeColor="text1"/>
        </w:rPr>
      </w:pPr>
      <w:r w:rsidRPr="00FA0622">
        <w:rPr>
          <w:color w:val="000000" w:themeColor="text1"/>
        </w:rPr>
        <w:t>8.10. 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14:paraId="54DDD9B8" w14:textId="77777777" w:rsidR="000330CF" w:rsidRPr="00FA0622" w:rsidRDefault="00A23B15" w:rsidP="00CF77E4">
      <w:pPr>
        <w:widowControl w:val="0"/>
        <w:ind w:firstLine="567"/>
        <w:jc w:val="both"/>
        <w:rPr>
          <w:color w:val="000000" w:themeColor="text1"/>
        </w:rPr>
      </w:pPr>
      <w:r w:rsidRPr="00FA0622">
        <w:rPr>
          <w:color w:val="000000" w:themeColor="text1"/>
        </w:rP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DF65ADB" w14:textId="77777777" w:rsidR="000330CF" w:rsidRPr="00FA0622" w:rsidRDefault="00A23B15" w:rsidP="00CF77E4">
      <w:pPr>
        <w:widowControl w:val="0"/>
        <w:ind w:firstLine="567"/>
        <w:jc w:val="both"/>
        <w:rPr>
          <w:color w:val="000000" w:themeColor="text1"/>
        </w:rPr>
      </w:pPr>
      <w:r w:rsidRPr="00FA0622">
        <w:rPr>
          <w:color w:val="000000" w:themeColor="text1"/>
        </w:rPr>
        <w:t>Заказчик вправе провести экспертизу до направления претензии; расходы на экспертизу включаются в состав убытков, подлежащих возмещению Подрядчиком.</w:t>
      </w:r>
    </w:p>
    <w:p w14:paraId="4F087CCB" w14:textId="77777777" w:rsidR="000330CF" w:rsidRPr="00FA0622" w:rsidRDefault="00A23B15" w:rsidP="00CF77E4">
      <w:pPr>
        <w:widowControl w:val="0"/>
        <w:ind w:firstLine="567"/>
        <w:jc w:val="both"/>
        <w:rPr>
          <w:color w:val="000000" w:themeColor="text1"/>
        </w:rPr>
      </w:pPr>
      <w:r w:rsidRPr="00FA0622">
        <w:rPr>
          <w:color w:val="000000" w:themeColor="text1"/>
        </w:rPr>
        <w:t>8.11. Решение Заказчика об одностороннем отказе от исполнения Договора не позднее чем в течение 3 (трех) рабочих дней с даты принятия указанного решения направляется Подрядчику по почте заказным письмом с уведомлением о вручении по почтовому адресу Подрядчика,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w:t>
      </w:r>
    </w:p>
    <w:p w14:paraId="13A84D8B" w14:textId="77777777" w:rsidR="000330CF" w:rsidRPr="00FA0622" w:rsidRDefault="00A23B15" w:rsidP="00CF77E4">
      <w:pPr>
        <w:widowControl w:val="0"/>
        <w:ind w:firstLine="567"/>
        <w:jc w:val="both"/>
        <w:rPr>
          <w:color w:val="000000" w:themeColor="text1"/>
        </w:rPr>
      </w:pPr>
      <w:r w:rsidRPr="00FA0622">
        <w:rPr>
          <w:color w:val="000000" w:themeColor="text1"/>
        </w:rPr>
        <w:lastRenderedPageBreak/>
        <w:t>8.12. Решение Заказчика об одностороннем отказе от исполнения Договора вступает в силу и Договор считается расторгнутым через 5 (пять) дней с даты надлежащего уведомления Заказчиком Подрядчика об одностороннем отказе от исполнения Договора.</w:t>
      </w:r>
    </w:p>
    <w:p w14:paraId="3AB38026" w14:textId="77777777" w:rsidR="000330CF" w:rsidRPr="00FA0622" w:rsidRDefault="00A23B15" w:rsidP="00CF77E4">
      <w:pPr>
        <w:widowControl w:val="0"/>
        <w:ind w:firstLine="567"/>
        <w:jc w:val="both"/>
        <w:rPr>
          <w:color w:val="000000" w:themeColor="text1"/>
        </w:rPr>
      </w:pPr>
      <w:r w:rsidRPr="00FA0622">
        <w:rPr>
          <w:color w:val="000000" w:themeColor="text1"/>
        </w:rPr>
        <w:t>8.13. Заказчик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Подрядчика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настоящим Договором. Данное правило не применяется в случае повторного нарушения Подрядчиком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1348038E" w14:textId="77777777" w:rsidR="000330CF" w:rsidRPr="00FA0622" w:rsidRDefault="00A23B15" w:rsidP="00CF77E4">
      <w:pPr>
        <w:widowControl w:val="0"/>
        <w:ind w:firstLine="567"/>
        <w:jc w:val="both"/>
        <w:rPr>
          <w:color w:val="000000" w:themeColor="text1"/>
        </w:rPr>
      </w:pPr>
      <w:r w:rsidRPr="00FA0622">
        <w:rPr>
          <w:color w:val="000000" w:themeColor="text1"/>
        </w:rPr>
        <w:t>8.14. Подрядчик вправе принять решение об одностороннем отказе от исполнения Договора в соответствии с законодательством Российской Федерации.</w:t>
      </w:r>
    </w:p>
    <w:p w14:paraId="4CBD1894" w14:textId="77777777" w:rsidR="000330CF" w:rsidRPr="00FA0622" w:rsidRDefault="00A23B15" w:rsidP="00CF77E4">
      <w:pPr>
        <w:widowControl w:val="0"/>
        <w:ind w:firstLine="567"/>
        <w:jc w:val="both"/>
        <w:rPr>
          <w:color w:val="000000" w:themeColor="text1"/>
        </w:rPr>
      </w:pPr>
      <w:r w:rsidRPr="00FA0622">
        <w:rPr>
          <w:color w:val="000000" w:themeColor="text1"/>
        </w:rPr>
        <w:t>8.15. Заказчик вправе в любое время до сдачи результата Работ отказаться от исполнения Договора, уплатив Подрядчику часть установленной цены пропорционально части Работ, выполненной до получения извещения об отказе Заказчика от исполнения Договора, и возместив убытки, причиненные прекращением Договора, в пределах разницы между ценой, определенной за всю Работу, и частью цены, выплаченной за выполненную Работу (статья 717 Гражданского кодекса Российской Федерации). Подрядчик вправе не приступать к выполнению Работ, а начатые Работы приостановить в случаях, когда нарушение Заказчиком своих обязательств по Договору (в том числе непредоставление места выполнения Работ, необходимой документации, несвоевременная оплата)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719 Гражданского кодекса Российской Федерации).</w:t>
      </w:r>
    </w:p>
    <w:p w14:paraId="0D64D63D" w14:textId="77777777" w:rsidR="00CF77E4" w:rsidRPr="00FA0622" w:rsidRDefault="00CF77E4" w:rsidP="00CF77E4">
      <w:pPr>
        <w:widowControl w:val="0"/>
        <w:ind w:firstLine="567"/>
        <w:jc w:val="both"/>
        <w:rPr>
          <w:color w:val="000000" w:themeColor="text1"/>
        </w:rPr>
      </w:pPr>
    </w:p>
    <w:p w14:paraId="707B87EC"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9. Порядок урегулирования споров и применимое право</w:t>
      </w:r>
    </w:p>
    <w:p w14:paraId="4E1A578E" w14:textId="77777777" w:rsidR="000330CF" w:rsidRPr="00FA0622" w:rsidRDefault="00A23B15" w:rsidP="00CF77E4">
      <w:pPr>
        <w:widowControl w:val="0"/>
        <w:ind w:firstLine="567"/>
        <w:jc w:val="both"/>
        <w:rPr>
          <w:color w:val="000000" w:themeColor="text1"/>
        </w:rPr>
      </w:pPr>
      <w:r w:rsidRPr="00FA0622">
        <w:rPr>
          <w:b/>
          <w:color w:val="000000" w:themeColor="text1"/>
        </w:rPr>
        <w:t>9.1. Досудебный (претензионный) порядок</w:t>
      </w:r>
    </w:p>
    <w:p w14:paraId="639DAEF0" w14:textId="77777777" w:rsidR="000330CF" w:rsidRPr="00FA0622" w:rsidRDefault="00A23B15" w:rsidP="00CF77E4">
      <w:pPr>
        <w:widowControl w:val="0"/>
        <w:ind w:firstLine="567"/>
        <w:jc w:val="both"/>
        <w:rPr>
          <w:color w:val="000000" w:themeColor="text1"/>
        </w:rPr>
      </w:pPr>
      <w:r w:rsidRPr="00FA0622">
        <w:rPr>
          <w:color w:val="000000" w:themeColor="text1"/>
        </w:rP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334D0A8D" w14:textId="77777777" w:rsidR="000330CF" w:rsidRPr="00FA0622" w:rsidRDefault="00A23B15" w:rsidP="00CF77E4">
      <w:pPr>
        <w:widowControl w:val="0"/>
        <w:ind w:firstLine="567"/>
        <w:jc w:val="both"/>
        <w:rPr>
          <w:color w:val="000000" w:themeColor="text1"/>
        </w:rPr>
      </w:pPr>
      <w:r w:rsidRPr="00FA0622">
        <w:rPr>
          <w:color w:val="000000" w:themeColor="text1"/>
        </w:rPr>
        <w:t>9.1.2. Претензии направляются в письменной форме одним из следующих способов:</w:t>
      </w:r>
    </w:p>
    <w:p w14:paraId="2D9A8323" w14:textId="77777777" w:rsidR="000330CF" w:rsidRPr="00FA0622" w:rsidRDefault="00A23B15" w:rsidP="00CF77E4">
      <w:pPr>
        <w:widowControl w:val="0"/>
        <w:ind w:firstLine="567"/>
        <w:jc w:val="both"/>
        <w:rPr>
          <w:color w:val="000000" w:themeColor="text1"/>
        </w:rPr>
      </w:pPr>
      <w:r w:rsidRPr="00FA0622">
        <w:rPr>
          <w:color w:val="000000" w:themeColor="text1"/>
        </w:rPr>
        <w:t>а) заказным письмом с уведомлением о вручении по почтовому адресу Стороны, указанному в разделе 14 Договора;</w:t>
      </w:r>
    </w:p>
    <w:p w14:paraId="1BA5AD3C" w14:textId="77777777" w:rsidR="000330CF" w:rsidRPr="00FA0622" w:rsidRDefault="00A23B15" w:rsidP="00CF77E4">
      <w:pPr>
        <w:widowControl w:val="0"/>
        <w:ind w:firstLine="567"/>
        <w:jc w:val="both"/>
        <w:rPr>
          <w:color w:val="000000" w:themeColor="text1"/>
        </w:rPr>
      </w:pPr>
      <w:r w:rsidRPr="00FA0622">
        <w:rPr>
          <w:color w:val="000000" w:themeColor="text1"/>
        </w:rPr>
        <w:t>б) посредством факсимильной связи с последующим направлением оригинала в течение 3 (трех) рабочих дней;</w:t>
      </w:r>
    </w:p>
    <w:p w14:paraId="3DF39044" w14:textId="77777777" w:rsidR="000330CF" w:rsidRPr="00FA0622" w:rsidRDefault="00A23B15" w:rsidP="00CF77E4">
      <w:pPr>
        <w:widowControl w:val="0"/>
        <w:ind w:firstLine="567"/>
        <w:jc w:val="both"/>
        <w:rPr>
          <w:color w:val="000000" w:themeColor="text1"/>
        </w:rPr>
      </w:pPr>
      <w:r w:rsidRPr="00FA0622">
        <w:rPr>
          <w:color w:val="000000" w:themeColor="text1"/>
        </w:rPr>
        <w:t>в)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43F266C1" w14:textId="77777777" w:rsidR="000330CF" w:rsidRPr="00FA0622" w:rsidRDefault="00A23B15" w:rsidP="00CF77E4">
      <w:pPr>
        <w:widowControl w:val="0"/>
        <w:ind w:firstLine="567"/>
        <w:jc w:val="both"/>
        <w:rPr>
          <w:color w:val="000000" w:themeColor="text1"/>
        </w:rPr>
      </w:pPr>
      <w:r w:rsidRPr="00FA0622">
        <w:rPr>
          <w:color w:val="000000" w:themeColor="text1"/>
        </w:rPr>
        <w:t>9.1.3. Для целей настоящего Договора юридически значимые сообщения направляются и считаются доставленными в порядке пункта 12.1 Договора. Стороны используют следующие адреса электронной почты:</w:t>
      </w:r>
    </w:p>
    <w:p w14:paraId="455CE316" w14:textId="77777777" w:rsidR="000330CF" w:rsidRPr="00FA0622" w:rsidRDefault="00A23B15" w:rsidP="00CF77E4">
      <w:pPr>
        <w:widowControl w:val="0"/>
        <w:ind w:firstLine="567"/>
        <w:jc w:val="both"/>
        <w:rPr>
          <w:color w:val="000000" w:themeColor="text1"/>
        </w:rPr>
      </w:pPr>
      <w:r w:rsidRPr="00FA0622">
        <w:rPr>
          <w:color w:val="000000" w:themeColor="text1"/>
        </w:rPr>
        <w:t>— от Заказчика: gorzelenhoz@bk.ru;</w:t>
      </w:r>
    </w:p>
    <w:p w14:paraId="1780AF31" w14:textId="77777777" w:rsidR="000330CF" w:rsidRPr="00FA0622" w:rsidRDefault="00A23B15" w:rsidP="00CF77E4">
      <w:pPr>
        <w:widowControl w:val="0"/>
        <w:ind w:firstLine="567"/>
        <w:jc w:val="both"/>
        <w:rPr>
          <w:color w:val="000000" w:themeColor="text1"/>
        </w:rPr>
      </w:pPr>
      <w:r w:rsidRPr="00FA0622">
        <w:rPr>
          <w:color w:val="000000" w:themeColor="text1"/>
        </w:rPr>
        <w:t>— от Подрядчика: _______________@_______.</w:t>
      </w:r>
    </w:p>
    <w:p w14:paraId="3ECDA95E" w14:textId="77777777" w:rsidR="000330CF" w:rsidRPr="00FA0622" w:rsidRDefault="00A23B15" w:rsidP="00CF77E4">
      <w:pPr>
        <w:widowControl w:val="0"/>
        <w:ind w:firstLine="567"/>
        <w:jc w:val="both"/>
        <w:rPr>
          <w:color w:val="000000" w:themeColor="text1"/>
        </w:rPr>
      </w:pPr>
      <w:r w:rsidRPr="00FA0622">
        <w:rPr>
          <w:color w:val="000000" w:themeColor="text1"/>
        </w:rPr>
        <w:t>Изменение указанных адресов допускается только путем направления письменного уведомления в порядке, установленном разделом 12 Договора.</w:t>
      </w:r>
    </w:p>
    <w:p w14:paraId="72E74852" w14:textId="77777777" w:rsidR="000330CF" w:rsidRPr="00FA0622" w:rsidRDefault="00A23B15" w:rsidP="00CF77E4">
      <w:pPr>
        <w:widowControl w:val="0"/>
        <w:ind w:firstLine="567"/>
        <w:jc w:val="both"/>
        <w:rPr>
          <w:color w:val="000000" w:themeColor="text1"/>
        </w:rPr>
      </w:pPr>
      <w:r w:rsidRPr="00FA0622">
        <w:rPr>
          <w:b/>
          <w:color w:val="000000" w:themeColor="text1"/>
        </w:rPr>
        <w:t>9.2. Сроки рассмотрения претензий</w:t>
      </w:r>
    </w:p>
    <w:p w14:paraId="2DCE7571" w14:textId="77777777" w:rsidR="000330CF" w:rsidRPr="00FA0622" w:rsidRDefault="00A23B15" w:rsidP="00CF77E4">
      <w:pPr>
        <w:widowControl w:val="0"/>
        <w:ind w:firstLine="567"/>
        <w:jc w:val="both"/>
        <w:rPr>
          <w:color w:val="000000" w:themeColor="text1"/>
        </w:rPr>
      </w:pPr>
      <w:r w:rsidRPr="00FA0622">
        <w:rPr>
          <w:color w:val="000000" w:themeColor="text1"/>
        </w:rPr>
        <w:t>9.2.1. Сторона, получившая претензию, обязана рассмотреть её и направить мотивированный ответ в срок:</w:t>
      </w:r>
    </w:p>
    <w:p w14:paraId="647C2912" w14:textId="77777777" w:rsidR="000330CF" w:rsidRPr="00FA0622" w:rsidRDefault="00A23B15" w:rsidP="00CF77E4">
      <w:pPr>
        <w:widowControl w:val="0"/>
        <w:ind w:firstLine="567"/>
        <w:jc w:val="both"/>
        <w:rPr>
          <w:color w:val="000000" w:themeColor="text1"/>
        </w:rPr>
      </w:pPr>
      <w:r w:rsidRPr="00FA0622">
        <w:rPr>
          <w:color w:val="000000" w:themeColor="text1"/>
        </w:rPr>
        <w:t>а) 5 (пять) календарных дней — по претензиям, связанным с качеством Работ, сроками выполнения Работ, нарушением гарантийных обязательств;</w:t>
      </w:r>
    </w:p>
    <w:p w14:paraId="0A407A26" w14:textId="77777777" w:rsidR="000330CF" w:rsidRPr="00FA0622" w:rsidRDefault="00A23B15" w:rsidP="00CF77E4">
      <w:pPr>
        <w:widowControl w:val="0"/>
        <w:ind w:firstLine="567"/>
        <w:jc w:val="both"/>
        <w:rPr>
          <w:color w:val="000000" w:themeColor="text1"/>
        </w:rPr>
      </w:pPr>
      <w:r w:rsidRPr="00FA0622">
        <w:rPr>
          <w:color w:val="000000" w:themeColor="text1"/>
        </w:rPr>
        <w:t>б) 10 (десять) календарных дней — по иным претензиям.</w:t>
      </w:r>
    </w:p>
    <w:p w14:paraId="669AB8C7" w14:textId="77777777" w:rsidR="000330CF" w:rsidRPr="00FA0622" w:rsidRDefault="00A23B15" w:rsidP="00CF77E4">
      <w:pPr>
        <w:widowControl w:val="0"/>
        <w:ind w:firstLine="567"/>
        <w:jc w:val="both"/>
        <w:rPr>
          <w:color w:val="000000" w:themeColor="text1"/>
        </w:rPr>
      </w:pPr>
      <w:r w:rsidRPr="00FA0622">
        <w:rPr>
          <w:color w:val="000000" w:themeColor="text1"/>
        </w:rPr>
        <w:t>9.2.2. В случае удовлетворения претензии Подрядчик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58AF943E" w14:textId="77777777" w:rsidR="000330CF" w:rsidRPr="00FA0622" w:rsidRDefault="00A23B15" w:rsidP="00CF77E4">
      <w:pPr>
        <w:widowControl w:val="0"/>
        <w:ind w:firstLine="567"/>
        <w:jc w:val="both"/>
        <w:rPr>
          <w:color w:val="000000" w:themeColor="text1"/>
        </w:rPr>
      </w:pPr>
      <w:r w:rsidRPr="00FA0622">
        <w:rPr>
          <w:color w:val="000000" w:themeColor="text1"/>
        </w:rPr>
        <w:t>9.2.3. Молчание или неполучение ответа в установленный срок приравнивается к отказу в удовлетворении претензии.</w:t>
      </w:r>
    </w:p>
    <w:p w14:paraId="62D6E237" w14:textId="77777777" w:rsidR="000330CF" w:rsidRPr="00FA0622" w:rsidRDefault="00A23B15" w:rsidP="00CF77E4">
      <w:pPr>
        <w:widowControl w:val="0"/>
        <w:ind w:firstLine="567"/>
        <w:jc w:val="both"/>
        <w:rPr>
          <w:color w:val="000000" w:themeColor="text1"/>
        </w:rPr>
      </w:pPr>
      <w:r w:rsidRPr="00FA0622">
        <w:rPr>
          <w:b/>
          <w:color w:val="000000" w:themeColor="text1"/>
        </w:rPr>
        <w:t>9.3. Подсудность</w:t>
      </w:r>
    </w:p>
    <w:p w14:paraId="68B1540F" w14:textId="77777777" w:rsidR="000330CF" w:rsidRPr="00FA0622" w:rsidRDefault="00A23B15" w:rsidP="00CF77E4">
      <w:pPr>
        <w:widowControl w:val="0"/>
        <w:ind w:firstLine="567"/>
        <w:jc w:val="both"/>
        <w:rPr>
          <w:color w:val="000000" w:themeColor="text1"/>
        </w:rPr>
      </w:pPr>
      <w:r w:rsidRPr="00FA0622">
        <w:rPr>
          <w:color w:val="000000" w:themeColor="text1"/>
        </w:rPr>
        <w:t>9.3.1. Споры, не урегулированные в досудебном порядке, подлежат рассмотрению в Арбитражном суде по месту нахождения Заказчика (в соответствии с правилами договорной подсудности).</w:t>
      </w:r>
    </w:p>
    <w:p w14:paraId="75F2BBDB" w14:textId="77777777" w:rsidR="000330CF" w:rsidRPr="00FA0622" w:rsidRDefault="00A23B15" w:rsidP="00CF77E4">
      <w:pPr>
        <w:widowControl w:val="0"/>
        <w:ind w:firstLine="567"/>
        <w:jc w:val="both"/>
        <w:rPr>
          <w:color w:val="000000" w:themeColor="text1"/>
        </w:rPr>
      </w:pPr>
      <w:r w:rsidRPr="00FA0622">
        <w:rPr>
          <w:color w:val="000000" w:themeColor="text1"/>
        </w:rP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7C1DBCC9" w14:textId="77777777" w:rsidR="000330CF" w:rsidRPr="00FA0622" w:rsidRDefault="00A23B15" w:rsidP="00CF77E4">
      <w:pPr>
        <w:widowControl w:val="0"/>
        <w:ind w:firstLine="567"/>
        <w:jc w:val="both"/>
        <w:rPr>
          <w:color w:val="000000" w:themeColor="text1"/>
        </w:rPr>
      </w:pPr>
      <w:r w:rsidRPr="00FA0622">
        <w:rPr>
          <w:b/>
          <w:color w:val="000000" w:themeColor="text1"/>
        </w:rPr>
        <w:t>9.4. Обеспечительные меры и упрощенное производство</w:t>
      </w:r>
    </w:p>
    <w:p w14:paraId="1BE07185" w14:textId="77777777" w:rsidR="000330CF" w:rsidRPr="00FA0622" w:rsidRDefault="00A23B15" w:rsidP="00CF77E4">
      <w:pPr>
        <w:widowControl w:val="0"/>
        <w:ind w:firstLine="567"/>
        <w:jc w:val="both"/>
        <w:rPr>
          <w:color w:val="000000" w:themeColor="text1"/>
        </w:rPr>
      </w:pPr>
      <w:r w:rsidRPr="00FA0622">
        <w:rPr>
          <w:color w:val="000000" w:themeColor="text1"/>
        </w:rPr>
        <w:t xml:space="preserve">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Подрядчика, если </w:t>
      </w:r>
      <w:r w:rsidRPr="00FA0622">
        <w:rPr>
          <w:color w:val="000000" w:themeColor="text1"/>
        </w:rPr>
        <w:lastRenderedPageBreak/>
        <w:t>существует риск сокрытия активов или неисполнения будущего судебного акта.</w:t>
      </w:r>
    </w:p>
    <w:p w14:paraId="0C6FB098" w14:textId="77777777" w:rsidR="000330CF" w:rsidRPr="00FA0622" w:rsidRDefault="00A23B15" w:rsidP="00CF77E4">
      <w:pPr>
        <w:widowControl w:val="0"/>
        <w:ind w:firstLine="567"/>
        <w:jc w:val="both"/>
        <w:rPr>
          <w:color w:val="000000" w:themeColor="text1"/>
        </w:rPr>
      </w:pPr>
      <w:r w:rsidRPr="00FA0622">
        <w:rPr>
          <w:color w:val="000000" w:themeColor="text1"/>
        </w:rPr>
        <w:t>9.4.2. Стороны признают право Заказчика инициировать упрощенное судебное производство (при наличии оснований) по спорам, связанным с просрочкой выполнения Работ, выполнением Работ ненадлежащего качества или нарушением гарантийных обязательств.</w:t>
      </w:r>
    </w:p>
    <w:p w14:paraId="33D67051" w14:textId="77777777" w:rsidR="000330CF" w:rsidRPr="00FA0622" w:rsidRDefault="00A23B15" w:rsidP="00CF77E4">
      <w:pPr>
        <w:widowControl w:val="0"/>
        <w:ind w:firstLine="567"/>
        <w:jc w:val="both"/>
        <w:rPr>
          <w:color w:val="000000" w:themeColor="text1"/>
        </w:rPr>
      </w:pPr>
      <w:r w:rsidRPr="00FA0622">
        <w:rPr>
          <w:b/>
          <w:color w:val="000000" w:themeColor="text1"/>
        </w:rPr>
        <w:t>9.5. Применимое право</w:t>
      </w:r>
    </w:p>
    <w:p w14:paraId="449F96A3" w14:textId="77777777" w:rsidR="000330CF" w:rsidRPr="00FA0622" w:rsidRDefault="00A23B15" w:rsidP="00CF77E4">
      <w:pPr>
        <w:widowControl w:val="0"/>
        <w:ind w:firstLine="567"/>
        <w:jc w:val="both"/>
        <w:rPr>
          <w:color w:val="000000" w:themeColor="text1"/>
        </w:rPr>
      </w:pPr>
      <w:r w:rsidRPr="00FA0622">
        <w:rPr>
          <w:color w:val="000000" w:themeColor="text1"/>
        </w:rPr>
        <w:t>9.5.1. Настоящий Договор регулируется и толкуется в соответствии с законодательством Российской Федерации.</w:t>
      </w:r>
    </w:p>
    <w:p w14:paraId="3962C26F" w14:textId="77777777" w:rsidR="000330CF" w:rsidRPr="00FA0622" w:rsidRDefault="00A23B15" w:rsidP="00CF77E4">
      <w:pPr>
        <w:widowControl w:val="0"/>
        <w:ind w:firstLine="567"/>
        <w:jc w:val="both"/>
        <w:rPr>
          <w:color w:val="000000" w:themeColor="text1"/>
        </w:rPr>
      </w:pPr>
      <w:r w:rsidRPr="00FA0622">
        <w:rPr>
          <w:color w:val="000000" w:themeColor="text1"/>
        </w:rP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1CC9E049" w14:textId="77777777" w:rsidR="000330CF" w:rsidRPr="00FA0622" w:rsidRDefault="00A23B15" w:rsidP="00CF77E4">
      <w:pPr>
        <w:widowControl w:val="0"/>
        <w:ind w:firstLine="567"/>
        <w:jc w:val="both"/>
        <w:rPr>
          <w:color w:val="000000" w:themeColor="text1"/>
        </w:rPr>
      </w:pPr>
      <w:r w:rsidRPr="00FA0622">
        <w:rPr>
          <w:b/>
          <w:color w:val="000000" w:themeColor="text1"/>
        </w:rPr>
        <w:t>9.6. Расходы на урегулирование споров</w:t>
      </w:r>
    </w:p>
    <w:p w14:paraId="07AE20B2" w14:textId="77777777" w:rsidR="000330CF" w:rsidRPr="00FA0622" w:rsidRDefault="00A23B15" w:rsidP="00CF77E4">
      <w:pPr>
        <w:widowControl w:val="0"/>
        <w:ind w:firstLine="567"/>
        <w:jc w:val="both"/>
        <w:rPr>
          <w:color w:val="000000" w:themeColor="text1"/>
        </w:rPr>
      </w:pPr>
      <w:r w:rsidRPr="00FA0622">
        <w:rPr>
          <w:color w:val="000000" w:themeColor="text1"/>
        </w:rPr>
        <w:t>9.6.1. В случае удовлетворения требований Заказчика судом Подрядчик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3E290DC7" w14:textId="77777777" w:rsidR="000330CF" w:rsidRPr="00FA0622" w:rsidRDefault="00A23B15" w:rsidP="00CF77E4">
      <w:pPr>
        <w:widowControl w:val="0"/>
        <w:ind w:firstLine="567"/>
        <w:jc w:val="both"/>
        <w:rPr>
          <w:color w:val="000000" w:themeColor="text1"/>
        </w:rPr>
      </w:pPr>
      <w:r w:rsidRPr="00FA0622">
        <w:rPr>
          <w:color w:val="000000" w:themeColor="text1"/>
        </w:rPr>
        <w:t>9.6.2. Расходы на проведение экспертизы, инициированной Заказчиком в рамках досудебного урегулирования (п. 8.10 Договора), подлежат возмещению Подрядчиком в случае подтверждения нарушений по результатам такой экспертизы.</w:t>
      </w:r>
    </w:p>
    <w:p w14:paraId="48025F36" w14:textId="77777777" w:rsidR="00CF77E4" w:rsidRPr="00FA0622" w:rsidRDefault="00CF77E4" w:rsidP="00CF77E4">
      <w:pPr>
        <w:widowControl w:val="0"/>
        <w:ind w:firstLine="567"/>
        <w:jc w:val="both"/>
        <w:rPr>
          <w:color w:val="000000" w:themeColor="text1"/>
        </w:rPr>
      </w:pPr>
    </w:p>
    <w:p w14:paraId="1E0B853E"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10. Антикоррупционная оговорка</w:t>
      </w:r>
    </w:p>
    <w:p w14:paraId="3B036135" w14:textId="77777777" w:rsidR="000330CF" w:rsidRPr="00FA0622" w:rsidRDefault="00A23B15" w:rsidP="00CF77E4">
      <w:pPr>
        <w:widowControl w:val="0"/>
        <w:ind w:firstLine="567"/>
        <w:jc w:val="both"/>
        <w:rPr>
          <w:color w:val="000000" w:themeColor="text1"/>
        </w:rPr>
      </w:pPr>
      <w:r w:rsidRPr="00FA0622">
        <w:rPr>
          <w:color w:val="000000" w:themeColor="text1"/>
        </w:rP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0BB50540" w14:textId="77777777" w:rsidR="000330CF" w:rsidRPr="00FA0622" w:rsidRDefault="00A23B15" w:rsidP="00CF77E4">
      <w:pPr>
        <w:widowControl w:val="0"/>
        <w:ind w:firstLine="567"/>
        <w:jc w:val="both"/>
        <w:rPr>
          <w:color w:val="000000" w:themeColor="text1"/>
        </w:rPr>
      </w:pPr>
      <w:r w:rsidRPr="00FA0622">
        <w:rPr>
          <w:color w:val="000000" w:themeColor="text1"/>
        </w:rP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3A97174E" w14:textId="77777777" w:rsidR="000330CF" w:rsidRPr="00FA0622" w:rsidRDefault="00A23B15" w:rsidP="00CF77E4">
      <w:pPr>
        <w:widowControl w:val="0"/>
        <w:ind w:firstLine="567"/>
        <w:jc w:val="both"/>
        <w:rPr>
          <w:color w:val="000000" w:themeColor="text1"/>
        </w:rPr>
      </w:pPr>
      <w:r w:rsidRPr="00FA0622">
        <w:rPr>
          <w:color w:val="000000" w:themeColor="text1"/>
        </w:rP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(ов)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5165E7DF" w14:textId="77777777" w:rsidR="000330CF" w:rsidRPr="00FA0622" w:rsidRDefault="00A23B15" w:rsidP="00CF77E4">
      <w:pPr>
        <w:widowControl w:val="0"/>
        <w:ind w:firstLine="567"/>
        <w:jc w:val="both"/>
        <w:rPr>
          <w:color w:val="000000" w:themeColor="text1"/>
        </w:rPr>
      </w:pPr>
      <w:r w:rsidRPr="00FA0622">
        <w:rPr>
          <w:color w:val="000000" w:themeColor="text1"/>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4D7D3C5D" w14:textId="77777777" w:rsidR="000330CF" w:rsidRPr="00FA0622" w:rsidRDefault="00A23B15" w:rsidP="00CF77E4">
      <w:pPr>
        <w:widowControl w:val="0"/>
        <w:ind w:firstLine="567"/>
        <w:jc w:val="both"/>
        <w:rPr>
          <w:color w:val="000000" w:themeColor="text1"/>
        </w:rPr>
      </w:pPr>
      <w:r w:rsidRPr="00FA0622">
        <w:rPr>
          <w:color w:val="000000" w:themeColor="text1"/>
        </w:rP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58819A45" w14:textId="77777777" w:rsidR="000330CF" w:rsidRPr="00FA0622" w:rsidRDefault="00A23B15" w:rsidP="00CF77E4">
      <w:pPr>
        <w:widowControl w:val="0"/>
        <w:ind w:firstLine="567"/>
        <w:jc w:val="both"/>
        <w:rPr>
          <w:color w:val="000000" w:themeColor="text1"/>
        </w:rPr>
      </w:pPr>
      <w:r w:rsidRPr="00FA0622">
        <w:rPr>
          <w:color w:val="000000" w:themeColor="text1"/>
        </w:rP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7F0824C6" w14:textId="77777777" w:rsidR="000330CF" w:rsidRPr="00FA0622" w:rsidRDefault="00A23B15" w:rsidP="00CF77E4">
      <w:pPr>
        <w:widowControl w:val="0"/>
        <w:ind w:firstLine="567"/>
        <w:jc w:val="both"/>
        <w:rPr>
          <w:color w:val="000000" w:themeColor="text1"/>
        </w:rPr>
      </w:pPr>
      <w:r w:rsidRPr="00FA0622">
        <w:rPr>
          <w:color w:val="000000" w:themeColor="text1"/>
        </w:rP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677CCB8" w14:textId="77777777" w:rsidR="00CF77E4" w:rsidRPr="00FA0622" w:rsidRDefault="00CF77E4" w:rsidP="00CF77E4">
      <w:pPr>
        <w:widowControl w:val="0"/>
        <w:ind w:firstLine="567"/>
        <w:jc w:val="both"/>
        <w:rPr>
          <w:color w:val="000000" w:themeColor="text1"/>
        </w:rPr>
      </w:pPr>
    </w:p>
    <w:p w14:paraId="6CF5945F"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11. Налоговая оговорка</w:t>
      </w:r>
    </w:p>
    <w:p w14:paraId="2449DF26" w14:textId="77777777" w:rsidR="000330CF" w:rsidRPr="00FA0622" w:rsidRDefault="00A23B15" w:rsidP="00CF77E4">
      <w:pPr>
        <w:widowControl w:val="0"/>
        <w:ind w:firstLine="567"/>
        <w:jc w:val="both"/>
        <w:rPr>
          <w:color w:val="000000" w:themeColor="text1"/>
        </w:rPr>
      </w:pPr>
      <w:r w:rsidRPr="00FA0622">
        <w:rPr>
          <w:color w:val="000000" w:themeColor="text1"/>
        </w:rP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4102782A" w14:textId="77777777" w:rsidR="000330CF" w:rsidRPr="00FA0622" w:rsidRDefault="00A23B15" w:rsidP="00CF77E4">
      <w:pPr>
        <w:widowControl w:val="0"/>
        <w:ind w:firstLine="567"/>
        <w:jc w:val="both"/>
        <w:rPr>
          <w:color w:val="000000" w:themeColor="text1"/>
        </w:rPr>
      </w:pPr>
      <w:r w:rsidRPr="00FA0622">
        <w:rPr>
          <w:color w:val="000000" w:themeColor="text1"/>
        </w:rP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16C8C86A" w14:textId="77777777" w:rsidR="000330CF" w:rsidRPr="00FA0622" w:rsidRDefault="00A23B15" w:rsidP="00CF77E4">
      <w:pPr>
        <w:widowControl w:val="0"/>
        <w:ind w:firstLine="567"/>
        <w:jc w:val="both"/>
        <w:rPr>
          <w:color w:val="000000" w:themeColor="text1"/>
        </w:rPr>
      </w:pPr>
      <w:r w:rsidRPr="00FA0622">
        <w:rPr>
          <w:color w:val="000000" w:themeColor="text1"/>
        </w:rP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2FBD463A" w14:textId="77777777" w:rsidR="000330CF" w:rsidRPr="00FA0622" w:rsidRDefault="00A23B15" w:rsidP="00CF77E4">
      <w:pPr>
        <w:widowControl w:val="0"/>
        <w:ind w:firstLine="567"/>
        <w:jc w:val="both"/>
        <w:rPr>
          <w:color w:val="000000" w:themeColor="text1"/>
        </w:rPr>
      </w:pPr>
      <w:r w:rsidRPr="00FA0622">
        <w:rPr>
          <w:color w:val="000000" w:themeColor="text1"/>
        </w:rPr>
        <w:t>11.2. Подрядчик обязан возместить Заказчику ущерб в виде доначисления налога на прибыль, доначисления НДС, восстановления вычетов НДС, пени и штрафы, доначисленные Заказчику налоговым органом, если доначисления стали следствием одной из указанных причин:</w:t>
      </w:r>
    </w:p>
    <w:p w14:paraId="0B3BEFFF" w14:textId="77777777" w:rsidR="000330CF" w:rsidRPr="00FA0622" w:rsidRDefault="00A23B15" w:rsidP="00CF77E4">
      <w:pPr>
        <w:widowControl w:val="0"/>
        <w:ind w:firstLine="567"/>
        <w:jc w:val="both"/>
        <w:rPr>
          <w:color w:val="000000" w:themeColor="text1"/>
        </w:rPr>
      </w:pPr>
      <w:r w:rsidRPr="00FA0622">
        <w:rPr>
          <w:color w:val="000000" w:themeColor="text1"/>
        </w:rP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1572C3B6" w14:textId="77777777" w:rsidR="000330CF" w:rsidRPr="00FA0622" w:rsidRDefault="00A23B15" w:rsidP="00CF77E4">
      <w:pPr>
        <w:widowControl w:val="0"/>
        <w:ind w:firstLine="567"/>
        <w:jc w:val="both"/>
        <w:rPr>
          <w:color w:val="000000" w:themeColor="text1"/>
        </w:rPr>
      </w:pPr>
      <w:r w:rsidRPr="00FA0622">
        <w:rPr>
          <w:color w:val="000000" w:themeColor="text1"/>
        </w:rPr>
        <w:t>- ненадлежащее (несвоевременное) оформление Подрядчиком счетов-фактур и иных первичных учетных документов при исполнении настоящего Договора либо их несвоевременная передача в адрес Заказчика;</w:t>
      </w:r>
    </w:p>
    <w:p w14:paraId="6ECAC7D3" w14:textId="77777777" w:rsidR="000330CF" w:rsidRPr="00FA0622" w:rsidRDefault="00A23B15" w:rsidP="00CF77E4">
      <w:pPr>
        <w:widowControl w:val="0"/>
        <w:ind w:firstLine="567"/>
        <w:jc w:val="both"/>
        <w:rPr>
          <w:color w:val="000000" w:themeColor="text1"/>
        </w:rPr>
      </w:pPr>
      <w:r w:rsidRPr="00FA0622">
        <w:rPr>
          <w:color w:val="000000" w:themeColor="text1"/>
        </w:rPr>
        <w:t>- неотражение или несвоевременное отражение Подрядчиком счетов-фактур, выставленных в адрес Заказчика, в декларации по НДС и книге продаж;</w:t>
      </w:r>
    </w:p>
    <w:p w14:paraId="7460D805" w14:textId="77777777" w:rsidR="000330CF" w:rsidRPr="00FA0622" w:rsidRDefault="00A23B15" w:rsidP="00CF77E4">
      <w:pPr>
        <w:widowControl w:val="0"/>
        <w:ind w:firstLine="567"/>
        <w:jc w:val="both"/>
        <w:rPr>
          <w:color w:val="000000" w:themeColor="text1"/>
        </w:rPr>
      </w:pPr>
      <w:r w:rsidRPr="00FA0622">
        <w:rPr>
          <w:color w:val="000000" w:themeColor="text1"/>
        </w:rPr>
        <w:t>- привлечение к выполнению работ третьих лиц, которые оказались недобросовестными исполнителями или представили некорректные сведения о себе, или совершили иные действия, повлекшие исключение у Заказчика стоимости выполненных работ из расчета налогооблагаемой базы по налогу на прибыль.</w:t>
      </w:r>
    </w:p>
    <w:p w14:paraId="424C2716" w14:textId="77777777" w:rsidR="000330CF" w:rsidRPr="00FA0622" w:rsidRDefault="00A23B15" w:rsidP="00CF77E4">
      <w:pPr>
        <w:widowControl w:val="0"/>
        <w:ind w:firstLine="567"/>
        <w:jc w:val="both"/>
        <w:rPr>
          <w:color w:val="000000" w:themeColor="text1"/>
        </w:rPr>
      </w:pPr>
      <w:r w:rsidRPr="00FA0622">
        <w:rPr>
          <w:color w:val="000000" w:themeColor="text1"/>
        </w:rPr>
        <w:t>11.3. Подрядчик обязан возместить Заказчику указанные в пункте 11.2 Договора потери в течение 30 (тридцати) календарных дней с момента предъявления Заказчиком претензии, если иной срок не предусмотрен законодательством РФ.</w:t>
      </w:r>
    </w:p>
    <w:p w14:paraId="7E8446CA" w14:textId="77777777" w:rsidR="00CF77E4" w:rsidRPr="00FA0622" w:rsidRDefault="00CF77E4" w:rsidP="00CF77E4">
      <w:pPr>
        <w:widowControl w:val="0"/>
        <w:ind w:firstLine="567"/>
        <w:jc w:val="both"/>
        <w:rPr>
          <w:color w:val="000000" w:themeColor="text1"/>
        </w:rPr>
      </w:pPr>
    </w:p>
    <w:p w14:paraId="339C9E62"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12. Прочие условия</w:t>
      </w:r>
    </w:p>
    <w:p w14:paraId="1A74D7C4" w14:textId="77777777" w:rsidR="000330CF" w:rsidRPr="00FA0622" w:rsidRDefault="00A23B15" w:rsidP="00CF77E4">
      <w:pPr>
        <w:widowControl w:val="0"/>
        <w:ind w:firstLine="567"/>
        <w:jc w:val="both"/>
        <w:rPr>
          <w:color w:val="000000" w:themeColor="text1"/>
        </w:rPr>
      </w:pPr>
      <w:r w:rsidRPr="00FA0622">
        <w:rPr>
          <w:color w:val="000000" w:themeColor="text1"/>
        </w:rPr>
        <w:t>12.1. Уведомления, связанные с исполнением Договора, направляются в письменной форме по адресам, указанным в разделе 14, вручением под подпись, заказным письмом с уведомлением о вручении либо электронным документом, подписанным усиленной квалифицированной электронной подписью. Электронные образы подписанных документов могут направляться по адресам пункта 9.1.3 с последующим представлением оригинала; получение подтверждается ответным сообщением адресата. Дата получения определяется подтверждением вручения, доставки электронного документа или ответным подтверждением адресата. Сам факт отправки электронной почты не подтверждает получение. Для решений об одностороннем отказе применяются способы и условия пункта 8.11 Договора. Последствия доставки сообщений определяются также статьей 165.1 ГК РФ.</w:t>
      </w:r>
    </w:p>
    <w:p w14:paraId="0F863C98" w14:textId="77777777" w:rsidR="000330CF" w:rsidRPr="00FA0622" w:rsidRDefault="00A23B15" w:rsidP="00CF77E4">
      <w:pPr>
        <w:widowControl w:val="0"/>
        <w:ind w:firstLine="567"/>
        <w:jc w:val="both"/>
        <w:rPr>
          <w:color w:val="000000" w:themeColor="text1"/>
        </w:rPr>
      </w:pPr>
      <w:r w:rsidRPr="00FA0622">
        <w:rPr>
          <w:color w:val="000000" w:themeColor="text1"/>
        </w:rPr>
        <w:t>12.2. Все подписанные приложения к Договору, дополнительные соглашения к Договору также в течение 30 (тридцать) календарных дней с даты заключения таких приложений, дополнительных соглашений подлежат предоставлению Подрядчиком Заказчику оригиналов документов на бумажном носителе. Если в соответствии с законодательством требуется Заказчиком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постановка на учет, внесение в реестры и т.д.), то Подрядчик должен предоставить Заказчику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2BCF4426" w14:textId="77777777" w:rsidR="000330CF" w:rsidRPr="00FA0622" w:rsidRDefault="00A23B15" w:rsidP="00CF77E4">
      <w:pPr>
        <w:widowControl w:val="0"/>
        <w:ind w:firstLine="567"/>
        <w:jc w:val="both"/>
        <w:rPr>
          <w:color w:val="000000" w:themeColor="text1"/>
        </w:rPr>
      </w:pPr>
      <w:r w:rsidRPr="00FA0622">
        <w:rPr>
          <w:color w:val="000000" w:themeColor="text1"/>
        </w:rP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497630BC" w14:textId="77777777" w:rsidR="000330CF" w:rsidRPr="00FA0622" w:rsidRDefault="00A23B15" w:rsidP="00CF77E4">
      <w:pPr>
        <w:widowControl w:val="0"/>
        <w:ind w:firstLine="567"/>
        <w:jc w:val="both"/>
        <w:rPr>
          <w:color w:val="000000" w:themeColor="text1"/>
        </w:rPr>
      </w:pPr>
      <w:r w:rsidRPr="00FA0622">
        <w:rPr>
          <w:color w:val="000000" w:themeColor="text1"/>
        </w:rPr>
        <w:t>12.4. По настоящему Договору право (требование), принадлежащее Подрядчику на основании обязательств, возникших при исполнении настоящего Договора, не может быть передано им другому лицу без письменного согласия Заказчика.</w:t>
      </w:r>
    </w:p>
    <w:p w14:paraId="56386859" w14:textId="77777777" w:rsidR="000330CF" w:rsidRPr="00FA0622" w:rsidRDefault="00A23B15" w:rsidP="00CF77E4">
      <w:pPr>
        <w:widowControl w:val="0"/>
        <w:ind w:firstLine="567"/>
        <w:jc w:val="both"/>
        <w:rPr>
          <w:color w:val="000000" w:themeColor="text1"/>
        </w:rPr>
      </w:pPr>
      <w:r w:rsidRPr="00FA0622">
        <w:rPr>
          <w:color w:val="000000" w:themeColor="text1"/>
        </w:rPr>
        <w:t>12.5. Во всем, что не предусмотрено Договором, Стороны руководствуются законодательством Российской Федерации.</w:t>
      </w:r>
    </w:p>
    <w:p w14:paraId="4D08062F" w14:textId="77777777" w:rsidR="000330CF" w:rsidRPr="00FA0622" w:rsidRDefault="00A23B15" w:rsidP="00CF77E4">
      <w:pPr>
        <w:widowControl w:val="0"/>
        <w:ind w:firstLine="567"/>
        <w:jc w:val="both"/>
        <w:rPr>
          <w:color w:val="000000" w:themeColor="text1"/>
        </w:rPr>
      </w:pPr>
      <w:r w:rsidRPr="00FA0622">
        <w:rPr>
          <w:color w:val="000000" w:themeColor="text1"/>
        </w:rPr>
        <w:t>12.6. Договор составлен в 2 (двух) экземплярах, один экземпляр – Заказчику, один – Подрядчику, имеющих одинаковую юридическую силу.</w:t>
      </w:r>
    </w:p>
    <w:p w14:paraId="47E20979" w14:textId="77777777" w:rsidR="00CF77E4" w:rsidRPr="00FA0622" w:rsidRDefault="00CF77E4" w:rsidP="00CF77E4">
      <w:pPr>
        <w:widowControl w:val="0"/>
        <w:ind w:firstLine="567"/>
        <w:jc w:val="both"/>
        <w:rPr>
          <w:color w:val="000000" w:themeColor="text1"/>
        </w:rPr>
      </w:pPr>
    </w:p>
    <w:p w14:paraId="45923CFA"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13. Приложения</w:t>
      </w:r>
    </w:p>
    <w:p w14:paraId="163A0A61" w14:textId="77777777" w:rsidR="000330CF" w:rsidRPr="00FA0622" w:rsidRDefault="00A23B15" w:rsidP="00CF77E4">
      <w:pPr>
        <w:widowControl w:val="0"/>
        <w:ind w:firstLine="567"/>
        <w:jc w:val="both"/>
        <w:rPr>
          <w:color w:val="000000" w:themeColor="text1"/>
        </w:rPr>
      </w:pPr>
      <w:r w:rsidRPr="00FA0622">
        <w:rPr>
          <w:color w:val="000000" w:themeColor="text1"/>
        </w:rPr>
        <w:t>13.1. Неотъемлемыми частями Договора являются следующие приложения к Договору:</w:t>
      </w:r>
    </w:p>
    <w:p w14:paraId="4BACF09F" w14:textId="77777777" w:rsidR="000330CF" w:rsidRPr="00FA0622" w:rsidRDefault="00A23B15" w:rsidP="00CF77E4">
      <w:pPr>
        <w:widowControl w:val="0"/>
        <w:ind w:firstLine="567"/>
        <w:jc w:val="both"/>
        <w:rPr>
          <w:color w:val="000000" w:themeColor="text1"/>
        </w:rPr>
      </w:pPr>
      <w:r w:rsidRPr="00FA0622">
        <w:rPr>
          <w:color w:val="000000" w:themeColor="text1"/>
        </w:rPr>
        <w:t>Приложение № 1 «Техническое задание (описание предмета закупки)»;</w:t>
      </w:r>
    </w:p>
    <w:p w14:paraId="4497E53E" w14:textId="77777777" w:rsidR="000330CF" w:rsidRPr="00FA0622" w:rsidRDefault="00A23B15" w:rsidP="00CF77E4">
      <w:pPr>
        <w:widowControl w:val="0"/>
        <w:ind w:firstLine="567"/>
        <w:jc w:val="both"/>
        <w:rPr>
          <w:color w:val="000000" w:themeColor="text1"/>
        </w:rPr>
      </w:pPr>
      <w:r w:rsidRPr="00FA0622">
        <w:rPr>
          <w:color w:val="000000" w:themeColor="text1"/>
        </w:rPr>
        <w:t>Приложение № 2 «Смета на выполнение работ (сметный расчет)»;</w:t>
      </w:r>
    </w:p>
    <w:p w14:paraId="1242616E" w14:textId="77777777" w:rsidR="000330CF" w:rsidRPr="00FA0622" w:rsidRDefault="00A23B15" w:rsidP="00CF77E4">
      <w:pPr>
        <w:widowControl w:val="0"/>
        <w:ind w:firstLine="567"/>
        <w:jc w:val="both"/>
        <w:rPr>
          <w:color w:val="000000" w:themeColor="text1"/>
        </w:rPr>
      </w:pPr>
      <w:r w:rsidRPr="00FA0622">
        <w:rPr>
          <w:color w:val="000000" w:themeColor="text1"/>
        </w:rPr>
        <w:lastRenderedPageBreak/>
        <w:t>Приложение № 3 «Календарный график производства работ (график выполнения работ)»;</w:t>
      </w:r>
    </w:p>
    <w:p w14:paraId="4ECEFF10" w14:textId="59295A0D" w:rsidR="000330CF" w:rsidRPr="00FA0622" w:rsidRDefault="00A23B15" w:rsidP="008D1C75">
      <w:pPr>
        <w:widowControl w:val="0"/>
        <w:ind w:firstLine="567"/>
        <w:jc w:val="both"/>
        <w:rPr>
          <w:color w:val="000000" w:themeColor="text1"/>
        </w:rPr>
      </w:pPr>
      <w:r w:rsidRPr="00FA0622">
        <w:rPr>
          <w:color w:val="000000" w:themeColor="text1"/>
        </w:rPr>
        <w:t>Приложение № 4 «Форма акта о приемке выполненных работ»</w:t>
      </w:r>
      <w:r w:rsidR="008D1C75" w:rsidRPr="00FA0622">
        <w:rPr>
          <w:color w:val="000000" w:themeColor="text1"/>
        </w:rPr>
        <w:t>.</w:t>
      </w:r>
    </w:p>
    <w:p w14:paraId="761BDD08" w14:textId="77777777" w:rsidR="00CF77E4" w:rsidRPr="00FA0622" w:rsidRDefault="00CF77E4" w:rsidP="00CF77E4">
      <w:pPr>
        <w:widowControl w:val="0"/>
        <w:ind w:firstLine="567"/>
        <w:jc w:val="both"/>
        <w:rPr>
          <w:color w:val="000000" w:themeColor="text1"/>
        </w:rPr>
      </w:pPr>
    </w:p>
    <w:p w14:paraId="25FB6781" w14:textId="77777777" w:rsidR="000330CF" w:rsidRPr="00FA0622" w:rsidRDefault="00A23B15" w:rsidP="00CF77E4">
      <w:pPr>
        <w:pStyle w:val="1"/>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14. Адреса, реквизиты и подписи Сторон</w:t>
      </w:r>
    </w:p>
    <w:p w14:paraId="38BE9369" w14:textId="77777777" w:rsidR="000330CF" w:rsidRPr="00FA0622" w:rsidRDefault="000330CF" w:rsidP="00CF77E4">
      <w:pPr>
        <w:widowControl w:val="0"/>
        <w:jc w:val="both"/>
        <w:rPr>
          <w:color w:val="000000" w:themeColor="text1"/>
        </w:rPr>
      </w:pPr>
    </w:p>
    <w:tbl>
      <w:tblPr>
        <w:tblStyle w:val="aff2"/>
        <w:tblW w:w="0" w:type="auto"/>
        <w:jc w:val="center"/>
        <w:tblLayout w:type="fixed"/>
        <w:tblLook w:val="04A0" w:firstRow="1" w:lastRow="0" w:firstColumn="1" w:lastColumn="0" w:noHBand="0" w:noVBand="1"/>
      </w:tblPr>
      <w:tblGrid>
        <w:gridCol w:w="5102"/>
        <w:gridCol w:w="5102"/>
      </w:tblGrid>
      <w:tr w:rsidR="00A53764" w:rsidRPr="00FA0622" w14:paraId="644C8B15" w14:textId="77777777">
        <w:trPr>
          <w:jc w:val="center"/>
        </w:trPr>
        <w:tc>
          <w:tcPr>
            <w:tcW w:w="5102" w:type="dxa"/>
          </w:tcPr>
          <w:p w14:paraId="0229EAEE" w14:textId="77777777" w:rsidR="000330CF" w:rsidRPr="00FA0622" w:rsidRDefault="00A23B15" w:rsidP="00CF77E4">
            <w:pPr>
              <w:widowControl w:val="0"/>
              <w:rPr>
                <w:color w:val="000000" w:themeColor="text1"/>
              </w:rPr>
            </w:pPr>
            <w:r w:rsidRPr="00FA0622">
              <w:rPr>
                <w:b/>
                <w:color w:val="000000" w:themeColor="text1"/>
              </w:rPr>
              <w:t>ЗАКАЗЧИК:</w:t>
            </w:r>
          </w:p>
        </w:tc>
        <w:tc>
          <w:tcPr>
            <w:tcW w:w="5102" w:type="dxa"/>
          </w:tcPr>
          <w:p w14:paraId="1D266064" w14:textId="77777777" w:rsidR="000330CF" w:rsidRPr="00FA0622" w:rsidRDefault="00A23B15" w:rsidP="00CF77E4">
            <w:pPr>
              <w:widowControl w:val="0"/>
              <w:rPr>
                <w:color w:val="000000" w:themeColor="text1"/>
              </w:rPr>
            </w:pPr>
            <w:r w:rsidRPr="00FA0622">
              <w:rPr>
                <w:b/>
                <w:color w:val="000000" w:themeColor="text1"/>
              </w:rPr>
              <w:t>ПОДРЯДЧИК:</w:t>
            </w:r>
          </w:p>
        </w:tc>
      </w:tr>
      <w:tr w:rsidR="00A53764" w:rsidRPr="00FA0622" w14:paraId="39783A49" w14:textId="77777777">
        <w:trPr>
          <w:jc w:val="center"/>
        </w:trPr>
        <w:tc>
          <w:tcPr>
            <w:tcW w:w="5102" w:type="dxa"/>
          </w:tcPr>
          <w:p w14:paraId="6780A2A8" w14:textId="77777777" w:rsidR="000330CF" w:rsidRPr="00FA0622" w:rsidRDefault="00A23B15" w:rsidP="00CF77E4">
            <w:pPr>
              <w:widowControl w:val="0"/>
              <w:rPr>
                <w:color w:val="000000" w:themeColor="text1"/>
              </w:rPr>
            </w:pPr>
            <w:r w:rsidRPr="00FA0622">
              <w:rPr>
                <w:color w:val="000000" w:themeColor="text1"/>
              </w:rPr>
              <w:t>Наименование (полное и сокращенное):</w:t>
            </w:r>
          </w:p>
        </w:tc>
        <w:tc>
          <w:tcPr>
            <w:tcW w:w="5102" w:type="dxa"/>
          </w:tcPr>
          <w:p w14:paraId="4CECF4CD" w14:textId="77777777" w:rsidR="000330CF" w:rsidRPr="00FA0622" w:rsidRDefault="000330CF" w:rsidP="00CF77E4">
            <w:pPr>
              <w:widowControl w:val="0"/>
              <w:rPr>
                <w:color w:val="000000" w:themeColor="text1"/>
              </w:rPr>
            </w:pPr>
          </w:p>
        </w:tc>
      </w:tr>
      <w:tr w:rsidR="00A53764" w:rsidRPr="00FA0622" w14:paraId="12B165EA" w14:textId="77777777">
        <w:trPr>
          <w:jc w:val="center"/>
        </w:trPr>
        <w:tc>
          <w:tcPr>
            <w:tcW w:w="5102" w:type="dxa"/>
          </w:tcPr>
          <w:p w14:paraId="5460C5E1" w14:textId="77777777" w:rsidR="000330CF" w:rsidRPr="00FA0622" w:rsidRDefault="00A23B15" w:rsidP="00CF77E4">
            <w:pPr>
              <w:widowControl w:val="0"/>
              <w:rPr>
                <w:color w:val="000000" w:themeColor="text1"/>
              </w:rPr>
            </w:pPr>
            <w:r w:rsidRPr="00FA0622">
              <w:rPr>
                <w:color w:val="000000" w:themeColor="text1"/>
              </w:rPr>
              <w:t>Юридический адрес:</w:t>
            </w:r>
          </w:p>
        </w:tc>
        <w:tc>
          <w:tcPr>
            <w:tcW w:w="5102" w:type="dxa"/>
          </w:tcPr>
          <w:p w14:paraId="1F942DE5" w14:textId="77777777" w:rsidR="000330CF" w:rsidRPr="00FA0622" w:rsidRDefault="000330CF" w:rsidP="00CF77E4">
            <w:pPr>
              <w:widowControl w:val="0"/>
              <w:rPr>
                <w:color w:val="000000" w:themeColor="text1"/>
              </w:rPr>
            </w:pPr>
          </w:p>
        </w:tc>
      </w:tr>
      <w:tr w:rsidR="00A53764" w:rsidRPr="00FA0622" w14:paraId="678D1E3E" w14:textId="77777777">
        <w:trPr>
          <w:jc w:val="center"/>
        </w:trPr>
        <w:tc>
          <w:tcPr>
            <w:tcW w:w="5102" w:type="dxa"/>
          </w:tcPr>
          <w:p w14:paraId="3A9F6C91" w14:textId="77777777" w:rsidR="000330CF" w:rsidRPr="00FA0622" w:rsidRDefault="00A23B15" w:rsidP="00CF77E4">
            <w:pPr>
              <w:widowControl w:val="0"/>
              <w:rPr>
                <w:color w:val="000000" w:themeColor="text1"/>
              </w:rPr>
            </w:pPr>
            <w:r w:rsidRPr="00FA0622">
              <w:rPr>
                <w:color w:val="000000" w:themeColor="text1"/>
              </w:rPr>
              <w:t>Почтовый адрес:</w:t>
            </w:r>
          </w:p>
        </w:tc>
        <w:tc>
          <w:tcPr>
            <w:tcW w:w="5102" w:type="dxa"/>
          </w:tcPr>
          <w:p w14:paraId="1114D71D" w14:textId="77777777" w:rsidR="000330CF" w:rsidRPr="00FA0622" w:rsidRDefault="000330CF" w:rsidP="00CF77E4">
            <w:pPr>
              <w:widowControl w:val="0"/>
              <w:rPr>
                <w:color w:val="000000" w:themeColor="text1"/>
              </w:rPr>
            </w:pPr>
          </w:p>
        </w:tc>
      </w:tr>
      <w:tr w:rsidR="00A53764" w:rsidRPr="00FA0622" w14:paraId="6C01AEEF" w14:textId="77777777">
        <w:trPr>
          <w:jc w:val="center"/>
        </w:trPr>
        <w:tc>
          <w:tcPr>
            <w:tcW w:w="5102" w:type="dxa"/>
          </w:tcPr>
          <w:p w14:paraId="2BCE1EE5" w14:textId="77777777" w:rsidR="000330CF" w:rsidRPr="00FA0622" w:rsidRDefault="00A23B15" w:rsidP="00CF77E4">
            <w:pPr>
              <w:widowControl w:val="0"/>
              <w:rPr>
                <w:color w:val="000000" w:themeColor="text1"/>
              </w:rPr>
            </w:pPr>
            <w:r w:rsidRPr="00FA0622">
              <w:rPr>
                <w:color w:val="000000" w:themeColor="text1"/>
              </w:rPr>
              <w:t>Тел/факс:</w:t>
            </w:r>
          </w:p>
        </w:tc>
        <w:tc>
          <w:tcPr>
            <w:tcW w:w="5102" w:type="dxa"/>
          </w:tcPr>
          <w:p w14:paraId="1D840006" w14:textId="77777777" w:rsidR="000330CF" w:rsidRPr="00FA0622" w:rsidRDefault="000330CF" w:rsidP="00CF77E4">
            <w:pPr>
              <w:widowControl w:val="0"/>
              <w:rPr>
                <w:color w:val="000000" w:themeColor="text1"/>
              </w:rPr>
            </w:pPr>
          </w:p>
        </w:tc>
      </w:tr>
      <w:tr w:rsidR="00A53764" w:rsidRPr="00FA0622" w14:paraId="60673535" w14:textId="77777777">
        <w:trPr>
          <w:jc w:val="center"/>
        </w:trPr>
        <w:tc>
          <w:tcPr>
            <w:tcW w:w="5102" w:type="dxa"/>
          </w:tcPr>
          <w:p w14:paraId="17A0EEFA" w14:textId="77777777" w:rsidR="000330CF" w:rsidRPr="00FA0622" w:rsidRDefault="00A23B15" w:rsidP="00CF77E4">
            <w:pPr>
              <w:widowControl w:val="0"/>
              <w:rPr>
                <w:color w:val="000000" w:themeColor="text1"/>
              </w:rPr>
            </w:pPr>
            <w:r w:rsidRPr="00FA0622">
              <w:rPr>
                <w:color w:val="000000" w:themeColor="text1"/>
              </w:rPr>
              <w:t>E-mail:</w:t>
            </w:r>
          </w:p>
        </w:tc>
        <w:tc>
          <w:tcPr>
            <w:tcW w:w="5102" w:type="dxa"/>
          </w:tcPr>
          <w:p w14:paraId="13FCB2E2" w14:textId="77777777" w:rsidR="000330CF" w:rsidRPr="00FA0622" w:rsidRDefault="000330CF" w:rsidP="00CF77E4">
            <w:pPr>
              <w:widowControl w:val="0"/>
              <w:rPr>
                <w:color w:val="000000" w:themeColor="text1"/>
              </w:rPr>
            </w:pPr>
          </w:p>
        </w:tc>
      </w:tr>
      <w:tr w:rsidR="00A53764" w:rsidRPr="00FA0622" w14:paraId="51626441" w14:textId="77777777">
        <w:trPr>
          <w:jc w:val="center"/>
        </w:trPr>
        <w:tc>
          <w:tcPr>
            <w:tcW w:w="5102" w:type="dxa"/>
          </w:tcPr>
          <w:p w14:paraId="7271196D" w14:textId="77777777" w:rsidR="000330CF" w:rsidRPr="00FA0622" w:rsidRDefault="00A23B15" w:rsidP="00CF77E4">
            <w:pPr>
              <w:widowControl w:val="0"/>
              <w:rPr>
                <w:color w:val="000000" w:themeColor="text1"/>
              </w:rPr>
            </w:pPr>
            <w:r w:rsidRPr="00FA0622">
              <w:rPr>
                <w:color w:val="000000" w:themeColor="text1"/>
              </w:rPr>
              <w:t>ИНН:</w:t>
            </w:r>
          </w:p>
        </w:tc>
        <w:tc>
          <w:tcPr>
            <w:tcW w:w="5102" w:type="dxa"/>
          </w:tcPr>
          <w:p w14:paraId="77E96F5E" w14:textId="77777777" w:rsidR="000330CF" w:rsidRPr="00FA0622" w:rsidRDefault="000330CF" w:rsidP="00CF77E4">
            <w:pPr>
              <w:widowControl w:val="0"/>
              <w:rPr>
                <w:color w:val="000000" w:themeColor="text1"/>
              </w:rPr>
            </w:pPr>
          </w:p>
        </w:tc>
      </w:tr>
      <w:tr w:rsidR="00A53764" w:rsidRPr="00FA0622" w14:paraId="6A96B675" w14:textId="77777777">
        <w:trPr>
          <w:jc w:val="center"/>
        </w:trPr>
        <w:tc>
          <w:tcPr>
            <w:tcW w:w="5102" w:type="dxa"/>
          </w:tcPr>
          <w:p w14:paraId="46ACFC3C" w14:textId="77777777" w:rsidR="000330CF" w:rsidRPr="00FA0622" w:rsidRDefault="00A23B15" w:rsidP="00CF77E4">
            <w:pPr>
              <w:widowControl w:val="0"/>
              <w:rPr>
                <w:color w:val="000000" w:themeColor="text1"/>
              </w:rPr>
            </w:pPr>
            <w:r w:rsidRPr="00FA0622">
              <w:rPr>
                <w:color w:val="000000" w:themeColor="text1"/>
              </w:rPr>
              <w:t>КПП:</w:t>
            </w:r>
          </w:p>
        </w:tc>
        <w:tc>
          <w:tcPr>
            <w:tcW w:w="5102" w:type="dxa"/>
          </w:tcPr>
          <w:p w14:paraId="755575D7" w14:textId="77777777" w:rsidR="000330CF" w:rsidRPr="00FA0622" w:rsidRDefault="000330CF" w:rsidP="00CF77E4">
            <w:pPr>
              <w:widowControl w:val="0"/>
              <w:rPr>
                <w:color w:val="000000" w:themeColor="text1"/>
              </w:rPr>
            </w:pPr>
          </w:p>
        </w:tc>
      </w:tr>
      <w:tr w:rsidR="00A53764" w:rsidRPr="00FA0622" w14:paraId="0CF41455" w14:textId="77777777">
        <w:trPr>
          <w:jc w:val="center"/>
        </w:trPr>
        <w:tc>
          <w:tcPr>
            <w:tcW w:w="5102" w:type="dxa"/>
          </w:tcPr>
          <w:p w14:paraId="32E2A25D" w14:textId="77777777" w:rsidR="000330CF" w:rsidRPr="00FA0622" w:rsidRDefault="00A23B15" w:rsidP="00CF77E4">
            <w:pPr>
              <w:widowControl w:val="0"/>
              <w:rPr>
                <w:color w:val="000000" w:themeColor="text1"/>
              </w:rPr>
            </w:pPr>
            <w:r w:rsidRPr="00FA0622">
              <w:rPr>
                <w:color w:val="000000" w:themeColor="text1"/>
              </w:rPr>
              <w:t>ОГРН:</w:t>
            </w:r>
          </w:p>
        </w:tc>
        <w:tc>
          <w:tcPr>
            <w:tcW w:w="5102" w:type="dxa"/>
          </w:tcPr>
          <w:p w14:paraId="3B7B86ED" w14:textId="77777777" w:rsidR="000330CF" w:rsidRPr="00FA0622" w:rsidRDefault="000330CF" w:rsidP="00CF77E4">
            <w:pPr>
              <w:widowControl w:val="0"/>
              <w:rPr>
                <w:color w:val="000000" w:themeColor="text1"/>
              </w:rPr>
            </w:pPr>
          </w:p>
        </w:tc>
      </w:tr>
      <w:tr w:rsidR="00A53764" w:rsidRPr="00FA0622" w14:paraId="48780DFF" w14:textId="77777777">
        <w:trPr>
          <w:jc w:val="center"/>
        </w:trPr>
        <w:tc>
          <w:tcPr>
            <w:tcW w:w="5102" w:type="dxa"/>
          </w:tcPr>
          <w:p w14:paraId="0ABCB961" w14:textId="77777777" w:rsidR="000330CF" w:rsidRPr="00FA0622" w:rsidRDefault="00A23B15" w:rsidP="00CF77E4">
            <w:pPr>
              <w:widowControl w:val="0"/>
              <w:rPr>
                <w:color w:val="000000" w:themeColor="text1"/>
              </w:rPr>
            </w:pPr>
            <w:r w:rsidRPr="00FA0622">
              <w:rPr>
                <w:color w:val="000000" w:themeColor="text1"/>
              </w:rPr>
              <w:t>ОКПО:</w:t>
            </w:r>
          </w:p>
        </w:tc>
        <w:tc>
          <w:tcPr>
            <w:tcW w:w="5102" w:type="dxa"/>
          </w:tcPr>
          <w:p w14:paraId="05207012" w14:textId="77777777" w:rsidR="000330CF" w:rsidRPr="00FA0622" w:rsidRDefault="000330CF" w:rsidP="00CF77E4">
            <w:pPr>
              <w:widowControl w:val="0"/>
              <w:rPr>
                <w:color w:val="000000" w:themeColor="text1"/>
              </w:rPr>
            </w:pPr>
          </w:p>
        </w:tc>
      </w:tr>
      <w:tr w:rsidR="00A53764" w:rsidRPr="00FA0622" w14:paraId="061F43FC" w14:textId="77777777">
        <w:trPr>
          <w:jc w:val="center"/>
        </w:trPr>
        <w:tc>
          <w:tcPr>
            <w:tcW w:w="5102" w:type="dxa"/>
          </w:tcPr>
          <w:p w14:paraId="40BDD6F7" w14:textId="77777777" w:rsidR="000330CF" w:rsidRPr="00FA0622" w:rsidRDefault="00A23B15" w:rsidP="00CF77E4">
            <w:pPr>
              <w:widowControl w:val="0"/>
              <w:rPr>
                <w:color w:val="000000" w:themeColor="text1"/>
              </w:rPr>
            </w:pPr>
            <w:r w:rsidRPr="00FA0622">
              <w:rPr>
                <w:color w:val="000000" w:themeColor="text1"/>
              </w:rPr>
              <w:t>Р/с:</w:t>
            </w:r>
          </w:p>
        </w:tc>
        <w:tc>
          <w:tcPr>
            <w:tcW w:w="5102" w:type="dxa"/>
          </w:tcPr>
          <w:p w14:paraId="4DEC87B7" w14:textId="77777777" w:rsidR="000330CF" w:rsidRPr="00FA0622" w:rsidRDefault="000330CF" w:rsidP="00CF77E4">
            <w:pPr>
              <w:widowControl w:val="0"/>
              <w:rPr>
                <w:color w:val="000000" w:themeColor="text1"/>
              </w:rPr>
            </w:pPr>
          </w:p>
        </w:tc>
      </w:tr>
      <w:tr w:rsidR="00A53764" w:rsidRPr="00FA0622" w14:paraId="7FD81E2E" w14:textId="77777777">
        <w:trPr>
          <w:jc w:val="center"/>
        </w:trPr>
        <w:tc>
          <w:tcPr>
            <w:tcW w:w="5102" w:type="dxa"/>
          </w:tcPr>
          <w:p w14:paraId="787FDF7A" w14:textId="77777777" w:rsidR="000330CF" w:rsidRPr="00FA0622" w:rsidRDefault="00A23B15" w:rsidP="00CF77E4">
            <w:pPr>
              <w:widowControl w:val="0"/>
              <w:rPr>
                <w:color w:val="000000" w:themeColor="text1"/>
              </w:rPr>
            </w:pPr>
            <w:r w:rsidRPr="00FA0622">
              <w:rPr>
                <w:color w:val="000000" w:themeColor="text1"/>
              </w:rPr>
              <w:t>Банк получатель:</w:t>
            </w:r>
          </w:p>
        </w:tc>
        <w:tc>
          <w:tcPr>
            <w:tcW w:w="5102" w:type="dxa"/>
          </w:tcPr>
          <w:p w14:paraId="5CAD4FB8" w14:textId="77777777" w:rsidR="000330CF" w:rsidRPr="00FA0622" w:rsidRDefault="000330CF" w:rsidP="00CF77E4">
            <w:pPr>
              <w:widowControl w:val="0"/>
              <w:rPr>
                <w:color w:val="000000" w:themeColor="text1"/>
              </w:rPr>
            </w:pPr>
          </w:p>
        </w:tc>
      </w:tr>
      <w:tr w:rsidR="00A53764" w:rsidRPr="00FA0622" w14:paraId="3D730DB4" w14:textId="77777777">
        <w:trPr>
          <w:jc w:val="center"/>
        </w:trPr>
        <w:tc>
          <w:tcPr>
            <w:tcW w:w="5102" w:type="dxa"/>
          </w:tcPr>
          <w:p w14:paraId="210AD0D6" w14:textId="77777777" w:rsidR="000330CF" w:rsidRPr="00FA0622" w:rsidRDefault="00A23B15" w:rsidP="00CF77E4">
            <w:pPr>
              <w:widowControl w:val="0"/>
              <w:rPr>
                <w:color w:val="000000" w:themeColor="text1"/>
              </w:rPr>
            </w:pPr>
            <w:r w:rsidRPr="00FA0622">
              <w:rPr>
                <w:color w:val="000000" w:themeColor="text1"/>
              </w:rPr>
              <w:t>БИК:</w:t>
            </w:r>
          </w:p>
        </w:tc>
        <w:tc>
          <w:tcPr>
            <w:tcW w:w="5102" w:type="dxa"/>
          </w:tcPr>
          <w:p w14:paraId="36FA5A9D" w14:textId="77777777" w:rsidR="000330CF" w:rsidRPr="00FA0622" w:rsidRDefault="000330CF" w:rsidP="00CF77E4">
            <w:pPr>
              <w:widowControl w:val="0"/>
              <w:rPr>
                <w:color w:val="000000" w:themeColor="text1"/>
              </w:rPr>
            </w:pPr>
          </w:p>
        </w:tc>
      </w:tr>
      <w:tr w:rsidR="00A53764" w:rsidRPr="00FA0622" w14:paraId="1B39FBFD" w14:textId="77777777">
        <w:trPr>
          <w:jc w:val="center"/>
        </w:trPr>
        <w:tc>
          <w:tcPr>
            <w:tcW w:w="5102" w:type="dxa"/>
          </w:tcPr>
          <w:p w14:paraId="01E195F9" w14:textId="77777777" w:rsidR="000330CF" w:rsidRPr="00FA0622" w:rsidRDefault="00A23B15" w:rsidP="00CF77E4">
            <w:pPr>
              <w:widowControl w:val="0"/>
              <w:rPr>
                <w:color w:val="000000" w:themeColor="text1"/>
              </w:rPr>
            </w:pPr>
            <w:r w:rsidRPr="00FA0622">
              <w:rPr>
                <w:color w:val="000000" w:themeColor="text1"/>
              </w:rPr>
              <w:t>К/с:</w:t>
            </w:r>
          </w:p>
        </w:tc>
        <w:tc>
          <w:tcPr>
            <w:tcW w:w="5102" w:type="dxa"/>
          </w:tcPr>
          <w:p w14:paraId="4643344B" w14:textId="77777777" w:rsidR="000330CF" w:rsidRPr="00FA0622" w:rsidRDefault="000330CF" w:rsidP="00CF77E4">
            <w:pPr>
              <w:widowControl w:val="0"/>
              <w:rPr>
                <w:color w:val="000000" w:themeColor="text1"/>
              </w:rPr>
            </w:pPr>
          </w:p>
        </w:tc>
      </w:tr>
      <w:tr w:rsidR="00A53764" w:rsidRPr="00FA0622" w14:paraId="3D11D967" w14:textId="77777777">
        <w:trPr>
          <w:jc w:val="center"/>
        </w:trPr>
        <w:tc>
          <w:tcPr>
            <w:tcW w:w="5102" w:type="dxa"/>
          </w:tcPr>
          <w:p w14:paraId="1A84E21E" w14:textId="77777777" w:rsidR="000330CF" w:rsidRPr="00FA0622" w:rsidRDefault="00A23B15" w:rsidP="00CF77E4">
            <w:pPr>
              <w:widowControl w:val="0"/>
              <w:rPr>
                <w:color w:val="000000" w:themeColor="text1"/>
              </w:rPr>
            </w:pPr>
            <w:r w:rsidRPr="00FA0622">
              <w:rPr>
                <w:color w:val="000000" w:themeColor="text1"/>
              </w:rPr>
              <w:t>_______________/ ________________</w:t>
            </w:r>
          </w:p>
          <w:p w14:paraId="76E35E21" w14:textId="77777777" w:rsidR="000330CF" w:rsidRPr="00FA0622" w:rsidRDefault="00A23B15" w:rsidP="00CF77E4">
            <w:pPr>
              <w:widowControl w:val="0"/>
              <w:rPr>
                <w:color w:val="000000" w:themeColor="text1"/>
              </w:rPr>
            </w:pPr>
            <w:r w:rsidRPr="00FA0622">
              <w:rPr>
                <w:color w:val="000000" w:themeColor="text1"/>
              </w:rPr>
              <w:t>МП</w:t>
            </w:r>
          </w:p>
        </w:tc>
        <w:tc>
          <w:tcPr>
            <w:tcW w:w="5102" w:type="dxa"/>
          </w:tcPr>
          <w:p w14:paraId="0B9F11E6" w14:textId="77777777" w:rsidR="000330CF" w:rsidRPr="00FA0622" w:rsidRDefault="00A23B15" w:rsidP="00CF77E4">
            <w:pPr>
              <w:widowControl w:val="0"/>
              <w:rPr>
                <w:color w:val="000000" w:themeColor="text1"/>
              </w:rPr>
            </w:pPr>
            <w:r w:rsidRPr="00FA0622">
              <w:rPr>
                <w:color w:val="000000" w:themeColor="text1"/>
              </w:rPr>
              <w:t>_______________/ ________________</w:t>
            </w:r>
          </w:p>
          <w:p w14:paraId="707E6C69" w14:textId="77777777" w:rsidR="000330CF" w:rsidRPr="00FA0622" w:rsidRDefault="00A23B15" w:rsidP="00CF77E4">
            <w:pPr>
              <w:widowControl w:val="0"/>
              <w:rPr>
                <w:color w:val="000000" w:themeColor="text1"/>
              </w:rPr>
            </w:pPr>
            <w:r w:rsidRPr="00FA0622">
              <w:rPr>
                <w:color w:val="000000" w:themeColor="text1"/>
              </w:rPr>
              <w:t>МП</w:t>
            </w:r>
          </w:p>
        </w:tc>
      </w:tr>
    </w:tbl>
    <w:p w14:paraId="70CE1590" w14:textId="77777777" w:rsidR="000330CF" w:rsidRPr="00FA0622" w:rsidRDefault="00A23B15" w:rsidP="00CF77E4">
      <w:pPr>
        <w:widowControl w:val="0"/>
        <w:rPr>
          <w:color w:val="000000" w:themeColor="text1"/>
        </w:rPr>
      </w:pPr>
      <w:r w:rsidRPr="00FA0622">
        <w:rPr>
          <w:color w:val="000000" w:themeColor="text1"/>
        </w:rPr>
        <w:br w:type="page"/>
      </w:r>
    </w:p>
    <w:p w14:paraId="2D1E2AA7" w14:textId="77777777" w:rsidR="000330CF" w:rsidRPr="00FA0622" w:rsidRDefault="00A23B15" w:rsidP="00C011CE">
      <w:pPr>
        <w:widowControl w:val="0"/>
        <w:jc w:val="right"/>
        <w:rPr>
          <w:color w:val="000000" w:themeColor="text1"/>
        </w:rPr>
      </w:pPr>
      <w:r w:rsidRPr="00FA0622">
        <w:rPr>
          <w:color w:val="000000" w:themeColor="text1"/>
        </w:rPr>
        <w:lastRenderedPageBreak/>
        <w:t>Приложение № 1 к Договору</w:t>
      </w:r>
    </w:p>
    <w:p w14:paraId="79570D86" w14:textId="77777777" w:rsidR="000330CF" w:rsidRPr="00FA0622" w:rsidRDefault="00A23B15" w:rsidP="00C011CE">
      <w:pPr>
        <w:widowControl w:val="0"/>
        <w:jc w:val="right"/>
        <w:rPr>
          <w:color w:val="000000" w:themeColor="text1"/>
        </w:rPr>
      </w:pPr>
      <w:r w:rsidRPr="00FA0622">
        <w:rPr>
          <w:color w:val="000000" w:themeColor="text1"/>
        </w:rPr>
        <w:t>от «___» _______ № ___________</w:t>
      </w:r>
    </w:p>
    <w:p w14:paraId="1BAECB1D" w14:textId="77777777" w:rsidR="000330CF" w:rsidRPr="00FA0622" w:rsidRDefault="000330CF" w:rsidP="00CF77E4">
      <w:pPr>
        <w:widowControl w:val="0"/>
        <w:jc w:val="both"/>
        <w:rPr>
          <w:color w:val="000000" w:themeColor="text1"/>
        </w:rPr>
      </w:pPr>
    </w:p>
    <w:p w14:paraId="1BB2CDB6" w14:textId="412B05B7" w:rsidR="000330CF" w:rsidRPr="00FA0622" w:rsidRDefault="00A23B15" w:rsidP="00CF77E4">
      <w:pPr>
        <w:pStyle w:val="1"/>
        <w:keepNext w:val="0"/>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 xml:space="preserve">ТЕХНИЧЕСКОЕ ЗАДАНИЕ </w:t>
      </w:r>
    </w:p>
    <w:p w14:paraId="69CEF9ED" w14:textId="1BE5B826" w:rsidR="001E77FC" w:rsidRPr="00A72EEB" w:rsidRDefault="009B4BE3" w:rsidP="001E77FC">
      <w:pPr>
        <w:jc w:val="both"/>
        <w:rPr>
          <w:b/>
          <w:bCs/>
          <w:iCs/>
          <w:szCs w:val="24"/>
        </w:rPr>
      </w:pPr>
      <w:r w:rsidRPr="00FA0622">
        <w:rPr>
          <w:b/>
          <w:color w:val="000000" w:themeColor="text1"/>
        </w:rPr>
        <w:t xml:space="preserve">на </w:t>
      </w:r>
      <w:r w:rsidR="001E77FC">
        <w:rPr>
          <w:b/>
          <w:color w:val="000000" w:themeColor="text1"/>
        </w:rPr>
        <w:t>в</w:t>
      </w:r>
      <w:r w:rsidR="001E77FC" w:rsidRPr="00A72EEB">
        <w:rPr>
          <w:b/>
          <w:bCs/>
          <w:iCs/>
          <w:szCs w:val="24"/>
        </w:rPr>
        <w:t xml:space="preserve">ыполнение работ по демонтажу и монтажу автоматической пожарной сигнализации и системы оповещения и управления эвакуацией людей при пожаре в </w:t>
      </w:r>
      <w:r w:rsidR="001E77FC">
        <w:rPr>
          <w:b/>
          <w:bCs/>
          <w:iCs/>
          <w:szCs w:val="24"/>
        </w:rPr>
        <w:t>п</w:t>
      </w:r>
      <w:r w:rsidR="001E77FC" w:rsidRPr="00D1404B">
        <w:rPr>
          <w:b/>
          <w:bCs/>
          <w:iCs/>
          <w:szCs w:val="24"/>
        </w:rPr>
        <w:t>роизводственно-бытово</w:t>
      </w:r>
      <w:r w:rsidR="001E77FC">
        <w:rPr>
          <w:b/>
          <w:bCs/>
          <w:iCs/>
          <w:szCs w:val="24"/>
        </w:rPr>
        <w:t>м</w:t>
      </w:r>
      <w:r w:rsidR="001E77FC" w:rsidRPr="00D1404B">
        <w:rPr>
          <w:b/>
          <w:bCs/>
          <w:iCs/>
          <w:szCs w:val="24"/>
        </w:rPr>
        <w:t xml:space="preserve"> корпус</w:t>
      </w:r>
      <w:r w:rsidR="001E77FC">
        <w:rPr>
          <w:b/>
          <w:bCs/>
          <w:iCs/>
          <w:szCs w:val="24"/>
        </w:rPr>
        <w:t>е</w:t>
      </w:r>
      <w:r w:rsidR="001E77FC" w:rsidRPr="00D1404B">
        <w:rPr>
          <w:b/>
          <w:bCs/>
          <w:iCs/>
          <w:szCs w:val="24"/>
        </w:rPr>
        <w:t xml:space="preserve"> - нежило</w:t>
      </w:r>
      <w:r w:rsidR="001E77FC">
        <w:rPr>
          <w:b/>
          <w:bCs/>
          <w:iCs/>
          <w:szCs w:val="24"/>
        </w:rPr>
        <w:t>м</w:t>
      </w:r>
      <w:r w:rsidR="001E77FC" w:rsidRPr="00D1404B">
        <w:rPr>
          <w:b/>
          <w:bCs/>
          <w:iCs/>
          <w:szCs w:val="24"/>
        </w:rPr>
        <w:t xml:space="preserve"> 2-этажно</w:t>
      </w:r>
      <w:r w:rsidR="001E77FC">
        <w:rPr>
          <w:b/>
          <w:bCs/>
          <w:iCs/>
          <w:szCs w:val="24"/>
        </w:rPr>
        <w:t>м</w:t>
      </w:r>
      <w:r w:rsidR="001E77FC" w:rsidRPr="00D1404B">
        <w:rPr>
          <w:b/>
          <w:bCs/>
          <w:iCs/>
          <w:szCs w:val="24"/>
        </w:rPr>
        <w:t xml:space="preserve"> кирпично</w:t>
      </w:r>
      <w:r w:rsidR="001E77FC">
        <w:rPr>
          <w:b/>
          <w:bCs/>
          <w:iCs/>
          <w:szCs w:val="24"/>
        </w:rPr>
        <w:t>м</w:t>
      </w:r>
      <w:r w:rsidR="001E77FC" w:rsidRPr="00D1404B">
        <w:rPr>
          <w:b/>
          <w:bCs/>
          <w:iCs/>
          <w:szCs w:val="24"/>
        </w:rPr>
        <w:t xml:space="preserve"> здани</w:t>
      </w:r>
      <w:r w:rsidR="001E77FC">
        <w:rPr>
          <w:b/>
          <w:bCs/>
          <w:iCs/>
          <w:szCs w:val="24"/>
        </w:rPr>
        <w:t xml:space="preserve">и </w:t>
      </w:r>
      <w:r w:rsidR="001E77FC" w:rsidRPr="00A72EEB">
        <w:rPr>
          <w:b/>
          <w:bCs/>
          <w:iCs/>
          <w:szCs w:val="24"/>
        </w:rPr>
        <w:t xml:space="preserve">АО «Горзеленхоз» г. Иркутска по адресу: </w:t>
      </w:r>
      <w:r w:rsidR="001E77FC" w:rsidRPr="00D1404B">
        <w:rPr>
          <w:b/>
          <w:bCs/>
          <w:iCs/>
          <w:szCs w:val="24"/>
        </w:rPr>
        <w:t>Российская Федерация, Иркутская область, городской округ город Иркутск, город Иркутск, улица</w:t>
      </w:r>
      <w:r w:rsidR="001E77FC">
        <w:rPr>
          <w:b/>
          <w:bCs/>
          <w:iCs/>
          <w:szCs w:val="24"/>
        </w:rPr>
        <w:t xml:space="preserve"> </w:t>
      </w:r>
      <w:r w:rsidR="001E77FC" w:rsidRPr="00D1404B">
        <w:rPr>
          <w:b/>
          <w:bCs/>
          <w:iCs/>
          <w:szCs w:val="24"/>
        </w:rPr>
        <w:t>Омулевского, строение 49/8</w:t>
      </w:r>
      <w:r w:rsidR="001E77FC">
        <w:rPr>
          <w:b/>
          <w:bCs/>
          <w:iCs/>
          <w:szCs w:val="24"/>
        </w:rPr>
        <w:t xml:space="preserve"> (кадастровый номер:</w:t>
      </w:r>
      <w:r w:rsidR="001E77FC" w:rsidRPr="00D1404B">
        <w:rPr>
          <w:rFonts w:ascii="TimesNewRomanPSMT" w:eastAsia="Noto Serif CJK SC" w:hAnsi="TimesNewRomanPSMT" w:cs="TimesNewRomanPSMT"/>
          <w:sz w:val="20"/>
          <w:szCs w:val="20"/>
        </w:rPr>
        <w:t xml:space="preserve"> </w:t>
      </w:r>
      <w:r w:rsidR="001E77FC" w:rsidRPr="00D1404B">
        <w:rPr>
          <w:b/>
          <w:bCs/>
          <w:iCs/>
          <w:szCs w:val="24"/>
        </w:rPr>
        <w:t>38:36:000022:36</w:t>
      </w:r>
      <w:r w:rsidR="001E77FC">
        <w:rPr>
          <w:b/>
          <w:bCs/>
          <w:iCs/>
          <w:szCs w:val="24"/>
        </w:rPr>
        <w:t>).</w:t>
      </w:r>
    </w:p>
    <w:p w14:paraId="0BDA54B5" w14:textId="4456E585" w:rsidR="009B4BE3" w:rsidRPr="00FA0622" w:rsidRDefault="009B4BE3" w:rsidP="009B4BE3">
      <w:pPr>
        <w:pStyle w:val="docdata"/>
        <w:widowControl w:val="0"/>
        <w:spacing w:before="0" w:beforeAutospacing="0" w:after="0" w:afterAutospacing="0"/>
        <w:jc w:val="center"/>
        <w:rPr>
          <w:b/>
          <w:bCs/>
          <w:color w:val="000000" w:themeColor="text1"/>
          <w:sz w:val="22"/>
          <w:szCs w:val="22"/>
        </w:rPr>
      </w:pPr>
    </w:p>
    <w:p w14:paraId="30567DEE" w14:textId="42DCA884" w:rsidR="009B4BE3" w:rsidRPr="00FA0622" w:rsidRDefault="00F3019B" w:rsidP="009B4BE3">
      <w:pPr>
        <w:rPr>
          <w:b/>
          <w:color w:val="000000" w:themeColor="text1"/>
        </w:rPr>
      </w:pPr>
      <w:r w:rsidRPr="00FA0622">
        <w:rPr>
          <w:b/>
          <w:color w:val="000000" w:themeColor="text1"/>
        </w:rPr>
        <w:t>Техническое задание, размещенное отдельным файлом как Приложение № 1 к Извещению, в полном объеме, включая основную таблицу, текстовую часть и ведомость объемов работ, является Приложением № 1 к настоящему Договору. При заключении Договора к нему присоединяется этот файл Технического задания, дополненный перечнем оборудования из принятого предложения Подрядчика.</w:t>
      </w:r>
    </w:p>
    <w:p w14:paraId="0D33A26C" w14:textId="77777777" w:rsidR="00F3019B" w:rsidRPr="00FA0622" w:rsidRDefault="00F3019B" w:rsidP="009B4BE3">
      <w:pPr>
        <w:jc w:val="right"/>
        <w:rPr>
          <w:bCs/>
          <w:color w:val="000000" w:themeColor="text1"/>
        </w:rPr>
      </w:pPr>
    </w:p>
    <w:p w14:paraId="18452491" w14:textId="77777777" w:rsidR="00F3019B" w:rsidRPr="00FA0622" w:rsidRDefault="00F3019B" w:rsidP="009B4BE3">
      <w:pPr>
        <w:jc w:val="right"/>
        <w:rPr>
          <w:bCs/>
          <w:color w:val="000000" w:themeColor="text1"/>
        </w:rPr>
      </w:pPr>
    </w:p>
    <w:p w14:paraId="75413C2C" w14:textId="77777777" w:rsidR="009B4BE3" w:rsidRPr="00FA0622" w:rsidRDefault="009B4BE3" w:rsidP="009B4BE3">
      <w:pPr>
        <w:jc w:val="both"/>
        <w:rPr>
          <w:color w:val="000000" w:themeColor="text1"/>
        </w:rPr>
      </w:pPr>
    </w:p>
    <w:p w14:paraId="62AE6D07" w14:textId="77777777" w:rsidR="009B4BE3" w:rsidRPr="00FA0622" w:rsidRDefault="009B4BE3" w:rsidP="009B4BE3">
      <w:pPr>
        <w:jc w:val="both"/>
        <w:rPr>
          <w:color w:val="000000" w:themeColor="text1"/>
        </w:rPr>
      </w:pPr>
    </w:p>
    <w:p w14:paraId="589987EC" w14:textId="77777777" w:rsidR="009B4BE3" w:rsidRPr="00FA0622" w:rsidRDefault="009B4BE3" w:rsidP="009B4BE3">
      <w:pPr>
        <w:rPr>
          <w:color w:val="000000" w:themeColor="text1"/>
        </w:rPr>
      </w:pPr>
      <w:r w:rsidRPr="00FA0622">
        <w:rPr>
          <w:color w:val="000000" w:themeColor="text1"/>
        </w:rPr>
        <w:br w:type="page"/>
      </w:r>
    </w:p>
    <w:p w14:paraId="27288336" w14:textId="77777777" w:rsidR="000330CF" w:rsidRPr="00FA0622" w:rsidRDefault="00A23B15" w:rsidP="00C011CE">
      <w:pPr>
        <w:widowControl w:val="0"/>
        <w:jc w:val="right"/>
        <w:rPr>
          <w:color w:val="000000" w:themeColor="text1"/>
        </w:rPr>
      </w:pPr>
      <w:r w:rsidRPr="00FA0622">
        <w:rPr>
          <w:color w:val="000000" w:themeColor="text1"/>
        </w:rPr>
        <w:lastRenderedPageBreak/>
        <w:t>Приложение № 2 к Договору</w:t>
      </w:r>
    </w:p>
    <w:p w14:paraId="583E7978" w14:textId="77777777" w:rsidR="000330CF" w:rsidRPr="00FA0622" w:rsidRDefault="00A23B15" w:rsidP="00C011CE">
      <w:pPr>
        <w:widowControl w:val="0"/>
        <w:jc w:val="right"/>
        <w:rPr>
          <w:color w:val="000000" w:themeColor="text1"/>
        </w:rPr>
      </w:pPr>
      <w:r w:rsidRPr="00FA0622">
        <w:rPr>
          <w:color w:val="000000" w:themeColor="text1"/>
        </w:rPr>
        <w:t>от «___» _______ № ___________</w:t>
      </w:r>
    </w:p>
    <w:p w14:paraId="6FC6DC0A" w14:textId="77777777" w:rsidR="000330CF" w:rsidRPr="00FA0622" w:rsidRDefault="000330CF" w:rsidP="00C011CE">
      <w:pPr>
        <w:widowControl w:val="0"/>
        <w:jc w:val="right"/>
        <w:rPr>
          <w:color w:val="000000" w:themeColor="text1"/>
        </w:rPr>
      </w:pPr>
    </w:p>
    <w:p w14:paraId="3AF4579B" w14:textId="77777777" w:rsidR="000330CF" w:rsidRPr="00FA0622" w:rsidRDefault="00A23B15" w:rsidP="00CF77E4">
      <w:pPr>
        <w:pStyle w:val="1"/>
        <w:keepNext w:val="0"/>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СМЕТА НА ВЫПОЛНЕНИЕ РАБОТ (СМЕТНЫЙ РАСЧЕТ)</w:t>
      </w:r>
    </w:p>
    <w:p w14:paraId="2604E6B9" w14:textId="170109E0" w:rsidR="001E77FC" w:rsidRPr="001E77FC" w:rsidRDefault="00A23B15" w:rsidP="001E77FC">
      <w:pPr>
        <w:widowControl w:val="0"/>
        <w:jc w:val="center"/>
        <w:rPr>
          <w:b/>
          <w:bCs/>
          <w:iCs/>
          <w:color w:val="000000" w:themeColor="text1"/>
        </w:rPr>
      </w:pPr>
      <w:r w:rsidRPr="00FA0622">
        <w:rPr>
          <w:b/>
          <w:color w:val="000000" w:themeColor="text1"/>
        </w:rPr>
        <w:t xml:space="preserve">на </w:t>
      </w:r>
      <w:bookmarkStart w:id="0" w:name="_Hlk242781962"/>
      <w:r w:rsidR="001E77FC">
        <w:rPr>
          <w:b/>
          <w:color w:val="000000" w:themeColor="text1"/>
        </w:rPr>
        <w:t>в</w:t>
      </w:r>
      <w:r w:rsidR="001E77FC" w:rsidRPr="001E77FC">
        <w:rPr>
          <w:b/>
          <w:bCs/>
          <w:iCs/>
          <w:color w:val="000000" w:themeColor="text1"/>
        </w:rPr>
        <w:t>ыполнение работ по демонтажу и монтажу автоматической пожарной сигнализации и системы оповещения и управления эвакуацией людей при пожаре в производственно-бытовом корпусе - нежилом 2-этажном кирпичном здании АО «Горзеленхоз» г. Иркутска по адресу: Российская Федерация, Иркутская область, городской округ город Иркутск, город Иркутск, улица Омулевского, строение 49/8 (кадастровый номер:</w:t>
      </w:r>
      <w:r w:rsidR="001E77FC" w:rsidRPr="001E77FC">
        <w:rPr>
          <w:b/>
          <w:color w:val="000000" w:themeColor="text1"/>
        </w:rPr>
        <w:t xml:space="preserve"> </w:t>
      </w:r>
      <w:r w:rsidR="001E77FC" w:rsidRPr="001E77FC">
        <w:rPr>
          <w:b/>
          <w:bCs/>
          <w:iCs/>
          <w:color w:val="000000" w:themeColor="text1"/>
        </w:rPr>
        <w:t>38:36:000022:36).</w:t>
      </w:r>
    </w:p>
    <w:p w14:paraId="67C36749" w14:textId="25140E2B" w:rsidR="000330CF" w:rsidRPr="00FA0622" w:rsidRDefault="000330CF" w:rsidP="001E77FC">
      <w:pPr>
        <w:widowControl w:val="0"/>
        <w:jc w:val="center"/>
        <w:rPr>
          <w:color w:val="000000" w:themeColor="text1"/>
        </w:rPr>
      </w:pPr>
    </w:p>
    <w:bookmarkEnd w:id="0"/>
    <w:p w14:paraId="4E5E59EC" w14:textId="77777777" w:rsidR="000330CF" w:rsidRPr="00FA0622" w:rsidRDefault="000330CF" w:rsidP="00CF77E4">
      <w:pPr>
        <w:widowControl w:val="0"/>
        <w:jc w:val="both"/>
        <w:rPr>
          <w:color w:val="000000" w:themeColor="text1"/>
        </w:rPr>
      </w:pPr>
    </w:p>
    <w:p w14:paraId="14AC9CFC" w14:textId="77777777" w:rsidR="000330CF" w:rsidRPr="00FA0622" w:rsidRDefault="00A23B15" w:rsidP="00CF77E4">
      <w:pPr>
        <w:widowControl w:val="0"/>
        <w:ind w:firstLine="567"/>
        <w:jc w:val="both"/>
        <w:rPr>
          <w:color w:val="000000" w:themeColor="text1"/>
        </w:rPr>
      </w:pPr>
      <w:r w:rsidRPr="00FA0622">
        <w:rPr>
          <w:color w:val="000000" w:themeColor="text1"/>
          <w:sz w:val="20"/>
        </w:rPr>
        <w:t>* При заключении договора в случае, если договор заключается с участником, который в соответствии с НК РФ признается плательщиком НДС и работы облагаются НДС, то указывается «с НДС»; если договор заключается с участником, который в соответствии с НК РФ НЕ признается плательщиком НДС и (или) работы не облагаются НДС, указывается «без НДС».</w:t>
      </w:r>
    </w:p>
    <w:p w14:paraId="3D0F38C1" w14:textId="77777777" w:rsidR="000330CF" w:rsidRPr="00FA0622" w:rsidRDefault="00A23B15" w:rsidP="00CF77E4">
      <w:pPr>
        <w:widowControl w:val="0"/>
        <w:ind w:firstLine="567"/>
        <w:jc w:val="both"/>
        <w:rPr>
          <w:color w:val="000000" w:themeColor="text1"/>
        </w:rPr>
      </w:pPr>
      <w:r w:rsidRPr="00FA0622">
        <w:rPr>
          <w:b/>
          <w:color w:val="000000" w:themeColor="text1"/>
          <w:sz w:val="20"/>
        </w:rPr>
        <w:t xml:space="preserve"> При заключении договора указывается строка, если договор заключается с участником, который в соответствии с НК РФ признается плательщиком НДС и работы облагаются НДС; если договор заключается с участником, который в соответствии с НК РФ НЕ признается плательщиком НДС и (или) работы не облагаются НДС, строка исключается.</w:t>
      </w:r>
    </w:p>
    <w:p w14:paraId="0C01095A" w14:textId="77777777" w:rsidR="000330CF" w:rsidRPr="00FA0622" w:rsidRDefault="000330CF" w:rsidP="00CF77E4">
      <w:pPr>
        <w:widowControl w:val="0"/>
        <w:jc w:val="both"/>
        <w:rPr>
          <w:color w:val="000000" w:themeColor="text1"/>
        </w:rPr>
      </w:pPr>
    </w:p>
    <w:p w14:paraId="1ED06EE1" w14:textId="77777777" w:rsidR="000330CF" w:rsidRPr="00FA0622" w:rsidRDefault="00A23B15" w:rsidP="00CF77E4">
      <w:pPr>
        <w:widowControl w:val="0"/>
        <w:ind w:firstLine="567"/>
        <w:jc w:val="both"/>
        <w:rPr>
          <w:color w:val="000000" w:themeColor="text1"/>
        </w:rPr>
      </w:pPr>
      <w:r w:rsidRPr="00FA0622">
        <w:rPr>
          <w:color w:val="000000" w:themeColor="text1"/>
        </w:rPr>
        <w:t>Общая сумма по смете составляет: ___________ (______________________),</w:t>
      </w:r>
    </w:p>
    <w:p w14:paraId="3D3A7585" w14:textId="77777777" w:rsidR="000330CF" w:rsidRPr="00FA0622" w:rsidRDefault="00A23B15" w:rsidP="00CF77E4">
      <w:pPr>
        <w:widowControl w:val="0"/>
        <w:ind w:firstLine="567"/>
        <w:jc w:val="both"/>
        <w:rPr>
          <w:color w:val="000000" w:themeColor="text1"/>
        </w:rPr>
      </w:pPr>
      <w:r w:rsidRPr="00FA0622">
        <w:rPr>
          <w:color w:val="000000" w:themeColor="text1"/>
        </w:rPr>
        <w:t>При заключении договора выбирается один из следующих вариантов:</w:t>
      </w:r>
    </w:p>
    <w:p w14:paraId="06BB499C" w14:textId="77777777" w:rsidR="000330CF" w:rsidRPr="00FA0622" w:rsidRDefault="00A23B15" w:rsidP="00CF77E4">
      <w:pPr>
        <w:widowControl w:val="0"/>
        <w:ind w:firstLine="567"/>
        <w:jc w:val="both"/>
        <w:rPr>
          <w:color w:val="000000" w:themeColor="text1"/>
        </w:rPr>
      </w:pPr>
      <w:r w:rsidRPr="00FA0622">
        <w:rPr>
          <w:color w:val="000000" w:themeColor="text1"/>
        </w:rPr>
        <w:t>1) Если работы по договору облагаются НДС в соответствии с НК РФ и Подрядчик является плательщиком НДС в соответствии с НК РФ:</w:t>
      </w:r>
    </w:p>
    <w:p w14:paraId="5A03946D" w14:textId="77777777" w:rsidR="000330CF" w:rsidRPr="00FA0622" w:rsidRDefault="00A23B15" w:rsidP="00CF77E4">
      <w:pPr>
        <w:widowControl w:val="0"/>
        <w:ind w:firstLine="567"/>
        <w:jc w:val="both"/>
        <w:rPr>
          <w:color w:val="000000" w:themeColor="text1"/>
        </w:rPr>
      </w:pPr>
      <w:r w:rsidRPr="00FA0622">
        <w:rPr>
          <w:color w:val="000000" w:themeColor="text1"/>
        </w:rPr>
        <w:t>в том числе НДС (___%) – __________ рублей (______________).</w:t>
      </w:r>
    </w:p>
    <w:p w14:paraId="5662009F" w14:textId="77777777" w:rsidR="000330CF" w:rsidRPr="00FA0622" w:rsidRDefault="00A23B15" w:rsidP="00CF77E4">
      <w:pPr>
        <w:widowControl w:val="0"/>
        <w:ind w:firstLine="567"/>
        <w:jc w:val="both"/>
        <w:rPr>
          <w:color w:val="000000" w:themeColor="text1"/>
        </w:rPr>
      </w:pPr>
      <w:r w:rsidRPr="00FA0622">
        <w:rPr>
          <w:color w:val="000000" w:themeColor="text1"/>
        </w:rPr>
        <w:t>2) Если работы по договору не облагаются НДС в соответствии с НК РФ или Подрядчик не является плательщиком НДС в соответствии с НК РФ:</w:t>
      </w:r>
    </w:p>
    <w:p w14:paraId="08BECA9A" w14:textId="77777777" w:rsidR="000330CF" w:rsidRPr="00FA0622" w:rsidRDefault="00A23B15" w:rsidP="00CF77E4">
      <w:pPr>
        <w:widowControl w:val="0"/>
        <w:ind w:firstLine="567"/>
        <w:jc w:val="both"/>
        <w:rPr>
          <w:color w:val="000000" w:themeColor="text1"/>
        </w:rPr>
      </w:pPr>
      <w:r w:rsidRPr="00FA0622">
        <w:rPr>
          <w:color w:val="000000" w:themeColor="text1"/>
        </w:rPr>
        <w:t>НДС не облагается на основании ___________________ НК РФ.</w:t>
      </w:r>
    </w:p>
    <w:p w14:paraId="1A6F2C92" w14:textId="77777777" w:rsidR="000330CF" w:rsidRPr="00FA0622" w:rsidRDefault="000330CF" w:rsidP="00CF77E4">
      <w:pPr>
        <w:widowControl w:val="0"/>
        <w:jc w:val="both"/>
        <w:rPr>
          <w:color w:val="000000" w:themeColor="text1"/>
        </w:rPr>
      </w:pPr>
    </w:p>
    <w:p w14:paraId="360DA07A" w14:textId="77777777" w:rsidR="000330CF" w:rsidRPr="00FA0622" w:rsidRDefault="00A23B15" w:rsidP="00CF77E4">
      <w:pPr>
        <w:widowControl w:val="0"/>
        <w:jc w:val="both"/>
        <w:rPr>
          <w:color w:val="000000" w:themeColor="text1"/>
        </w:rPr>
      </w:pPr>
      <w:r w:rsidRPr="00FA0622">
        <w:rPr>
          <w:color w:val="000000" w:themeColor="text1"/>
        </w:rPr>
        <w:t>ЗАКАЗЧИК:</w:t>
      </w:r>
    </w:p>
    <w:p w14:paraId="43D22E14" w14:textId="77777777" w:rsidR="000330CF" w:rsidRPr="00FA0622" w:rsidRDefault="00A23B15" w:rsidP="00CF77E4">
      <w:pPr>
        <w:widowControl w:val="0"/>
        <w:jc w:val="both"/>
        <w:rPr>
          <w:color w:val="000000" w:themeColor="text1"/>
        </w:rPr>
      </w:pPr>
      <w:r w:rsidRPr="00FA0622">
        <w:rPr>
          <w:color w:val="000000" w:themeColor="text1"/>
        </w:rPr>
        <w:t>ПОДРЯДЧИК:</w:t>
      </w:r>
    </w:p>
    <w:p w14:paraId="713E9339" w14:textId="77777777" w:rsidR="000330CF" w:rsidRPr="00FA0622" w:rsidRDefault="000330CF" w:rsidP="00CF77E4">
      <w:pPr>
        <w:widowControl w:val="0"/>
        <w:jc w:val="both"/>
        <w:rPr>
          <w:color w:val="000000" w:themeColor="text1"/>
        </w:rPr>
      </w:pPr>
    </w:p>
    <w:p w14:paraId="08A2E95F" w14:textId="77777777" w:rsidR="000330CF" w:rsidRPr="00FA0622" w:rsidRDefault="00A23B15" w:rsidP="00CF77E4">
      <w:pPr>
        <w:widowControl w:val="0"/>
        <w:jc w:val="both"/>
        <w:rPr>
          <w:color w:val="000000" w:themeColor="text1"/>
        </w:rPr>
      </w:pPr>
      <w:r w:rsidRPr="00FA0622">
        <w:rPr>
          <w:color w:val="000000" w:themeColor="text1"/>
        </w:rPr>
        <w:t>_______________/ _______________</w:t>
      </w:r>
    </w:p>
    <w:p w14:paraId="6CDF9822" w14:textId="77777777" w:rsidR="000330CF" w:rsidRPr="00FA0622" w:rsidRDefault="00A23B15" w:rsidP="00CF77E4">
      <w:pPr>
        <w:widowControl w:val="0"/>
        <w:jc w:val="both"/>
        <w:rPr>
          <w:color w:val="000000" w:themeColor="text1"/>
        </w:rPr>
      </w:pPr>
      <w:r w:rsidRPr="00FA0622">
        <w:rPr>
          <w:color w:val="000000" w:themeColor="text1"/>
        </w:rPr>
        <w:t>МП</w:t>
      </w:r>
    </w:p>
    <w:p w14:paraId="58DC3A26" w14:textId="77777777" w:rsidR="000330CF" w:rsidRPr="00FA0622" w:rsidRDefault="000330CF" w:rsidP="00CF77E4">
      <w:pPr>
        <w:widowControl w:val="0"/>
        <w:jc w:val="both"/>
        <w:rPr>
          <w:color w:val="000000" w:themeColor="text1"/>
        </w:rPr>
      </w:pPr>
    </w:p>
    <w:p w14:paraId="13AFAFEE" w14:textId="77777777" w:rsidR="000330CF" w:rsidRPr="00FA0622" w:rsidRDefault="00A23B15" w:rsidP="00CF77E4">
      <w:pPr>
        <w:widowControl w:val="0"/>
        <w:jc w:val="both"/>
        <w:rPr>
          <w:color w:val="000000" w:themeColor="text1"/>
        </w:rPr>
      </w:pPr>
      <w:r w:rsidRPr="00FA0622">
        <w:rPr>
          <w:color w:val="000000" w:themeColor="text1"/>
        </w:rPr>
        <w:t>_______________/ ______________</w:t>
      </w:r>
    </w:p>
    <w:p w14:paraId="55FCF50F" w14:textId="77777777" w:rsidR="000330CF" w:rsidRPr="00FA0622" w:rsidRDefault="00A23B15" w:rsidP="00CF77E4">
      <w:pPr>
        <w:widowControl w:val="0"/>
        <w:jc w:val="both"/>
        <w:rPr>
          <w:color w:val="000000" w:themeColor="text1"/>
        </w:rPr>
      </w:pPr>
      <w:r w:rsidRPr="00FA0622">
        <w:rPr>
          <w:color w:val="000000" w:themeColor="text1"/>
        </w:rPr>
        <w:t>МП</w:t>
      </w:r>
    </w:p>
    <w:p w14:paraId="645211BF" w14:textId="77777777" w:rsidR="000330CF" w:rsidRPr="00FA0622" w:rsidRDefault="00A23B15" w:rsidP="00CF77E4">
      <w:pPr>
        <w:widowControl w:val="0"/>
        <w:rPr>
          <w:color w:val="000000" w:themeColor="text1"/>
        </w:rPr>
      </w:pPr>
      <w:r w:rsidRPr="00FA0622">
        <w:rPr>
          <w:color w:val="000000" w:themeColor="text1"/>
        </w:rPr>
        <w:br w:type="page"/>
      </w:r>
    </w:p>
    <w:p w14:paraId="3B7FA94C" w14:textId="77777777" w:rsidR="000330CF" w:rsidRPr="00FA0622" w:rsidRDefault="00A23B15" w:rsidP="00C011CE">
      <w:pPr>
        <w:widowControl w:val="0"/>
        <w:jc w:val="right"/>
        <w:rPr>
          <w:color w:val="000000" w:themeColor="text1"/>
        </w:rPr>
      </w:pPr>
      <w:r w:rsidRPr="00FA0622">
        <w:rPr>
          <w:color w:val="000000" w:themeColor="text1"/>
        </w:rPr>
        <w:lastRenderedPageBreak/>
        <w:t>Приложение № 3 к Договору</w:t>
      </w:r>
    </w:p>
    <w:p w14:paraId="2B8EAB71" w14:textId="77777777" w:rsidR="000330CF" w:rsidRPr="00FA0622" w:rsidRDefault="00A23B15" w:rsidP="00C011CE">
      <w:pPr>
        <w:widowControl w:val="0"/>
        <w:jc w:val="right"/>
        <w:rPr>
          <w:color w:val="000000" w:themeColor="text1"/>
        </w:rPr>
      </w:pPr>
      <w:r w:rsidRPr="00FA0622">
        <w:rPr>
          <w:color w:val="000000" w:themeColor="text1"/>
        </w:rPr>
        <w:t>от «___» _______ № ___________</w:t>
      </w:r>
    </w:p>
    <w:p w14:paraId="1B53D7EF" w14:textId="77777777" w:rsidR="000330CF" w:rsidRPr="00FA0622" w:rsidRDefault="000330CF" w:rsidP="00CF77E4">
      <w:pPr>
        <w:widowControl w:val="0"/>
        <w:jc w:val="both"/>
        <w:rPr>
          <w:color w:val="000000" w:themeColor="text1"/>
        </w:rPr>
      </w:pPr>
    </w:p>
    <w:p w14:paraId="7A8FA30B" w14:textId="77777777" w:rsidR="000330CF" w:rsidRPr="00FA0622" w:rsidRDefault="00A23B15" w:rsidP="00CF77E4">
      <w:pPr>
        <w:pStyle w:val="1"/>
        <w:keepNext w:val="0"/>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КАЛЕНДАРНЫЙ ГРАФИК ПРОИЗВОДСТВА РАБОТ (ГРАФИК ВЫПОЛНЕНИЯ РАБОТ)</w:t>
      </w:r>
    </w:p>
    <w:p w14:paraId="525C3633" w14:textId="77777777" w:rsidR="001E77FC" w:rsidRPr="001E77FC" w:rsidRDefault="00A23B15" w:rsidP="001E77FC">
      <w:pPr>
        <w:widowControl w:val="0"/>
        <w:jc w:val="center"/>
        <w:rPr>
          <w:b/>
          <w:bCs/>
          <w:iCs/>
          <w:color w:val="000000" w:themeColor="text1"/>
        </w:rPr>
      </w:pPr>
      <w:r w:rsidRPr="00FA0622">
        <w:rPr>
          <w:b/>
          <w:color w:val="000000" w:themeColor="text1"/>
        </w:rPr>
        <w:t xml:space="preserve">на </w:t>
      </w:r>
      <w:r w:rsidR="001E77FC">
        <w:rPr>
          <w:b/>
          <w:color w:val="000000" w:themeColor="text1"/>
        </w:rPr>
        <w:t>в</w:t>
      </w:r>
      <w:r w:rsidR="001E77FC" w:rsidRPr="001E77FC">
        <w:rPr>
          <w:b/>
          <w:bCs/>
          <w:iCs/>
          <w:color w:val="000000" w:themeColor="text1"/>
        </w:rPr>
        <w:t>ыполнение работ по демонтажу и монтажу автоматической пожарной сигнализации и системы оповещения и управления эвакуацией людей при пожаре в производственно-бытовом корпусе - нежилом 2-этажном кирпичном здании АО «Горзеленхоз» г. Иркутска по адресу: Российская Федерация, Иркутская область, городской округ город Иркутск, город Иркутск, улица Омулевского, строение 49/8 (кадастровый номер:</w:t>
      </w:r>
      <w:r w:rsidR="001E77FC" w:rsidRPr="001E77FC">
        <w:rPr>
          <w:b/>
          <w:color w:val="000000" w:themeColor="text1"/>
        </w:rPr>
        <w:t xml:space="preserve"> </w:t>
      </w:r>
      <w:r w:rsidR="001E77FC" w:rsidRPr="001E77FC">
        <w:rPr>
          <w:b/>
          <w:bCs/>
          <w:iCs/>
          <w:color w:val="000000" w:themeColor="text1"/>
        </w:rPr>
        <w:t>38:36:000022:36).</w:t>
      </w:r>
    </w:p>
    <w:p w14:paraId="36982CB4" w14:textId="77777777" w:rsidR="001E77FC" w:rsidRPr="00FA0622" w:rsidRDefault="001E77FC" w:rsidP="001E77FC">
      <w:pPr>
        <w:widowControl w:val="0"/>
        <w:jc w:val="center"/>
        <w:rPr>
          <w:color w:val="000000" w:themeColor="text1"/>
        </w:rPr>
      </w:pPr>
    </w:p>
    <w:p w14:paraId="7E6827DC" w14:textId="06F7B7A2" w:rsidR="000330CF" w:rsidRPr="00FA0622" w:rsidRDefault="000330CF" w:rsidP="001E77FC">
      <w:pPr>
        <w:widowControl w:val="0"/>
        <w:jc w:val="center"/>
        <w:rPr>
          <w:color w:val="000000" w:themeColor="text1"/>
        </w:rPr>
      </w:pPr>
    </w:p>
    <w:tbl>
      <w:tblPr>
        <w:tblStyle w:val="aff2"/>
        <w:tblW w:w="10204" w:type="dxa"/>
        <w:jc w:val="center"/>
        <w:tblLayout w:type="fixed"/>
        <w:tblLook w:val="04A0" w:firstRow="1" w:lastRow="0" w:firstColumn="1" w:lastColumn="0" w:noHBand="0" w:noVBand="1"/>
      </w:tblPr>
      <w:tblGrid>
        <w:gridCol w:w="680"/>
        <w:gridCol w:w="4309"/>
        <w:gridCol w:w="1474"/>
        <w:gridCol w:w="1587"/>
        <w:gridCol w:w="2154"/>
      </w:tblGrid>
      <w:tr w:rsidR="00A53764" w:rsidRPr="00FA0622" w14:paraId="7A04384B" w14:textId="77777777" w:rsidTr="00177147">
        <w:trPr>
          <w:jc w:val="center"/>
        </w:trPr>
        <w:tc>
          <w:tcPr>
            <w:tcW w:w="680" w:type="dxa"/>
          </w:tcPr>
          <w:p w14:paraId="7CCE2A50" w14:textId="77777777" w:rsidR="000330CF" w:rsidRPr="00FA0622" w:rsidRDefault="00A23B15" w:rsidP="00CF77E4">
            <w:pPr>
              <w:widowControl w:val="0"/>
              <w:jc w:val="center"/>
              <w:rPr>
                <w:color w:val="000000" w:themeColor="text1"/>
              </w:rPr>
            </w:pPr>
            <w:r w:rsidRPr="00FA0622">
              <w:rPr>
                <w:b/>
                <w:color w:val="000000" w:themeColor="text1"/>
                <w:sz w:val="20"/>
              </w:rPr>
              <w:t>№ п/п</w:t>
            </w:r>
          </w:p>
        </w:tc>
        <w:tc>
          <w:tcPr>
            <w:tcW w:w="4309" w:type="dxa"/>
          </w:tcPr>
          <w:p w14:paraId="0C3A47F6" w14:textId="77777777" w:rsidR="000330CF" w:rsidRPr="00FA0622" w:rsidRDefault="00A23B15" w:rsidP="00CF77E4">
            <w:pPr>
              <w:widowControl w:val="0"/>
              <w:jc w:val="center"/>
              <w:rPr>
                <w:color w:val="000000" w:themeColor="text1"/>
              </w:rPr>
            </w:pPr>
            <w:r w:rsidRPr="00FA0622">
              <w:rPr>
                <w:b/>
                <w:color w:val="000000" w:themeColor="text1"/>
                <w:sz w:val="20"/>
              </w:rPr>
              <w:t>Наименование этапа (вида) работ</w:t>
            </w:r>
          </w:p>
        </w:tc>
        <w:tc>
          <w:tcPr>
            <w:tcW w:w="1474" w:type="dxa"/>
          </w:tcPr>
          <w:p w14:paraId="32E75673" w14:textId="77777777" w:rsidR="000330CF" w:rsidRPr="00FA0622" w:rsidRDefault="00A23B15" w:rsidP="00CF77E4">
            <w:pPr>
              <w:widowControl w:val="0"/>
              <w:jc w:val="center"/>
              <w:rPr>
                <w:color w:val="000000" w:themeColor="text1"/>
              </w:rPr>
            </w:pPr>
            <w:r w:rsidRPr="00FA0622">
              <w:rPr>
                <w:b/>
                <w:color w:val="000000" w:themeColor="text1"/>
                <w:sz w:val="20"/>
              </w:rPr>
              <w:t>Срок начала</w:t>
            </w:r>
          </w:p>
        </w:tc>
        <w:tc>
          <w:tcPr>
            <w:tcW w:w="1587" w:type="dxa"/>
          </w:tcPr>
          <w:p w14:paraId="6FEC4873" w14:textId="77777777" w:rsidR="000330CF" w:rsidRPr="00FA0622" w:rsidRDefault="00A23B15" w:rsidP="00CF77E4">
            <w:pPr>
              <w:widowControl w:val="0"/>
              <w:jc w:val="center"/>
              <w:rPr>
                <w:color w:val="000000" w:themeColor="text1"/>
              </w:rPr>
            </w:pPr>
            <w:r w:rsidRPr="00FA0622">
              <w:rPr>
                <w:b/>
                <w:color w:val="000000" w:themeColor="text1"/>
                <w:sz w:val="20"/>
              </w:rPr>
              <w:t>Срок окончания</w:t>
            </w:r>
          </w:p>
        </w:tc>
        <w:tc>
          <w:tcPr>
            <w:tcW w:w="2154" w:type="dxa"/>
          </w:tcPr>
          <w:p w14:paraId="56A45957" w14:textId="77777777" w:rsidR="000330CF" w:rsidRPr="00FA0622" w:rsidRDefault="00A23B15" w:rsidP="00CF77E4">
            <w:pPr>
              <w:widowControl w:val="0"/>
              <w:jc w:val="center"/>
              <w:rPr>
                <w:color w:val="000000" w:themeColor="text1"/>
              </w:rPr>
            </w:pPr>
            <w:r w:rsidRPr="00FA0622">
              <w:rPr>
                <w:b/>
                <w:color w:val="000000" w:themeColor="text1"/>
                <w:sz w:val="20"/>
              </w:rPr>
              <w:t>Стоимость этапа с НДС/без НДС* (руб.)</w:t>
            </w:r>
          </w:p>
        </w:tc>
      </w:tr>
      <w:tr w:rsidR="00A53764" w:rsidRPr="00FA0622" w14:paraId="3929AB12" w14:textId="77777777" w:rsidTr="00177147">
        <w:trPr>
          <w:jc w:val="center"/>
        </w:trPr>
        <w:tc>
          <w:tcPr>
            <w:tcW w:w="680" w:type="dxa"/>
          </w:tcPr>
          <w:p w14:paraId="0EF07F59" w14:textId="77777777" w:rsidR="000330CF" w:rsidRPr="00FA0622" w:rsidRDefault="000330CF" w:rsidP="00CF77E4">
            <w:pPr>
              <w:widowControl w:val="0"/>
              <w:rPr>
                <w:color w:val="000000" w:themeColor="text1"/>
              </w:rPr>
            </w:pPr>
            <w:r w:rsidRPr="00FA0622">
              <w:rPr>
                <w:color w:val="000000" w:themeColor="text1"/>
              </w:rPr>
              <w:t>1</w:t>
            </w:r>
          </w:p>
        </w:tc>
        <w:tc>
          <w:tcPr>
            <w:tcW w:w="4309" w:type="dxa"/>
          </w:tcPr>
          <w:p w14:paraId="47FB8BDF" w14:textId="5284A8DF" w:rsidR="001E77FC" w:rsidRPr="001E77FC" w:rsidRDefault="001E77FC" w:rsidP="001E77FC">
            <w:pPr>
              <w:widowControl w:val="0"/>
              <w:rPr>
                <w:iCs/>
                <w:color w:val="000000" w:themeColor="text1"/>
              </w:rPr>
            </w:pPr>
            <w:r w:rsidRPr="001E77FC">
              <w:rPr>
                <w:iCs/>
                <w:color w:val="000000" w:themeColor="text1"/>
              </w:rPr>
              <w:t>В</w:t>
            </w:r>
            <w:r w:rsidRPr="001E77FC">
              <w:rPr>
                <w:iCs/>
                <w:color w:val="000000" w:themeColor="text1"/>
              </w:rPr>
              <w:t>ыполнение работ по демонтажу и монтажу автоматической пожарной сигнализации и системы оповещения и управления эвакуацией людей при пожаре в производственно-бытовом корпусе - нежилом 2-этажном кирпичном здании АО «Горзеленхоз» г. Иркутска по адресу: Российская Федерация, Иркутская область, городской округ город Иркутск, город Иркутск, улица Омулевского, строение 49/8 (кадастровый номер:</w:t>
            </w:r>
            <w:r w:rsidRPr="001E77FC">
              <w:rPr>
                <w:color w:val="000000" w:themeColor="text1"/>
              </w:rPr>
              <w:t xml:space="preserve"> </w:t>
            </w:r>
            <w:r w:rsidRPr="001E77FC">
              <w:rPr>
                <w:iCs/>
                <w:color w:val="000000" w:themeColor="text1"/>
              </w:rPr>
              <w:t>38:36:000022:36).</w:t>
            </w:r>
          </w:p>
          <w:p w14:paraId="3B52349A" w14:textId="6E368FF3" w:rsidR="000330CF" w:rsidRPr="00FA0622" w:rsidRDefault="000330CF" w:rsidP="00CF77E4">
            <w:pPr>
              <w:widowControl w:val="0"/>
              <w:rPr>
                <w:color w:val="000000" w:themeColor="text1"/>
              </w:rPr>
            </w:pPr>
            <w:r w:rsidRPr="00FA0622">
              <w:rPr>
                <w:color w:val="000000" w:themeColor="text1"/>
              </w:rPr>
              <w:t xml:space="preserve">Объем — 1 </w:t>
            </w:r>
            <w:proofErr w:type="spellStart"/>
            <w:r w:rsidRPr="00FA0622">
              <w:rPr>
                <w:color w:val="000000" w:themeColor="text1"/>
              </w:rPr>
              <w:t>усл</w:t>
            </w:r>
            <w:proofErr w:type="spellEnd"/>
            <w:r w:rsidRPr="00FA0622">
              <w:rPr>
                <w:color w:val="000000" w:themeColor="text1"/>
              </w:rPr>
              <w:t>. ед., включая пусконаладку и комплексные испытания.</w:t>
            </w:r>
          </w:p>
        </w:tc>
        <w:tc>
          <w:tcPr>
            <w:tcW w:w="1474" w:type="dxa"/>
          </w:tcPr>
          <w:p w14:paraId="5BB8C56B" w14:textId="77777777" w:rsidR="000330CF" w:rsidRPr="00FA0622" w:rsidRDefault="000330CF" w:rsidP="00CF77E4">
            <w:pPr>
              <w:widowControl w:val="0"/>
              <w:rPr>
                <w:color w:val="000000" w:themeColor="text1"/>
              </w:rPr>
            </w:pPr>
            <w:r w:rsidRPr="00FA0622">
              <w:rPr>
                <w:color w:val="000000" w:themeColor="text1"/>
              </w:rPr>
              <w:t>После согласования по п. 3.4 Договора. Подготовка входит в общий срок Работ.</w:t>
            </w:r>
          </w:p>
        </w:tc>
        <w:tc>
          <w:tcPr>
            <w:tcW w:w="1587" w:type="dxa"/>
          </w:tcPr>
          <w:p w14:paraId="5A7A9307" w14:textId="77777777" w:rsidR="000330CF" w:rsidRPr="00FA0622" w:rsidRDefault="000330CF" w:rsidP="00CF77E4">
            <w:pPr>
              <w:widowControl w:val="0"/>
              <w:rPr>
                <w:color w:val="000000" w:themeColor="text1"/>
              </w:rPr>
            </w:pPr>
            <w:r w:rsidRPr="00FA0622">
              <w:rPr>
                <w:color w:val="000000" w:themeColor="text1"/>
              </w:rPr>
              <w:t>Не позднее 120-го рабочего дня со дня, следующего за днем заключения Договора</w:t>
            </w:r>
          </w:p>
        </w:tc>
        <w:tc>
          <w:tcPr>
            <w:tcW w:w="2154" w:type="dxa"/>
          </w:tcPr>
          <w:p w14:paraId="2B6768BB" w14:textId="77777777" w:rsidR="000330CF" w:rsidRPr="00FA0622" w:rsidRDefault="000330CF" w:rsidP="00CF77E4">
            <w:pPr>
              <w:widowControl w:val="0"/>
              <w:rPr>
                <w:color w:val="000000" w:themeColor="text1"/>
              </w:rPr>
            </w:pPr>
            <w:r w:rsidRPr="00FA0622">
              <w:rPr>
                <w:color w:val="000000" w:themeColor="text1"/>
              </w:rPr>
              <w:t>Цена Договора по результатам закупки</w:t>
            </w:r>
          </w:p>
        </w:tc>
      </w:tr>
    </w:tbl>
    <w:p w14:paraId="62D79519" w14:textId="77777777" w:rsidR="000330CF" w:rsidRPr="00FA0622" w:rsidRDefault="000330CF" w:rsidP="00CF77E4">
      <w:pPr>
        <w:widowControl w:val="0"/>
        <w:jc w:val="both"/>
        <w:rPr>
          <w:color w:val="000000" w:themeColor="text1"/>
        </w:rPr>
      </w:pPr>
    </w:p>
    <w:p w14:paraId="037FBC19" w14:textId="77777777" w:rsidR="000330CF" w:rsidRPr="00FA0622" w:rsidRDefault="00A23B15" w:rsidP="00CF77E4">
      <w:pPr>
        <w:widowControl w:val="0"/>
        <w:ind w:firstLine="567"/>
        <w:jc w:val="both"/>
        <w:rPr>
          <w:color w:val="000000" w:themeColor="text1"/>
        </w:rPr>
      </w:pPr>
      <w:r w:rsidRPr="00FA0622">
        <w:rPr>
          <w:color w:val="000000" w:themeColor="text1"/>
          <w:sz w:val="20"/>
        </w:rPr>
        <w:t>* Указывается в соответствии с выбранным при заключении договора вариантом обложения НДС.</w:t>
      </w:r>
    </w:p>
    <w:p w14:paraId="565FC0A8" w14:textId="77777777" w:rsidR="000330CF" w:rsidRPr="00FA0622" w:rsidRDefault="000330CF" w:rsidP="00CF77E4">
      <w:pPr>
        <w:widowControl w:val="0"/>
        <w:jc w:val="both"/>
        <w:rPr>
          <w:color w:val="000000" w:themeColor="text1"/>
        </w:rPr>
      </w:pPr>
    </w:p>
    <w:p w14:paraId="326EC200" w14:textId="77777777" w:rsidR="000330CF" w:rsidRPr="00FA0622" w:rsidRDefault="00A23B15" w:rsidP="00CF77E4">
      <w:pPr>
        <w:widowControl w:val="0"/>
        <w:jc w:val="both"/>
        <w:rPr>
          <w:color w:val="000000" w:themeColor="text1"/>
        </w:rPr>
      </w:pPr>
      <w:r w:rsidRPr="00FA0622">
        <w:rPr>
          <w:color w:val="000000" w:themeColor="text1"/>
        </w:rPr>
        <w:t>ЗАКАЗЧИК:</w:t>
      </w:r>
    </w:p>
    <w:p w14:paraId="5E155317" w14:textId="77777777" w:rsidR="000330CF" w:rsidRPr="00FA0622" w:rsidRDefault="00A23B15" w:rsidP="00CF77E4">
      <w:pPr>
        <w:widowControl w:val="0"/>
        <w:jc w:val="both"/>
        <w:rPr>
          <w:color w:val="000000" w:themeColor="text1"/>
        </w:rPr>
      </w:pPr>
      <w:r w:rsidRPr="00FA0622">
        <w:rPr>
          <w:color w:val="000000" w:themeColor="text1"/>
        </w:rPr>
        <w:t>ПОДРЯДЧИК:</w:t>
      </w:r>
    </w:p>
    <w:p w14:paraId="73217211" w14:textId="77777777" w:rsidR="000330CF" w:rsidRPr="00FA0622" w:rsidRDefault="000330CF" w:rsidP="00CF77E4">
      <w:pPr>
        <w:widowControl w:val="0"/>
        <w:jc w:val="both"/>
        <w:rPr>
          <w:color w:val="000000" w:themeColor="text1"/>
        </w:rPr>
      </w:pPr>
    </w:p>
    <w:p w14:paraId="6521F8C6" w14:textId="77777777" w:rsidR="000330CF" w:rsidRPr="00FA0622" w:rsidRDefault="00A23B15" w:rsidP="00CF77E4">
      <w:pPr>
        <w:widowControl w:val="0"/>
        <w:jc w:val="both"/>
        <w:rPr>
          <w:color w:val="000000" w:themeColor="text1"/>
        </w:rPr>
      </w:pPr>
      <w:r w:rsidRPr="00FA0622">
        <w:rPr>
          <w:color w:val="000000" w:themeColor="text1"/>
        </w:rPr>
        <w:t>_______________/ _______________</w:t>
      </w:r>
    </w:p>
    <w:p w14:paraId="6351B4D8" w14:textId="77777777" w:rsidR="000330CF" w:rsidRPr="00FA0622" w:rsidRDefault="00A23B15" w:rsidP="00CF77E4">
      <w:pPr>
        <w:widowControl w:val="0"/>
        <w:jc w:val="both"/>
        <w:rPr>
          <w:color w:val="000000" w:themeColor="text1"/>
        </w:rPr>
      </w:pPr>
      <w:r w:rsidRPr="00FA0622">
        <w:rPr>
          <w:color w:val="000000" w:themeColor="text1"/>
        </w:rPr>
        <w:t>МП</w:t>
      </w:r>
    </w:p>
    <w:p w14:paraId="5093B868" w14:textId="77777777" w:rsidR="000330CF" w:rsidRPr="00FA0622" w:rsidRDefault="000330CF" w:rsidP="00CF77E4">
      <w:pPr>
        <w:widowControl w:val="0"/>
        <w:jc w:val="both"/>
        <w:rPr>
          <w:color w:val="000000" w:themeColor="text1"/>
        </w:rPr>
      </w:pPr>
    </w:p>
    <w:p w14:paraId="4E1643E0" w14:textId="77777777" w:rsidR="000330CF" w:rsidRPr="00FA0622" w:rsidRDefault="00A23B15" w:rsidP="00CF77E4">
      <w:pPr>
        <w:widowControl w:val="0"/>
        <w:jc w:val="both"/>
        <w:rPr>
          <w:color w:val="000000" w:themeColor="text1"/>
        </w:rPr>
      </w:pPr>
      <w:r w:rsidRPr="00FA0622">
        <w:rPr>
          <w:color w:val="000000" w:themeColor="text1"/>
        </w:rPr>
        <w:t>_______________/ ______________</w:t>
      </w:r>
    </w:p>
    <w:p w14:paraId="4736B6E6" w14:textId="77777777" w:rsidR="000330CF" w:rsidRPr="00FA0622" w:rsidRDefault="00A23B15" w:rsidP="00CF77E4">
      <w:pPr>
        <w:widowControl w:val="0"/>
        <w:jc w:val="both"/>
        <w:rPr>
          <w:color w:val="000000" w:themeColor="text1"/>
        </w:rPr>
      </w:pPr>
      <w:r w:rsidRPr="00FA0622">
        <w:rPr>
          <w:color w:val="000000" w:themeColor="text1"/>
        </w:rPr>
        <w:t>МП</w:t>
      </w:r>
    </w:p>
    <w:p w14:paraId="19137D2F" w14:textId="77777777" w:rsidR="00591463" w:rsidRPr="00FA0622" w:rsidRDefault="00A23B15">
      <w:pPr>
        <w:rPr>
          <w:color w:val="000000" w:themeColor="text1"/>
        </w:rPr>
      </w:pPr>
      <w:r w:rsidRPr="00FA0622">
        <w:rPr>
          <w:color w:val="000000" w:themeColor="text1"/>
        </w:rPr>
        <w:br w:type="page"/>
      </w:r>
    </w:p>
    <w:p w14:paraId="1BB62F92" w14:textId="77777777" w:rsidR="000330CF" w:rsidRPr="00FA0622" w:rsidRDefault="00A23B15" w:rsidP="00C011CE">
      <w:pPr>
        <w:widowControl w:val="0"/>
        <w:ind w:firstLine="567"/>
        <w:jc w:val="right"/>
        <w:rPr>
          <w:color w:val="000000" w:themeColor="text1"/>
        </w:rPr>
      </w:pPr>
      <w:r w:rsidRPr="00FA0622">
        <w:rPr>
          <w:color w:val="000000" w:themeColor="text1"/>
        </w:rPr>
        <w:lastRenderedPageBreak/>
        <w:t>Приложение № 4 к Договору</w:t>
      </w:r>
    </w:p>
    <w:p w14:paraId="374BB00F" w14:textId="77777777" w:rsidR="000330CF" w:rsidRPr="00FA0622" w:rsidRDefault="00A23B15" w:rsidP="00C011CE">
      <w:pPr>
        <w:widowControl w:val="0"/>
        <w:jc w:val="right"/>
        <w:rPr>
          <w:color w:val="000000" w:themeColor="text1"/>
        </w:rPr>
      </w:pPr>
      <w:r w:rsidRPr="00FA0622">
        <w:rPr>
          <w:color w:val="000000" w:themeColor="text1"/>
        </w:rPr>
        <w:t>от «___» _______ № ___________</w:t>
      </w:r>
    </w:p>
    <w:p w14:paraId="6DADF5E1" w14:textId="77777777" w:rsidR="000330CF" w:rsidRPr="00FA0622" w:rsidRDefault="000330CF" w:rsidP="00CF77E4">
      <w:pPr>
        <w:widowControl w:val="0"/>
        <w:ind w:firstLine="567"/>
        <w:jc w:val="both"/>
        <w:rPr>
          <w:color w:val="000000" w:themeColor="text1"/>
        </w:rPr>
      </w:pPr>
    </w:p>
    <w:p w14:paraId="43F9B98B" w14:textId="77777777" w:rsidR="000330CF" w:rsidRPr="00FA0622" w:rsidRDefault="00A23B15" w:rsidP="00CF77E4">
      <w:pPr>
        <w:pStyle w:val="1"/>
        <w:keepNext w:val="0"/>
        <w:keepLines w:val="0"/>
        <w:widowControl w:val="0"/>
        <w:spacing w:before="0"/>
        <w:ind w:firstLine="567"/>
        <w:jc w:val="center"/>
        <w:rPr>
          <w:rFonts w:ascii="Times New Roman" w:eastAsia="Calibri" w:hAnsi="Times New Roman" w:cs="Times New Roman"/>
          <w:color w:val="000000" w:themeColor="text1"/>
          <w:sz w:val="22"/>
          <w:szCs w:val="22"/>
          <w:lang w:eastAsia="ru-RU"/>
        </w:rPr>
      </w:pPr>
      <w:r w:rsidRPr="00FA0622">
        <w:rPr>
          <w:rFonts w:ascii="Times New Roman" w:eastAsia="Calibri" w:hAnsi="Times New Roman" w:cs="Times New Roman"/>
          <w:color w:val="000000" w:themeColor="text1"/>
          <w:sz w:val="22"/>
          <w:szCs w:val="22"/>
          <w:lang w:eastAsia="ru-RU"/>
        </w:rPr>
        <w:t>ФОРМА АКТА О ПРИЕМКЕ ВЫПОЛНЕННЫХ РАБОТ</w:t>
      </w:r>
    </w:p>
    <w:p w14:paraId="5E4FE1D6" w14:textId="77777777" w:rsidR="00591463" w:rsidRPr="00FA0622" w:rsidRDefault="00591463">
      <w:pPr>
        <w:rPr>
          <w:color w:val="000000" w:themeColor="text1"/>
        </w:rPr>
      </w:pPr>
    </w:p>
    <w:p w14:paraId="3997AE80" w14:textId="77777777" w:rsidR="00591463" w:rsidRPr="00FA0622" w:rsidRDefault="00A23B15">
      <w:pPr>
        <w:jc w:val="center"/>
        <w:rPr>
          <w:color w:val="000000" w:themeColor="text1"/>
        </w:rPr>
      </w:pPr>
      <w:r w:rsidRPr="00FA0622">
        <w:rPr>
          <w:b/>
          <w:color w:val="000000" w:themeColor="text1"/>
        </w:rPr>
        <w:t>АКТ № ____________ о приемке выполненных работ</w:t>
      </w:r>
    </w:p>
    <w:p w14:paraId="0B0E4396" w14:textId="77777777" w:rsidR="00591463" w:rsidRPr="00FA0622" w:rsidRDefault="00A23B15">
      <w:pPr>
        <w:jc w:val="center"/>
        <w:rPr>
          <w:color w:val="000000" w:themeColor="text1"/>
        </w:rPr>
      </w:pPr>
      <w:r w:rsidRPr="00FA0622">
        <w:rPr>
          <w:color w:val="000000" w:themeColor="text1"/>
        </w:rPr>
        <w:t>к Договору № ____________ от «___» ____________ 20___ г.</w:t>
      </w:r>
    </w:p>
    <w:p w14:paraId="3D43983A" w14:textId="77777777" w:rsidR="00591463" w:rsidRPr="00FA0622" w:rsidRDefault="00591463">
      <w:pPr>
        <w:rPr>
          <w:color w:val="000000" w:themeColor="text1"/>
        </w:rPr>
      </w:pPr>
    </w:p>
    <w:p w14:paraId="6533AE87" w14:textId="77777777" w:rsidR="00591463" w:rsidRPr="00FA0622" w:rsidRDefault="00A23B15">
      <w:pPr>
        <w:rPr>
          <w:color w:val="000000" w:themeColor="text1"/>
        </w:rPr>
      </w:pPr>
      <w:r w:rsidRPr="00FA0622">
        <w:rPr>
          <w:color w:val="000000" w:themeColor="text1"/>
        </w:rPr>
        <w:t>Мы, нижеподписавшиеся: от Заказчика – ________________________________________________________, от Подрядчика – ________________________________________________________, составили настоящий Акт о том, что Подрядчиком выполнены, а Заказчиком приняты следующие работы, предусмотренные Договором:</w:t>
      </w:r>
    </w:p>
    <w:tbl>
      <w:tblPr>
        <w:tblStyle w:val="aff2"/>
        <w:tblW w:w="0" w:type="auto"/>
        <w:jc w:val="center"/>
        <w:tblLayout w:type="fixed"/>
        <w:tblLook w:val="04A0" w:firstRow="1" w:lastRow="0" w:firstColumn="1" w:lastColumn="0" w:noHBand="0" w:noVBand="1"/>
      </w:tblPr>
      <w:tblGrid>
        <w:gridCol w:w="567"/>
        <w:gridCol w:w="5443"/>
        <w:gridCol w:w="1020"/>
        <w:gridCol w:w="1020"/>
        <w:gridCol w:w="2154"/>
      </w:tblGrid>
      <w:tr w:rsidR="00A53764" w:rsidRPr="00FA0622" w14:paraId="453F36FD" w14:textId="77777777">
        <w:trPr>
          <w:jc w:val="center"/>
        </w:trPr>
        <w:tc>
          <w:tcPr>
            <w:tcW w:w="567" w:type="dxa"/>
          </w:tcPr>
          <w:p w14:paraId="0ABB597F" w14:textId="77777777" w:rsidR="00591463" w:rsidRPr="00FA0622" w:rsidRDefault="00A23B15">
            <w:pPr>
              <w:jc w:val="center"/>
              <w:rPr>
                <w:color w:val="000000" w:themeColor="text1"/>
              </w:rPr>
            </w:pPr>
            <w:r w:rsidRPr="00FA0622">
              <w:rPr>
                <w:b/>
                <w:color w:val="000000" w:themeColor="text1"/>
                <w:sz w:val="20"/>
              </w:rPr>
              <w:t>№ п/п</w:t>
            </w:r>
          </w:p>
        </w:tc>
        <w:tc>
          <w:tcPr>
            <w:tcW w:w="5443" w:type="dxa"/>
          </w:tcPr>
          <w:p w14:paraId="5065188E" w14:textId="77777777" w:rsidR="00591463" w:rsidRPr="00FA0622" w:rsidRDefault="00A23B15">
            <w:pPr>
              <w:jc w:val="center"/>
              <w:rPr>
                <w:color w:val="000000" w:themeColor="text1"/>
              </w:rPr>
            </w:pPr>
            <w:r w:rsidRPr="00FA0622">
              <w:rPr>
                <w:b/>
                <w:color w:val="000000" w:themeColor="text1"/>
                <w:sz w:val="20"/>
              </w:rPr>
              <w:t>Наименование работ (в соответствии со Сметой на выполнение работ, Приложение № 2 к Договору)</w:t>
            </w:r>
          </w:p>
        </w:tc>
        <w:tc>
          <w:tcPr>
            <w:tcW w:w="1020" w:type="dxa"/>
          </w:tcPr>
          <w:p w14:paraId="516BDAFF" w14:textId="77777777" w:rsidR="00591463" w:rsidRPr="00FA0622" w:rsidRDefault="00A23B15">
            <w:pPr>
              <w:jc w:val="center"/>
              <w:rPr>
                <w:color w:val="000000" w:themeColor="text1"/>
              </w:rPr>
            </w:pPr>
            <w:r w:rsidRPr="00FA0622">
              <w:rPr>
                <w:b/>
                <w:color w:val="000000" w:themeColor="text1"/>
                <w:sz w:val="20"/>
              </w:rPr>
              <w:t>Ед. изм.</w:t>
            </w:r>
          </w:p>
        </w:tc>
        <w:tc>
          <w:tcPr>
            <w:tcW w:w="1020" w:type="dxa"/>
          </w:tcPr>
          <w:p w14:paraId="31BD598E" w14:textId="77777777" w:rsidR="00591463" w:rsidRPr="00FA0622" w:rsidRDefault="00A23B15">
            <w:pPr>
              <w:jc w:val="center"/>
              <w:rPr>
                <w:color w:val="000000" w:themeColor="text1"/>
              </w:rPr>
            </w:pPr>
            <w:r w:rsidRPr="00FA0622">
              <w:rPr>
                <w:b/>
                <w:color w:val="000000" w:themeColor="text1"/>
                <w:sz w:val="20"/>
              </w:rPr>
              <w:t>Кол-во</w:t>
            </w:r>
          </w:p>
        </w:tc>
        <w:tc>
          <w:tcPr>
            <w:tcW w:w="2154" w:type="dxa"/>
          </w:tcPr>
          <w:p w14:paraId="48216C29" w14:textId="77777777" w:rsidR="00591463" w:rsidRPr="00FA0622" w:rsidRDefault="00A23B15">
            <w:pPr>
              <w:jc w:val="center"/>
              <w:rPr>
                <w:color w:val="000000" w:themeColor="text1"/>
              </w:rPr>
            </w:pPr>
            <w:r w:rsidRPr="00FA0622">
              <w:rPr>
                <w:b/>
                <w:color w:val="000000" w:themeColor="text1"/>
                <w:sz w:val="20"/>
              </w:rPr>
              <w:t>Стоимость, руб.</w:t>
            </w:r>
          </w:p>
        </w:tc>
      </w:tr>
      <w:tr w:rsidR="00A53764" w:rsidRPr="00FA0622" w14:paraId="1856FCE3" w14:textId="77777777">
        <w:trPr>
          <w:jc w:val="center"/>
        </w:trPr>
        <w:tc>
          <w:tcPr>
            <w:tcW w:w="567" w:type="dxa"/>
          </w:tcPr>
          <w:p w14:paraId="252D5670" w14:textId="77777777" w:rsidR="00591463" w:rsidRPr="00FA0622" w:rsidRDefault="00591463">
            <w:pPr>
              <w:rPr>
                <w:color w:val="000000" w:themeColor="text1"/>
              </w:rPr>
            </w:pPr>
          </w:p>
        </w:tc>
        <w:tc>
          <w:tcPr>
            <w:tcW w:w="5443" w:type="dxa"/>
          </w:tcPr>
          <w:p w14:paraId="5759C7F3" w14:textId="77777777" w:rsidR="00591463" w:rsidRPr="00FA0622" w:rsidRDefault="00591463">
            <w:pPr>
              <w:rPr>
                <w:color w:val="000000" w:themeColor="text1"/>
              </w:rPr>
            </w:pPr>
          </w:p>
        </w:tc>
        <w:tc>
          <w:tcPr>
            <w:tcW w:w="1020" w:type="dxa"/>
          </w:tcPr>
          <w:p w14:paraId="2A589723" w14:textId="77777777" w:rsidR="00591463" w:rsidRPr="00FA0622" w:rsidRDefault="00591463">
            <w:pPr>
              <w:rPr>
                <w:color w:val="000000" w:themeColor="text1"/>
              </w:rPr>
            </w:pPr>
          </w:p>
        </w:tc>
        <w:tc>
          <w:tcPr>
            <w:tcW w:w="1020" w:type="dxa"/>
          </w:tcPr>
          <w:p w14:paraId="23AAD5BC" w14:textId="77777777" w:rsidR="00591463" w:rsidRPr="00FA0622" w:rsidRDefault="00591463">
            <w:pPr>
              <w:rPr>
                <w:color w:val="000000" w:themeColor="text1"/>
              </w:rPr>
            </w:pPr>
          </w:p>
        </w:tc>
        <w:tc>
          <w:tcPr>
            <w:tcW w:w="2154" w:type="dxa"/>
          </w:tcPr>
          <w:p w14:paraId="6BD653BA" w14:textId="77777777" w:rsidR="00591463" w:rsidRPr="00FA0622" w:rsidRDefault="00591463">
            <w:pPr>
              <w:rPr>
                <w:color w:val="000000" w:themeColor="text1"/>
              </w:rPr>
            </w:pPr>
          </w:p>
        </w:tc>
      </w:tr>
      <w:tr w:rsidR="00A53764" w:rsidRPr="00FA0622" w14:paraId="6064C019" w14:textId="77777777">
        <w:trPr>
          <w:jc w:val="center"/>
        </w:trPr>
        <w:tc>
          <w:tcPr>
            <w:tcW w:w="567" w:type="dxa"/>
          </w:tcPr>
          <w:p w14:paraId="5C303CBF" w14:textId="77777777" w:rsidR="00591463" w:rsidRPr="00FA0622" w:rsidRDefault="00591463">
            <w:pPr>
              <w:rPr>
                <w:color w:val="000000" w:themeColor="text1"/>
              </w:rPr>
            </w:pPr>
          </w:p>
        </w:tc>
        <w:tc>
          <w:tcPr>
            <w:tcW w:w="5443" w:type="dxa"/>
          </w:tcPr>
          <w:p w14:paraId="419752A3" w14:textId="77777777" w:rsidR="00591463" w:rsidRPr="00FA0622" w:rsidRDefault="00591463">
            <w:pPr>
              <w:rPr>
                <w:color w:val="000000" w:themeColor="text1"/>
              </w:rPr>
            </w:pPr>
          </w:p>
        </w:tc>
        <w:tc>
          <w:tcPr>
            <w:tcW w:w="1020" w:type="dxa"/>
          </w:tcPr>
          <w:p w14:paraId="654A1C97" w14:textId="77777777" w:rsidR="00591463" w:rsidRPr="00FA0622" w:rsidRDefault="00591463">
            <w:pPr>
              <w:rPr>
                <w:color w:val="000000" w:themeColor="text1"/>
              </w:rPr>
            </w:pPr>
          </w:p>
        </w:tc>
        <w:tc>
          <w:tcPr>
            <w:tcW w:w="1020" w:type="dxa"/>
          </w:tcPr>
          <w:p w14:paraId="6737C3D7" w14:textId="77777777" w:rsidR="00591463" w:rsidRPr="00FA0622" w:rsidRDefault="00591463">
            <w:pPr>
              <w:rPr>
                <w:color w:val="000000" w:themeColor="text1"/>
              </w:rPr>
            </w:pPr>
          </w:p>
        </w:tc>
        <w:tc>
          <w:tcPr>
            <w:tcW w:w="2154" w:type="dxa"/>
          </w:tcPr>
          <w:p w14:paraId="6160FA07" w14:textId="77777777" w:rsidR="00591463" w:rsidRPr="00FA0622" w:rsidRDefault="00591463">
            <w:pPr>
              <w:rPr>
                <w:color w:val="000000" w:themeColor="text1"/>
              </w:rPr>
            </w:pPr>
          </w:p>
        </w:tc>
      </w:tr>
      <w:tr w:rsidR="00A53764" w:rsidRPr="00FA0622" w14:paraId="53BBF9CD" w14:textId="77777777">
        <w:trPr>
          <w:jc w:val="center"/>
        </w:trPr>
        <w:tc>
          <w:tcPr>
            <w:tcW w:w="567" w:type="dxa"/>
          </w:tcPr>
          <w:p w14:paraId="142A6BF5" w14:textId="77777777" w:rsidR="00591463" w:rsidRPr="00FA0622" w:rsidRDefault="00591463">
            <w:pPr>
              <w:rPr>
                <w:color w:val="000000" w:themeColor="text1"/>
              </w:rPr>
            </w:pPr>
          </w:p>
        </w:tc>
        <w:tc>
          <w:tcPr>
            <w:tcW w:w="5443" w:type="dxa"/>
          </w:tcPr>
          <w:p w14:paraId="3A7C468F" w14:textId="77777777" w:rsidR="00591463" w:rsidRPr="00FA0622" w:rsidRDefault="00591463">
            <w:pPr>
              <w:rPr>
                <w:color w:val="000000" w:themeColor="text1"/>
              </w:rPr>
            </w:pPr>
          </w:p>
        </w:tc>
        <w:tc>
          <w:tcPr>
            <w:tcW w:w="1020" w:type="dxa"/>
          </w:tcPr>
          <w:p w14:paraId="4CABAA66" w14:textId="77777777" w:rsidR="00591463" w:rsidRPr="00FA0622" w:rsidRDefault="00591463">
            <w:pPr>
              <w:rPr>
                <w:color w:val="000000" w:themeColor="text1"/>
              </w:rPr>
            </w:pPr>
          </w:p>
        </w:tc>
        <w:tc>
          <w:tcPr>
            <w:tcW w:w="1020" w:type="dxa"/>
          </w:tcPr>
          <w:p w14:paraId="70B4EBB6" w14:textId="77777777" w:rsidR="00591463" w:rsidRPr="00FA0622" w:rsidRDefault="00591463">
            <w:pPr>
              <w:rPr>
                <w:color w:val="000000" w:themeColor="text1"/>
              </w:rPr>
            </w:pPr>
          </w:p>
        </w:tc>
        <w:tc>
          <w:tcPr>
            <w:tcW w:w="2154" w:type="dxa"/>
          </w:tcPr>
          <w:p w14:paraId="67C38B18" w14:textId="77777777" w:rsidR="00591463" w:rsidRPr="00FA0622" w:rsidRDefault="00591463">
            <w:pPr>
              <w:rPr>
                <w:color w:val="000000" w:themeColor="text1"/>
              </w:rPr>
            </w:pPr>
          </w:p>
        </w:tc>
      </w:tr>
      <w:tr w:rsidR="00A53764" w:rsidRPr="00FA0622" w14:paraId="66F3B067" w14:textId="77777777">
        <w:trPr>
          <w:jc w:val="center"/>
        </w:trPr>
        <w:tc>
          <w:tcPr>
            <w:tcW w:w="567" w:type="dxa"/>
          </w:tcPr>
          <w:p w14:paraId="6D6AFE65" w14:textId="77777777" w:rsidR="00591463" w:rsidRPr="00FA0622" w:rsidRDefault="00591463">
            <w:pPr>
              <w:rPr>
                <w:color w:val="000000" w:themeColor="text1"/>
              </w:rPr>
            </w:pPr>
          </w:p>
        </w:tc>
        <w:tc>
          <w:tcPr>
            <w:tcW w:w="5443" w:type="dxa"/>
          </w:tcPr>
          <w:p w14:paraId="3CAE4920" w14:textId="77777777" w:rsidR="00591463" w:rsidRPr="00FA0622" w:rsidRDefault="00591463">
            <w:pPr>
              <w:rPr>
                <w:color w:val="000000" w:themeColor="text1"/>
              </w:rPr>
            </w:pPr>
          </w:p>
        </w:tc>
        <w:tc>
          <w:tcPr>
            <w:tcW w:w="1020" w:type="dxa"/>
          </w:tcPr>
          <w:p w14:paraId="053821C7" w14:textId="77777777" w:rsidR="00591463" w:rsidRPr="00FA0622" w:rsidRDefault="00591463">
            <w:pPr>
              <w:rPr>
                <w:color w:val="000000" w:themeColor="text1"/>
              </w:rPr>
            </w:pPr>
          </w:p>
        </w:tc>
        <w:tc>
          <w:tcPr>
            <w:tcW w:w="1020" w:type="dxa"/>
          </w:tcPr>
          <w:p w14:paraId="557477E7" w14:textId="77777777" w:rsidR="00591463" w:rsidRPr="00FA0622" w:rsidRDefault="00591463">
            <w:pPr>
              <w:rPr>
                <w:color w:val="000000" w:themeColor="text1"/>
              </w:rPr>
            </w:pPr>
          </w:p>
        </w:tc>
        <w:tc>
          <w:tcPr>
            <w:tcW w:w="2154" w:type="dxa"/>
          </w:tcPr>
          <w:p w14:paraId="7028C3FD" w14:textId="77777777" w:rsidR="00591463" w:rsidRPr="00FA0622" w:rsidRDefault="00591463">
            <w:pPr>
              <w:rPr>
                <w:color w:val="000000" w:themeColor="text1"/>
              </w:rPr>
            </w:pPr>
          </w:p>
        </w:tc>
      </w:tr>
      <w:tr w:rsidR="00A53764" w:rsidRPr="00FA0622" w14:paraId="7F8611A1" w14:textId="77777777">
        <w:trPr>
          <w:jc w:val="center"/>
        </w:trPr>
        <w:tc>
          <w:tcPr>
            <w:tcW w:w="567" w:type="dxa"/>
          </w:tcPr>
          <w:p w14:paraId="2DC3440C" w14:textId="77777777" w:rsidR="00591463" w:rsidRPr="00FA0622" w:rsidRDefault="00591463">
            <w:pPr>
              <w:rPr>
                <w:color w:val="000000" w:themeColor="text1"/>
              </w:rPr>
            </w:pPr>
          </w:p>
        </w:tc>
        <w:tc>
          <w:tcPr>
            <w:tcW w:w="5443" w:type="dxa"/>
          </w:tcPr>
          <w:p w14:paraId="37165807" w14:textId="77777777" w:rsidR="00591463" w:rsidRPr="00FA0622" w:rsidRDefault="00591463">
            <w:pPr>
              <w:rPr>
                <w:color w:val="000000" w:themeColor="text1"/>
              </w:rPr>
            </w:pPr>
          </w:p>
        </w:tc>
        <w:tc>
          <w:tcPr>
            <w:tcW w:w="1020" w:type="dxa"/>
          </w:tcPr>
          <w:p w14:paraId="6F3BCBF2" w14:textId="77777777" w:rsidR="00591463" w:rsidRPr="00FA0622" w:rsidRDefault="00591463">
            <w:pPr>
              <w:rPr>
                <w:color w:val="000000" w:themeColor="text1"/>
              </w:rPr>
            </w:pPr>
          </w:p>
        </w:tc>
        <w:tc>
          <w:tcPr>
            <w:tcW w:w="1020" w:type="dxa"/>
          </w:tcPr>
          <w:p w14:paraId="640C0716" w14:textId="77777777" w:rsidR="00591463" w:rsidRPr="00FA0622" w:rsidRDefault="00591463">
            <w:pPr>
              <w:rPr>
                <w:color w:val="000000" w:themeColor="text1"/>
              </w:rPr>
            </w:pPr>
          </w:p>
        </w:tc>
        <w:tc>
          <w:tcPr>
            <w:tcW w:w="2154" w:type="dxa"/>
          </w:tcPr>
          <w:p w14:paraId="3C78C0B7" w14:textId="77777777" w:rsidR="00591463" w:rsidRPr="00FA0622" w:rsidRDefault="00591463">
            <w:pPr>
              <w:rPr>
                <w:color w:val="000000" w:themeColor="text1"/>
              </w:rPr>
            </w:pPr>
          </w:p>
        </w:tc>
      </w:tr>
      <w:tr w:rsidR="00A53764" w:rsidRPr="00FA0622" w14:paraId="458474F2" w14:textId="77777777">
        <w:trPr>
          <w:jc w:val="center"/>
        </w:trPr>
        <w:tc>
          <w:tcPr>
            <w:tcW w:w="567" w:type="dxa"/>
          </w:tcPr>
          <w:p w14:paraId="555F55EF" w14:textId="77777777" w:rsidR="00591463" w:rsidRPr="00FA0622" w:rsidRDefault="00591463">
            <w:pPr>
              <w:rPr>
                <w:color w:val="000000" w:themeColor="text1"/>
              </w:rPr>
            </w:pPr>
          </w:p>
        </w:tc>
        <w:tc>
          <w:tcPr>
            <w:tcW w:w="5443" w:type="dxa"/>
          </w:tcPr>
          <w:p w14:paraId="457082D2" w14:textId="77777777" w:rsidR="00591463" w:rsidRPr="00FA0622" w:rsidRDefault="00591463">
            <w:pPr>
              <w:rPr>
                <w:color w:val="000000" w:themeColor="text1"/>
              </w:rPr>
            </w:pPr>
          </w:p>
        </w:tc>
        <w:tc>
          <w:tcPr>
            <w:tcW w:w="1020" w:type="dxa"/>
          </w:tcPr>
          <w:p w14:paraId="085799B2" w14:textId="77777777" w:rsidR="00591463" w:rsidRPr="00FA0622" w:rsidRDefault="00591463">
            <w:pPr>
              <w:rPr>
                <w:color w:val="000000" w:themeColor="text1"/>
              </w:rPr>
            </w:pPr>
          </w:p>
        </w:tc>
        <w:tc>
          <w:tcPr>
            <w:tcW w:w="1020" w:type="dxa"/>
          </w:tcPr>
          <w:p w14:paraId="23AFE841" w14:textId="77777777" w:rsidR="00591463" w:rsidRPr="00FA0622" w:rsidRDefault="00591463">
            <w:pPr>
              <w:rPr>
                <w:color w:val="000000" w:themeColor="text1"/>
              </w:rPr>
            </w:pPr>
          </w:p>
        </w:tc>
        <w:tc>
          <w:tcPr>
            <w:tcW w:w="2154" w:type="dxa"/>
          </w:tcPr>
          <w:p w14:paraId="2E6DCDFF" w14:textId="77777777" w:rsidR="00591463" w:rsidRPr="00FA0622" w:rsidRDefault="00591463">
            <w:pPr>
              <w:rPr>
                <w:color w:val="000000" w:themeColor="text1"/>
              </w:rPr>
            </w:pPr>
          </w:p>
        </w:tc>
      </w:tr>
      <w:tr w:rsidR="00A53764" w:rsidRPr="00FA0622" w14:paraId="0DA3EAD7" w14:textId="77777777">
        <w:trPr>
          <w:jc w:val="center"/>
        </w:trPr>
        <w:tc>
          <w:tcPr>
            <w:tcW w:w="567" w:type="dxa"/>
          </w:tcPr>
          <w:p w14:paraId="0587426E" w14:textId="77777777" w:rsidR="00591463" w:rsidRPr="00FA0622" w:rsidRDefault="00591463">
            <w:pPr>
              <w:rPr>
                <w:color w:val="000000" w:themeColor="text1"/>
              </w:rPr>
            </w:pPr>
          </w:p>
        </w:tc>
        <w:tc>
          <w:tcPr>
            <w:tcW w:w="5443" w:type="dxa"/>
          </w:tcPr>
          <w:p w14:paraId="310C399F" w14:textId="77777777" w:rsidR="00591463" w:rsidRPr="00FA0622" w:rsidRDefault="00591463">
            <w:pPr>
              <w:rPr>
                <w:color w:val="000000" w:themeColor="text1"/>
              </w:rPr>
            </w:pPr>
          </w:p>
        </w:tc>
        <w:tc>
          <w:tcPr>
            <w:tcW w:w="1020" w:type="dxa"/>
          </w:tcPr>
          <w:p w14:paraId="3D0B636D" w14:textId="77777777" w:rsidR="00591463" w:rsidRPr="00FA0622" w:rsidRDefault="00591463">
            <w:pPr>
              <w:rPr>
                <w:color w:val="000000" w:themeColor="text1"/>
              </w:rPr>
            </w:pPr>
          </w:p>
        </w:tc>
        <w:tc>
          <w:tcPr>
            <w:tcW w:w="1020" w:type="dxa"/>
          </w:tcPr>
          <w:p w14:paraId="78F21E31" w14:textId="77777777" w:rsidR="00591463" w:rsidRPr="00FA0622" w:rsidRDefault="00591463">
            <w:pPr>
              <w:rPr>
                <w:color w:val="000000" w:themeColor="text1"/>
              </w:rPr>
            </w:pPr>
          </w:p>
        </w:tc>
        <w:tc>
          <w:tcPr>
            <w:tcW w:w="2154" w:type="dxa"/>
          </w:tcPr>
          <w:p w14:paraId="7B7D3695" w14:textId="77777777" w:rsidR="00591463" w:rsidRPr="00FA0622" w:rsidRDefault="00591463">
            <w:pPr>
              <w:rPr>
                <w:color w:val="000000" w:themeColor="text1"/>
              </w:rPr>
            </w:pPr>
          </w:p>
        </w:tc>
      </w:tr>
      <w:tr w:rsidR="00591463" w:rsidRPr="00FA0622" w14:paraId="7A755FE5" w14:textId="77777777">
        <w:trPr>
          <w:jc w:val="center"/>
        </w:trPr>
        <w:tc>
          <w:tcPr>
            <w:tcW w:w="567" w:type="dxa"/>
          </w:tcPr>
          <w:p w14:paraId="6475058E" w14:textId="77777777" w:rsidR="00591463" w:rsidRPr="00FA0622" w:rsidRDefault="00591463">
            <w:pPr>
              <w:rPr>
                <w:color w:val="000000" w:themeColor="text1"/>
              </w:rPr>
            </w:pPr>
          </w:p>
        </w:tc>
        <w:tc>
          <w:tcPr>
            <w:tcW w:w="5443" w:type="dxa"/>
          </w:tcPr>
          <w:p w14:paraId="7863156A" w14:textId="77777777" w:rsidR="00591463" w:rsidRPr="00FA0622" w:rsidRDefault="00591463">
            <w:pPr>
              <w:rPr>
                <w:color w:val="000000" w:themeColor="text1"/>
              </w:rPr>
            </w:pPr>
          </w:p>
        </w:tc>
        <w:tc>
          <w:tcPr>
            <w:tcW w:w="1020" w:type="dxa"/>
          </w:tcPr>
          <w:p w14:paraId="0C3974E1" w14:textId="77777777" w:rsidR="00591463" w:rsidRPr="00FA0622" w:rsidRDefault="00591463">
            <w:pPr>
              <w:rPr>
                <w:color w:val="000000" w:themeColor="text1"/>
              </w:rPr>
            </w:pPr>
          </w:p>
        </w:tc>
        <w:tc>
          <w:tcPr>
            <w:tcW w:w="1020" w:type="dxa"/>
          </w:tcPr>
          <w:p w14:paraId="13458879" w14:textId="77777777" w:rsidR="00591463" w:rsidRPr="00FA0622" w:rsidRDefault="00591463">
            <w:pPr>
              <w:rPr>
                <w:color w:val="000000" w:themeColor="text1"/>
              </w:rPr>
            </w:pPr>
          </w:p>
        </w:tc>
        <w:tc>
          <w:tcPr>
            <w:tcW w:w="2154" w:type="dxa"/>
          </w:tcPr>
          <w:p w14:paraId="6D914E4A" w14:textId="77777777" w:rsidR="00591463" w:rsidRPr="00FA0622" w:rsidRDefault="00591463">
            <w:pPr>
              <w:rPr>
                <w:color w:val="000000" w:themeColor="text1"/>
              </w:rPr>
            </w:pPr>
          </w:p>
        </w:tc>
      </w:tr>
    </w:tbl>
    <w:p w14:paraId="03ECCD81" w14:textId="77777777" w:rsidR="00591463" w:rsidRPr="00FA0622" w:rsidRDefault="00591463">
      <w:pPr>
        <w:rPr>
          <w:color w:val="000000" w:themeColor="text1"/>
        </w:rPr>
      </w:pPr>
    </w:p>
    <w:p w14:paraId="2E948456" w14:textId="77777777" w:rsidR="00591463" w:rsidRPr="00FA0622" w:rsidRDefault="00A23B15" w:rsidP="00177147">
      <w:pPr>
        <w:jc w:val="both"/>
        <w:rPr>
          <w:color w:val="000000" w:themeColor="text1"/>
        </w:rPr>
      </w:pPr>
      <w:r w:rsidRPr="00FA0622">
        <w:rPr>
          <w:color w:val="000000" w:themeColor="text1"/>
        </w:rPr>
        <w:t>Итого стоимость выполненных работ: ______________________________________ рублей (________________________________________________), в том числе НДС (___%) – ________________ рублей.*</w:t>
      </w:r>
    </w:p>
    <w:p w14:paraId="12A5B31B" w14:textId="77777777" w:rsidR="00591463" w:rsidRPr="00FA0622" w:rsidRDefault="00A23B15" w:rsidP="00177147">
      <w:pPr>
        <w:jc w:val="both"/>
        <w:rPr>
          <w:color w:val="000000" w:themeColor="text1"/>
        </w:rPr>
      </w:pPr>
      <w:r w:rsidRPr="00FA0622">
        <w:rPr>
          <w:color w:val="000000" w:themeColor="text1"/>
        </w:rPr>
        <w:t>* Указывается в соответствии с выбранным при заключении Договора вариантом обложения НДС; в случае отсутствия НДС строка исключается.</w:t>
      </w:r>
    </w:p>
    <w:p w14:paraId="79D4E0CE" w14:textId="77777777" w:rsidR="00591463" w:rsidRPr="00FA0622" w:rsidRDefault="00A23B15" w:rsidP="00177147">
      <w:pPr>
        <w:jc w:val="both"/>
        <w:rPr>
          <w:color w:val="000000" w:themeColor="text1"/>
        </w:rPr>
      </w:pPr>
      <w:r w:rsidRPr="00FA0622">
        <w:rPr>
          <w:color w:val="000000" w:themeColor="text1"/>
        </w:rPr>
        <w:t>Давальческие материалы Заказчика не предоставляются; их стоимость справочно не указывается.</w:t>
      </w:r>
    </w:p>
    <w:p w14:paraId="76C14268" w14:textId="77777777" w:rsidR="00591463" w:rsidRPr="00FA0622" w:rsidRDefault="00A23B15" w:rsidP="00177147">
      <w:pPr>
        <w:jc w:val="both"/>
        <w:rPr>
          <w:color w:val="000000" w:themeColor="text1"/>
        </w:rPr>
      </w:pPr>
      <w:r w:rsidRPr="00FA0622">
        <w:rPr>
          <w:color w:val="000000" w:themeColor="text1"/>
        </w:rPr>
        <w:t>Работы выполнены в полном объеме (в объеме, указанном в настоящем Акте), в сроки, установленные Договором, с надлежащим качеством и соответствуют требованиям Договора, Технического задания (Приложение № 1 к Договору) и Сметы (Приложение № 2 к Договору). Заказчик претензий по объему, качеству и срокам выполнения Работ не имеет.</w:t>
      </w:r>
    </w:p>
    <w:p w14:paraId="6F1D8E7C" w14:textId="78C04569" w:rsidR="00591463" w:rsidRPr="00FA0622" w:rsidRDefault="00A23B15">
      <w:pPr>
        <w:rPr>
          <w:color w:val="000000" w:themeColor="text1"/>
        </w:rPr>
      </w:pPr>
      <w:r w:rsidRPr="00FA0622">
        <w:rPr>
          <w:color w:val="000000" w:themeColor="text1"/>
        </w:rPr>
        <w:t>Отчет об использовании давальческих материалов по настоящему Договору не требуется.</w:t>
      </w:r>
    </w:p>
    <w:p w14:paraId="5BF00AE1" w14:textId="77777777" w:rsidR="00591463" w:rsidRPr="00FA0622" w:rsidRDefault="00591463">
      <w:pPr>
        <w:rPr>
          <w:color w:val="000000" w:themeColor="text1"/>
        </w:rPr>
      </w:pPr>
    </w:p>
    <w:p w14:paraId="22DE3FDE" w14:textId="77777777" w:rsidR="00591463" w:rsidRPr="00FA0622" w:rsidRDefault="00A23B15">
      <w:pPr>
        <w:rPr>
          <w:color w:val="000000" w:themeColor="text1"/>
        </w:rPr>
      </w:pPr>
      <w:r w:rsidRPr="00FA0622">
        <w:rPr>
          <w:color w:val="000000" w:themeColor="text1"/>
        </w:rPr>
        <w:t>Работы сдал (Подрядчик</w:t>
      </w:r>
      <w:proofErr w:type="gramStart"/>
      <w:r w:rsidRPr="00FA0622">
        <w:rPr>
          <w:color w:val="000000" w:themeColor="text1"/>
        </w:rPr>
        <w:t xml:space="preserve">):   </w:t>
      </w:r>
      <w:proofErr w:type="gramEnd"/>
      <w:r w:rsidRPr="00FA0622">
        <w:rPr>
          <w:color w:val="000000" w:themeColor="text1"/>
        </w:rPr>
        <w:t>______________/ ____________________   М.П.</w:t>
      </w:r>
    </w:p>
    <w:p w14:paraId="4344F13A" w14:textId="77777777" w:rsidR="00591463" w:rsidRPr="00A53764" w:rsidRDefault="00A23B15">
      <w:pPr>
        <w:rPr>
          <w:color w:val="000000" w:themeColor="text1"/>
        </w:rPr>
      </w:pPr>
      <w:r w:rsidRPr="00FA0622">
        <w:rPr>
          <w:color w:val="000000" w:themeColor="text1"/>
        </w:rPr>
        <w:t>Работы принял (Заказчик</w:t>
      </w:r>
      <w:proofErr w:type="gramStart"/>
      <w:r w:rsidRPr="00FA0622">
        <w:rPr>
          <w:color w:val="000000" w:themeColor="text1"/>
        </w:rPr>
        <w:t>):  _</w:t>
      </w:r>
      <w:proofErr w:type="gramEnd"/>
      <w:r w:rsidRPr="00FA0622">
        <w:rPr>
          <w:color w:val="000000" w:themeColor="text1"/>
        </w:rPr>
        <w:t>_____________/ ____________________   М.П.</w:t>
      </w:r>
    </w:p>
    <w:p w14:paraId="46E72625" w14:textId="503E7F18" w:rsidR="00591463" w:rsidRPr="00A53764" w:rsidRDefault="00591463">
      <w:pPr>
        <w:rPr>
          <w:color w:val="000000" w:themeColor="text1"/>
        </w:rPr>
      </w:pPr>
    </w:p>
    <w:sectPr w:rsidR="00591463" w:rsidRPr="00A53764" w:rsidSect="00034616">
      <w:footerReference w:type="default" r:id="rId8"/>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E0E5D" w14:textId="77777777" w:rsidR="009F1538" w:rsidRDefault="009F1538">
      <w:r>
        <w:separator/>
      </w:r>
    </w:p>
  </w:endnote>
  <w:endnote w:type="continuationSeparator" w:id="0">
    <w:p w14:paraId="0D7D5375" w14:textId="77777777" w:rsidR="009F1538" w:rsidRDefault="009F1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NewRomanPSMT">
    <w:altName w:val="Calibri"/>
    <w:panose1 w:val="00000000000000000000"/>
    <w:charset w:val="CC"/>
    <w:family w:val="auto"/>
    <w:notTrueType/>
    <w:pitch w:val="default"/>
    <w:sig w:usb0="00000201" w:usb1="08070000" w:usb2="00000010" w:usb3="00000000" w:csb0="00020004" w:csb1="00000000"/>
  </w:font>
  <w:font w:name="Noto Serif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EA893" w14:textId="3DC6EF8B" w:rsidR="000330CF" w:rsidRDefault="00A23B15">
    <w:pPr>
      <w:pStyle w:val="a7"/>
      <w:jc w:val="center"/>
    </w:pPr>
    <w:r>
      <w:rPr>
        <w:b/>
      </w:rPr>
      <w:fldChar w:fldCharType="begin"/>
    </w:r>
    <w:r>
      <w:rPr>
        <w:b/>
      </w:rPr>
      <w:instrText>PAGE</w:instrText>
    </w:r>
    <w:r>
      <w:rPr>
        <w:b/>
      </w:rPr>
      <w:fldChar w:fldCharType="separate"/>
    </w:r>
    <w:r w:rsidR="00FA0622">
      <w:rPr>
        <w:b/>
        <w:noProof/>
      </w:rPr>
      <w:t>4</w:t>
    </w:r>
    <w:r>
      <w:rPr>
        <w:b/>
      </w:rPr>
      <w:fldChar w:fldCharType="end"/>
    </w:r>
    <w:r>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D4E20" w14:textId="77777777" w:rsidR="009F1538" w:rsidRDefault="009F1538">
      <w:r>
        <w:separator/>
      </w:r>
    </w:p>
  </w:footnote>
  <w:footnote w:type="continuationSeparator" w:id="0">
    <w:p w14:paraId="7EC8B3A5" w14:textId="77777777" w:rsidR="009F1538" w:rsidRDefault="009F15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A1A3CD1"/>
    <w:multiLevelType w:val="hybridMultilevel"/>
    <w:tmpl w:val="B9AEE28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30CF"/>
    <w:rsid w:val="00034616"/>
    <w:rsid w:val="0006063C"/>
    <w:rsid w:val="000772C8"/>
    <w:rsid w:val="00117854"/>
    <w:rsid w:val="001223C8"/>
    <w:rsid w:val="0015074B"/>
    <w:rsid w:val="00177147"/>
    <w:rsid w:val="001B4D52"/>
    <w:rsid w:val="001E77FC"/>
    <w:rsid w:val="001F3BCE"/>
    <w:rsid w:val="0029639D"/>
    <w:rsid w:val="002D4F9B"/>
    <w:rsid w:val="00326F90"/>
    <w:rsid w:val="00390E5E"/>
    <w:rsid w:val="003C7BE8"/>
    <w:rsid w:val="0047401A"/>
    <w:rsid w:val="00497D30"/>
    <w:rsid w:val="004B4F33"/>
    <w:rsid w:val="00574E05"/>
    <w:rsid w:val="00591463"/>
    <w:rsid w:val="005B5CFB"/>
    <w:rsid w:val="00620206"/>
    <w:rsid w:val="0067105E"/>
    <w:rsid w:val="006857DC"/>
    <w:rsid w:val="007F195A"/>
    <w:rsid w:val="00855D3C"/>
    <w:rsid w:val="008C62E4"/>
    <w:rsid w:val="008D1C75"/>
    <w:rsid w:val="008F1769"/>
    <w:rsid w:val="009007B3"/>
    <w:rsid w:val="00981F1B"/>
    <w:rsid w:val="009B4BE3"/>
    <w:rsid w:val="009C0035"/>
    <w:rsid w:val="009F1538"/>
    <w:rsid w:val="009F6D5D"/>
    <w:rsid w:val="00A23B15"/>
    <w:rsid w:val="00A53764"/>
    <w:rsid w:val="00AA1D8D"/>
    <w:rsid w:val="00B47730"/>
    <w:rsid w:val="00C011CE"/>
    <w:rsid w:val="00CA362D"/>
    <w:rsid w:val="00CB0664"/>
    <w:rsid w:val="00CF77E4"/>
    <w:rsid w:val="00D01D3E"/>
    <w:rsid w:val="00D57BD8"/>
    <w:rsid w:val="00DC2B2A"/>
    <w:rsid w:val="00E2506C"/>
    <w:rsid w:val="00EC07DE"/>
    <w:rsid w:val="00F167E7"/>
    <w:rsid w:val="00F27091"/>
    <w:rsid w:val="00F3019B"/>
    <w:rsid w:val="00FA06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7D39D0"/>
  <w14:defaultImageDpi w14:val="300"/>
  <w15:docId w15:val="{E931E658-3294-4B3B-BB6F-5E278771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E77FC"/>
    <w:pPr>
      <w:spacing w:after="0" w:line="240" w:lineRule="auto"/>
    </w:pPr>
    <w:rPr>
      <w:rFonts w:ascii="Times New Roman" w:eastAsia="Times New Roman" w:hAnsi="Times New Roman" w:cs="Times New Roman"/>
      <w:lang w:val="ru-RU"/>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link w:val="aa"/>
    <w:uiPriority w:val="1"/>
    <w:qFormat/>
    <w:rsid w:val="00FC693F"/>
    <w:pPr>
      <w:spacing w:after="0" w:line="240" w:lineRule="auto"/>
    </w:pPr>
  </w:style>
  <w:style w:type="character" w:customStyle="1" w:styleId="10">
    <w:name w:val="Заголовок 1 Знак"/>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b">
    <w:name w:val="Title"/>
    <w:basedOn w:val="a1"/>
    <w:next w:val="a1"/>
    <w:link w:val="ac"/>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2"/>
    <w:link w:val="ab"/>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1"/>
    <w:next w:val="a1"/>
    <w:link w:val="a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f">
    <w:name w:val="List Paragraph"/>
    <w:basedOn w:val="a1"/>
    <w:link w:val="af0"/>
    <w:uiPriority w:val="34"/>
    <w:qFormat/>
    <w:rsid w:val="00FC693F"/>
    <w:pPr>
      <w:ind w:left="720"/>
      <w:contextualSpacing/>
    </w:pPr>
  </w:style>
  <w:style w:type="paragraph" w:styleId="af1">
    <w:name w:val="Body Text"/>
    <w:basedOn w:val="a1"/>
    <w:link w:val="af2"/>
    <w:uiPriority w:val="99"/>
    <w:unhideWhenUsed/>
    <w:rsid w:val="00AA1D8D"/>
    <w:pPr>
      <w:spacing w:after="120"/>
    </w:pPr>
  </w:style>
  <w:style w:type="character" w:customStyle="1" w:styleId="af2">
    <w:name w:val="Основной текст Знак"/>
    <w:basedOn w:val="a2"/>
    <w:link w:val="af1"/>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3">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4">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5">
    <w:name w:val="macro"/>
    <w:link w:val="af6"/>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6">
    <w:name w:val="Текст макроса Знак"/>
    <w:basedOn w:val="a2"/>
    <w:link w:val="af5"/>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Выделенная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0">
    <w:name w:val="Абзац списка Знак"/>
    <w:basedOn w:val="a2"/>
    <w:link w:val="af"/>
    <w:uiPriority w:val="34"/>
    <w:qFormat/>
    <w:rsid w:val="009B4BE3"/>
    <w:rPr>
      <w:rFonts w:ascii="Times New Roman" w:eastAsia="Times New Roman" w:hAnsi="Times New Roman" w:cs="Times New Roman"/>
      <w:lang w:val="ru-RU"/>
    </w:rPr>
  </w:style>
  <w:style w:type="character" w:customStyle="1" w:styleId="aa">
    <w:name w:val="Без интервала Знак"/>
    <w:link w:val="a9"/>
    <w:uiPriority w:val="1"/>
    <w:qFormat/>
    <w:rsid w:val="009B4BE3"/>
  </w:style>
  <w:style w:type="paragraph" w:customStyle="1" w:styleId="docdata">
    <w:name w:val="docdata"/>
    <w:basedOn w:val="a1"/>
    <w:qFormat/>
    <w:rsid w:val="009B4BE3"/>
    <w:pPr>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0A826-8A61-4FB7-9C76-57D8CC046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11300</Words>
  <Characters>64413</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5</cp:revision>
  <cp:lastPrinted>2026-10-13T03:06:00Z</cp:lastPrinted>
  <dcterms:created xsi:type="dcterms:W3CDTF">2026-10-12T10:36:00Z</dcterms:created>
  <dcterms:modified xsi:type="dcterms:W3CDTF">2026-10-13T03:07:00Z</dcterms:modified>
  <cp:category/>
</cp:coreProperties>
</file>